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469" w:rsidRDefault="008811B3">
      <w:pPr>
        <w:jc w:val="center"/>
      </w:pPr>
      <w:r>
        <w:rPr>
          <w:noProof/>
        </w:rPr>
        <w:drawing>
          <wp:inline distT="0" distB="0" distL="0" distR="0">
            <wp:extent cx="5120640" cy="2275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oughtMedia-logo-2026(1).jpg"/>
                    <pic:cNvPicPr/>
                  </pic:nvPicPr>
                  <pic:blipFill>
                    <a:blip r:embed="rId9"/>
                    <a:stretch>
                      <a:fillRect/>
                    </a:stretch>
                  </pic:blipFill>
                  <pic:spPr>
                    <a:xfrm>
                      <a:off x="0" y="0"/>
                      <a:ext cx="5120640" cy="2275840"/>
                    </a:xfrm>
                    <a:prstGeom prst="rect">
                      <a:avLst/>
                    </a:prstGeom>
                  </pic:spPr>
                </pic:pic>
              </a:graphicData>
            </a:graphic>
          </wp:inline>
        </w:drawing>
      </w:r>
    </w:p>
    <w:p w:rsidR="00223469" w:rsidRDefault="00223469"/>
    <w:p w:rsidR="00223469" w:rsidRDefault="008811B3">
      <w:pPr>
        <w:jc w:val="center"/>
      </w:pPr>
      <w:r>
        <w:rPr>
          <w:b/>
          <w:color w:val="0B2A4A"/>
          <w:sz w:val="54"/>
        </w:rPr>
        <w:t>AI DEVELOPMENT &amp; ADOPTION</w:t>
      </w:r>
    </w:p>
    <w:p w:rsidR="00223469" w:rsidRDefault="008811B3">
      <w:pPr>
        <w:jc w:val="center"/>
      </w:pPr>
      <w:r>
        <w:rPr>
          <w:b/>
          <w:color w:val="0A66D8"/>
          <w:sz w:val="40"/>
        </w:rPr>
        <w:t>REQUEST FOR PROPOSAL TEMPLATE</w:t>
      </w:r>
    </w:p>
    <w:p w:rsidR="00223469" w:rsidRDefault="008811B3">
      <w:pPr>
        <w:jc w:val="center"/>
      </w:pPr>
      <w:r>
        <w:rPr>
          <w:color w:val="4B5563"/>
          <w:sz w:val="24"/>
        </w:rPr>
        <w:t>Enterprise &amp; Public Sector Procurement</w:t>
      </w:r>
    </w:p>
    <w:p w:rsidR="00223469" w:rsidRDefault="008811B3">
      <w:pPr>
        <w:jc w:val="center"/>
      </w:pPr>
      <w:r>
        <w:rPr>
          <w:b/>
          <w:color w:val="0B2A4A"/>
          <w:sz w:val="22"/>
        </w:rPr>
        <w:t>STANDARD HUMAN-EDITABLE EDITION</w:t>
      </w:r>
    </w:p>
    <w:p w:rsidR="00223469" w:rsidRDefault="00223469"/>
    <w:tbl>
      <w:tblPr>
        <w:tblW w:w="0" w:type="auto"/>
        <w:jc w:val="center"/>
        <w:tblBorders>
          <w:top w:val="single" w:sz="3" w:space="0" w:color="D7DEE8"/>
          <w:left w:val="single" w:sz="3" w:space="0" w:color="D7DEE8"/>
          <w:bottom w:val="single" w:sz="3" w:space="0" w:color="D7DEE8"/>
          <w:right w:val="single" w:sz="3" w:space="0" w:color="D7DEE8"/>
          <w:insideH w:val="single" w:sz="3" w:space="0" w:color="D7DEE8"/>
          <w:insideV w:val="single" w:sz="3" w:space="0" w:color="D7DEE8"/>
        </w:tblBorders>
        <w:tblLook w:val="04A0" w:firstRow="1" w:lastRow="0" w:firstColumn="1" w:lastColumn="0" w:noHBand="0" w:noVBand="1"/>
      </w:tblPr>
      <w:tblGrid>
        <w:gridCol w:w="5141"/>
        <w:gridCol w:w="5141"/>
      </w:tblGrid>
      <w:tr w:rsidR="00223469">
        <w:trPr>
          <w:jc w:val="center"/>
        </w:trPr>
        <w:tc>
          <w:tcPr>
            <w:tcW w:w="5141" w:type="dxa"/>
            <w:shd w:val="clear" w:color="auto" w:fill="F5F8FC"/>
            <w:tcMar>
              <w:top w:w="70" w:type="dxa"/>
              <w:left w:w="100" w:type="dxa"/>
              <w:bottom w:w="70" w:type="dxa"/>
              <w:right w:w="100" w:type="dxa"/>
            </w:tcMar>
          </w:tcPr>
          <w:p w:rsidR="00223469" w:rsidRDefault="008811B3">
            <w:r>
              <w:rPr>
                <w:b/>
                <w:color w:val="0B2A4A"/>
                <w:sz w:val="19"/>
              </w:rPr>
              <w:t>Issuing Organization</w:t>
            </w:r>
          </w:p>
        </w:tc>
        <w:tc>
          <w:tcPr>
            <w:tcW w:w="5141" w:type="dxa"/>
            <w:shd w:val="clear" w:color="auto" w:fill="F5F8FC"/>
            <w:tcMar>
              <w:top w:w="70" w:type="dxa"/>
              <w:left w:w="100" w:type="dxa"/>
              <w:bottom w:w="70" w:type="dxa"/>
              <w:right w:w="100" w:type="dxa"/>
            </w:tcMar>
          </w:tcPr>
          <w:p w:rsidR="00223469" w:rsidRDefault="008811B3">
            <w:r>
              <w:rPr>
                <w:sz w:val="19"/>
              </w:rPr>
              <w:t>[ORGANIZATION NAME]</w:t>
            </w:r>
          </w:p>
        </w:tc>
      </w:tr>
      <w:tr w:rsidR="00223469">
        <w:trPr>
          <w:jc w:val="center"/>
        </w:trPr>
        <w:tc>
          <w:tcPr>
            <w:tcW w:w="5141" w:type="dxa"/>
            <w:tcMar>
              <w:top w:w="70" w:type="dxa"/>
              <w:left w:w="100" w:type="dxa"/>
              <w:bottom w:w="70" w:type="dxa"/>
              <w:right w:w="100" w:type="dxa"/>
            </w:tcMar>
          </w:tcPr>
          <w:p w:rsidR="00223469" w:rsidRDefault="008811B3">
            <w:r>
              <w:rPr>
                <w:b/>
                <w:color w:val="0B2A4A"/>
                <w:sz w:val="19"/>
              </w:rPr>
              <w:t>RFP / Solicitation No.</w:t>
            </w:r>
          </w:p>
        </w:tc>
        <w:tc>
          <w:tcPr>
            <w:tcW w:w="5141" w:type="dxa"/>
            <w:tcMar>
              <w:top w:w="70" w:type="dxa"/>
              <w:left w:w="100" w:type="dxa"/>
              <w:bottom w:w="70" w:type="dxa"/>
              <w:right w:w="100" w:type="dxa"/>
            </w:tcMar>
          </w:tcPr>
          <w:p w:rsidR="00223469" w:rsidRDefault="008811B3">
            <w:r>
              <w:rPr>
                <w:sz w:val="19"/>
              </w:rPr>
              <w:t>[RFP NUMBER]</w:t>
            </w:r>
          </w:p>
        </w:tc>
      </w:tr>
      <w:tr w:rsidR="00223469">
        <w:trPr>
          <w:jc w:val="center"/>
        </w:trPr>
        <w:tc>
          <w:tcPr>
            <w:tcW w:w="5141" w:type="dxa"/>
            <w:shd w:val="clear" w:color="auto" w:fill="F5F8FC"/>
            <w:tcMar>
              <w:top w:w="70" w:type="dxa"/>
              <w:left w:w="100" w:type="dxa"/>
              <w:bottom w:w="70" w:type="dxa"/>
              <w:right w:w="100" w:type="dxa"/>
            </w:tcMar>
          </w:tcPr>
          <w:p w:rsidR="00223469" w:rsidRDefault="008811B3">
            <w:r>
              <w:rPr>
                <w:b/>
                <w:color w:val="0B2A4A"/>
                <w:sz w:val="19"/>
              </w:rPr>
              <w:t>AI Initiative / Project</w:t>
            </w:r>
          </w:p>
        </w:tc>
        <w:tc>
          <w:tcPr>
            <w:tcW w:w="5141" w:type="dxa"/>
            <w:shd w:val="clear" w:color="auto" w:fill="F5F8FC"/>
            <w:tcMar>
              <w:top w:w="70" w:type="dxa"/>
              <w:left w:w="100" w:type="dxa"/>
              <w:bottom w:w="70" w:type="dxa"/>
              <w:right w:w="100" w:type="dxa"/>
            </w:tcMar>
          </w:tcPr>
          <w:p w:rsidR="00223469" w:rsidRDefault="008811B3">
            <w:r>
              <w:rPr>
                <w:sz w:val="19"/>
              </w:rPr>
              <w:t xml:space="preserve">[PROJECT / PROGRAM </w:t>
            </w:r>
            <w:r>
              <w:rPr>
                <w:sz w:val="19"/>
              </w:rPr>
              <w:t>NAME]</w:t>
            </w:r>
          </w:p>
        </w:tc>
      </w:tr>
      <w:tr w:rsidR="00223469">
        <w:trPr>
          <w:jc w:val="center"/>
        </w:trPr>
        <w:tc>
          <w:tcPr>
            <w:tcW w:w="5141" w:type="dxa"/>
            <w:tcMar>
              <w:top w:w="70" w:type="dxa"/>
              <w:left w:w="100" w:type="dxa"/>
              <w:bottom w:w="70" w:type="dxa"/>
              <w:right w:w="100" w:type="dxa"/>
            </w:tcMar>
          </w:tcPr>
          <w:p w:rsidR="00223469" w:rsidRDefault="008811B3">
            <w:r>
              <w:rPr>
                <w:b/>
                <w:color w:val="0B2A4A"/>
                <w:sz w:val="19"/>
              </w:rPr>
              <w:t>Issue Date</w:t>
            </w:r>
          </w:p>
        </w:tc>
        <w:tc>
          <w:tcPr>
            <w:tcW w:w="5141" w:type="dxa"/>
            <w:tcMar>
              <w:top w:w="70" w:type="dxa"/>
              <w:left w:w="100" w:type="dxa"/>
              <w:bottom w:w="70" w:type="dxa"/>
              <w:right w:w="100" w:type="dxa"/>
            </w:tcMar>
          </w:tcPr>
          <w:p w:rsidR="00223469" w:rsidRDefault="008811B3">
            <w:r>
              <w:rPr>
                <w:sz w:val="19"/>
              </w:rPr>
              <w:t>[DATE]</w:t>
            </w:r>
          </w:p>
        </w:tc>
      </w:tr>
      <w:tr w:rsidR="00223469">
        <w:trPr>
          <w:jc w:val="center"/>
        </w:trPr>
        <w:tc>
          <w:tcPr>
            <w:tcW w:w="5141" w:type="dxa"/>
            <w:shd w:val="clear" w:color="auto" w:fill="F5F8FC"/>
            <w:tcMar>
              <w:top w:w="70" w:type="dxa"/>
              <w:left w:w="100" w:type="dxa"/>
              <w:bottom w:w="70" w:type="dxa"/>
              <w:right w:w="100" w:type="dxa"/>
            </w:tcMar>
          </w:tcPr>
          <w:p w:rsidR="00223469" w:rsidRDefault="008811B3">
            <w:r>
              <w:rPr>
                <w:b/>
                <w:color w:val="0B2A4A"/>
                <w:sz w:val="19"/>
              </w:rPr>
              <w:t>Proposal Due</w:t>
            </w:r>
          </w:p>
        </w:tc>
        <w:tc>
          <w:tcPr>
            <w:tcW w:w="5141" w:type="dxa"/>
            <w:shd w:val="clear" w:color="auto" w:fill="F5F8FC"/>
            <w:tcMar>
              <w:top w:w="70" w:type="dxa"/>
              <w:left w:w="100" w:type="dxa"/>
              <w:bottom w:w="70" w:type="dxa"/>
              <w:right w:w="100" w:type="dxa"/>
            </w:tcMar>
          </w:tcPr>
          <w:p w:rsidR="00223469" w:rsidRDefault="008811B3">
            <w:r>
              <w:rPr>
                <w:sz w:val="19"/>
              </w:rPr>
              <w:t>[DATE / TIME / TIME ZONE]</w:t>
            </w:r>
          </w:p>
        </w:tc>
      </w:tr>
    </w:tbl>
    <w:p w:rsidR="00223469" w:rsidRDefault="00223469"/>
    <w:p w:rsidR="00223469" w:rsidRDefault="008811B3">
      <w:pPr>
        <w:jc w:val="center"/>
      </w:pPr>
      <w:r>
        <w:rPr>
          <w:b/>
          <w:color w:val="0B2A4A"/>
          <w:sz w:val="20"/>
        </w:rPr>
        <w:t>Free professional template provided by Thought Media™</w:t>
      </w:r>
    </w:p>
    <w:p w:rsidR="00223469" w:rsidRDefault="008811B3">
      <w:pPr>
        <w:jc w:val="center"/>
      </w:pPr>
      <w:r>
        <w:rPr>
          <w:sz w:val="19"/>
        </w:rPr>
        <w:t xml:space="preserve">Customize with your procurement, legal, risk, security and accessibility teams before release. </w:t>
      </w:r>
      <w:hyperlink r:id="rId10">
        <w:r>
          <w:rPr>
            <w:b/>
            <w:color w:val="0A66D8"/>
            <w:sz w:val="19"/>
            <w:szCs w:val="19"/>
            <w:u w:val="single"/>
          </w:rPr>
          <w:t>Contact us</w:t>
        </w:r>
      </w:hyperlink>
      <w:r>
        <w:rPr>
          <w:sz w:val="19"/>
        </w:rPr>
        <w:t xml:space="preserve"> for assistance with custom RFP writing services.</w:t>
      </w:r>
    </w:p>
    <w:p w:rsidR="00223469" w:rsidRDefault="008811B3">
      <w:pPr>
        <w:pStyle w:val="SmallNote"/>
        <w:jc w:val="center"/>
      </w:pPr>
      <w:r>
        <w:t xml:space="preserve">This template is a procurement-planning resource and should be adapted to the issuing organization’s policies, applicable law, AI governance </w:t>
      </w:r>
      <w:r>
        <w:t>standards and contracting requirements.</w:t>
      </w:r>
    </w:p>
    <w:p w:rsidR="00223469" w:rsidRDefault="008811B3">
      <w:r>
        <w:br w:type="page"/>
      </w:r>
    </w:p>
    <w:p w:rsidR="00223469" w:rsidRDefault="008811B3">
      <w:pPr>
        <w:pStyle w:val="Heading1"/>
      </w:pPr>
      <w:bookmarkStart w:id="0" w:name="how_to_use"/>
      <w:r>
        <w:lastRenderedPageBreak/>
        <w:t>How to Use This Template</w:t>
      </w:r>
      <w:bookmarkEnd w:id="0"/>
    </w:p>
    <w:p w:rsidR="00223469" w:rsidRDefault="008811B3">
      <w:r>
        <w:t>This template is designed for U.S. enterprise and public-sector procurements involving custom artificial intelligence, generative AI, AI agents, machine learning, retrieval-augmented genera</w:t>
      </w:r>
      <w:r>
        <w:t>tion (RAG), workflow automation, AI-enabled applications and broader AI adoption programs. It is intentionally comprehensive so issuing organizations can remove, revise or expand sections to match the actual initiative.</w:t>
      </w:r>
    </w:p>
    <w:p w:rsidR="00223469" w:rsidRDefault="008811B3">
      <w:r>
        <w:t>Use the document as a structured sta</w:t>
      </w:r>
      <w:r>
        <w:t>rting point. Bracketed fields should be completed with verified organizational information before release. Requirements that do not apply should be removed rather than left ambiguous. Organizations should involve procurement, legal, cybersecurity, privacy,</w:t>
      </w:r>
      <w:r>
        <w:t xml:space="preserve"> data, accessibility and operational stakeholders as appropriate.</w:t>
      </w:r>
    </w:p>
    <w:p w:rsidR="00223469" w:rsidRDefault="008811B3">
      <w:r>
        <w:t>Recommended workflow:</w:t>
      </w:r>
    </w:p>
    <w:p w:rsidR="00223469" w:rsidRDefault="008811B3">
      <w:pPr>
        <w:pStyle w:val="ListNumber"/>
      </w:pPr>
      <w:r>
        <w:t>Define the business problem, intended users, expected outcomes and decision authority before selecting AI technologies.</w:t>
      </w:r>
    </w:p>
    <w:p w:rsidR="00223469" w:rsidRDefault="008811B3">
      <w:pPr>
        <w:pStyle w:val="ListNumber"/>
      </w:pPr>
      <w:r>
        <w:t xml:space="preserve">Inventory current systems, data sources, </w:t>
      </w:r>
      <w:r>
        <w:t>identity platforms, security controls, integrations and existing AI tools.</w:t>
      </w:r>
    </w:p>
    <w:p w:rsidR="00223469" w:rsidRDefault="008811B3">
      <w:pPr>
        <w:pStyle w:val="ListNumber"/>
      </w:pPr>
      <w:r>
        <w:t>Prioritize AI use cases according to business value, feasibility, risk and data readiness.</w:t>
      </w:r>
    </w:p>
    <w:p w:rsidR="00223469" w:rsidRDefault="008811B3">
      <w:pPr>
        <w:pStyle w:val="ListNumber"/>
      </w:pPr>
      <w:r>
        <w:t>Decide which requirements are mandatory, rated, optional, pilot-only, production-required,</w:t>
      </w:r>
      <w:r>
        <w:t xml:space="preserve"> or vendor-recommended.</w:t>
      </w:r>
    </w:p>
    <w:p w:rsidR="00223469" w:rsidRDefault="008811B3">
      <w:pPr>
        <w:pStyle w:val="ListNumber"/>
      </w:pPr>
      <w:r>
        <w:t>Complete the Scope of Work, AI governance, model/data requirements, pricing schedules and evaluation model before publishing.</w:t>
      </w:r>
    </w:p>
    <w:p w:rsidR="00223469" w:rsidRDefault="008811B3">
      <w:pPr>
        <w:pStyle w:val="ListNumber"/>
      </w:pPr>
      <w:r>
        <w:t>Conduct procurement, legal, privacy, security, data, accessibility and records-management review.</w:t>
      </w:r>
    </w:p>
    <w:p w:rsidR="00223469" w:rsidRDefault="008811B3">
      <w:pPr>
        <w:pStyle w:val="ListNumber"/>
      </w:pPr>
      <w:r>
        <w:t xml:space="preserve">Release </w:t>
      </w:r>
      <w:r>
        <w:t>the RFP with a defined bidder question period and addenda process, then evaluate only against the published criteria.</w:t>
      </w:r>
    </w:p>
    <w:p w:rsidR="00223469" w:rsidRDefault="008811B3">
      <w:r>
        <w:br w:type="page"/>
      </w:r>
    </w:p>
    <w:p w:rsidR="00223469" w:rsidRDefault="008811B3">
      <w:pPr>
        <w:pStyle w:val="Heading1"/>
      </w:pPr>
      <w:r>
        <w:lastRenderedPageBreak/>
        <w:t>Table of Contents</w:t>
      </w:r>
    </w:p>
    <w:tbl>
      <w:tblPr>
        <w:tblW w:w="0" w:type="auto"/>
        <w:jc w:val="center"/>
        <w:tblBorders>
          <w:top w:val="single" w:sz="4" w:space="0" w:color="C7D2E2"/>
          <w:left w:val="single" w:sz="4" w:space="0" w:color="C7D2E2"/>
          <w:bottom w:val="single" w:sz="4" w:space="0" w:color="C7D2E2"/>
          <w:right w:val="single" w:sz="4" w:space="0" w:color="C7D2E2"/>
          <w:insideH w:val="single" w:sz="4" w:space="0" w:color="C7D2E2"/>
          <w:insideV w:val="single" w:sz="4" w:space="0" w:color="C7D2E2"/>
        </w:tblBorders>
        <w:tblLayout w:type="fixed"/>
        <w:tblLook w:val="04A0" w:firstRow="1" w:lastRow="0" w:firstColumn="1" w:lastColumn="0" w:noHBand="0" w:noVBand="1"/>
      </w:tblPr>
      <w:tblGrid>
        <w:gridCol w:w="9000"/>
        <w:gridCol w:w="1152"/>
      </w:tblGrid>
      <w:tr w:rsidR="00223469">
        <w:trPr>
          <w:jc w:val="center"/>
        </w:trPr>
        <w:tc>
          <w:tcPr>
            <w:tcW w:w="9000" w:type="dxa"/>
            <w:shd w:val="clear" w:color="auto" w:fill="0B2A4A"/>
            <w:tcMar>
              <w:top w:w="65" w:type="dxa"/>
              <w:left w:w="100" w:type="dxa"/>
              <w:bottom w:w="65" w:type="dxa"/>
              <w:right w:w="100" w:type="dxa"/>
            </w:tcMar>
          </w:tcPr>
          <w:p w:rsidR="00223469" w:rsidRDefault="008811B3">
            <w:r>
              <w:rPr>
                <w:b/>
                <w:color w:val="FFFFFF"/>
                <w:sz w:val="18"/>
              </w:rPr>
              <w:t>SECTION</w:t>
            </w:r>
          </w:p>
        </w:tc>
        <w:tc>
          <w:tcPr>
            <w:tcW w:w="1152" w:type="dxa"/>
            <w:shd w:val="clear" w:color="auto" w:fill="0B2A4A"/>
            <w:tcMar>
              <w:top w:w="65" w:type="dxa"/>
              <w:left w:w="100" w:type="dxa"/>
              <w:bottom w:w="65" w:type="dxa"/>
              <w:right w:w="100" w:type="dxa"/>
            </w:tcMar>
          </w:tcPr>
          <w:p w:rsidR="00223469" w:rsidRDefault="008811B3">
            <w:pPr>
              <w:jc w:val="center"/>
            </w:pPr>
            <w:r>
              <w:rPr>
                <w:b/>
                <w:color w:val="FFFFFF"/>
                <w:sz w:val="18"/>
              </w:rPr>
              <w:t>PAGE</w:t>
            </w:r>
          </w:p>
        </w:tc>
      </w:tr>
      <w:tr w:rsidR="00223469">
        <w:trPr>
          <w:jc w:val="center"/>
        </w:trPr>
        <w:tc>
          <w:tcPr>
            <w:tcW w:w="9000" w:type="dxa"/>
            <w:tcMar>
              <w:top w:w="50" w:type="dxa"/>
              <w:left w:w="100" w:type="dxa"/>
              <w:bottom w:w="50" w:type="dxa"/>
              <w:right w:w="100" w:type="dxa"/>
            </w:tcMar>
          </w:tcPr>
          <w:p w:rsidR="00223469" w:rsidRDefault="008811B3">
            <w:hyperlink w:anchor="how_to_use" w:history="1">
              <w:r>
                <w:rPr>
                  <w:b/>
                  <w:color w:val="0B2A4A"/>
                  <w:sz w:val="19"/>
                  <w:szCs w:val="19"/>
                </w:rPr>
                <w:t>How to Use This Template</w:t>
              </w:r>
            </w:hyperlink>
          </w:p>
        </w:tc>
        <w:tc>
          <w:tcPr>
            <w:tcW w:w="1152" w:type="dxa"/>
            <w:tcMar>
              <w:top w:w="50" w:type="dxa"/>
              <w:left w:w="100" w:type="dxa"/>
              <w:bottom w:w="50" w:type="dxa"/>
              <w:right w:w="100" w:type="dxa"/>
            </w:tcMar>
          </w:tcPr>
          <w:p w:rsidR="00223469" w:rsidRDefault="008811B3">
            <w:pPr>
              <w:jc w:val="center"/>
            </w:pPr>
            <w:hyperlink w:anchor="how_to_use" w:history="1">
              <w:r>
                <w:rPr>
                  <w:b/>
                  <w:color w:val="0A66D8"/>
                  <w:sz w:val="19"/>
                  <w:szCs w:val="19"/>
                </w:rPr>
                <w:t>2</w:t>
              </w:r>
            </w:hyperlink>
          </w:p>
        </w:tc>
      </w:tr>
      <w:tr w:rsidR="00223469">
        <w:trPr>
          <w:jc w:val="center"/>
        </w:trPr>
        <w:tc>
          <w:tcPr>
            <w:tcW w:w="9000" w:type="dxa"/>
            <w:shd w:val="clear" w:color="auto" w:fill="F5F8FC"/>
            <w:tcMar>
              <w:top w:w="50" w:type="dxa"/>
              <w:left w:w="100" w:type="dxa"/>
              <w:bottom w:w="50" w:type="dxa"/>
              <w:right w:w="100" w:type="dxa"/>
            </w:tcMar>
          </w:tcPr>
          <w:p w:rsidR="00223469" w:rsidRDefault="008811B3">
            <w:hyperlink w:anchor="sec1" w:history="1">
              <w:r>
                <w:rPr>
                  <w:b/>
                  <w:color w:val="0B2A4A"/>
                  <w:sz w:val="19"/>
                  <w:szCs w:val="19"/>
                </w:rPr>
                <w:t>1. Procurement Administration</w:t>
              </w:r>
            </w:hyperlink>
          </w:p>
        </w:tc>
        <w:tc>
          <w:tcPr>
            <w:tcW w:w="1152" w:type="dxa"/>
            <w:shd w:val="clear" w:color="auto" w:fill="F5F8FC"/>
            <w:tcMar>
              <w:top w:w="50" w:type="dxa"/>
              <w:left w:w="100" w:type="dxa"/>
              <w:bottom w:w="50" w:type="dxa"/>
              <w:right w:w="100" w:type="dxa"/>
            </w:tcMar>
          </w:tcPr>
          <w:p w:rsidR="00223469" w:rsidRDefault="008811B3">
            <w:pPr>
              <w:jc w:val="center"/>
            </w:pPr>
            <w:hyperlink w:anchor="sec1" w:history="1">
              <w:r>
                <w:rPr>
                  <w:b/>
                  <w:color w:val="0A66D8"/>
                  <w:sz w:val="19"/>
                  <w:szCs w:val="19"/>
                </w:rPr>
                <w:t>4</w:t>
              </w:r>
            </w:hyperlink>
          </w:p>
        </w:tc>
      </w:tr>
      <w:tr w:rsidR="00223469">
        <w:trPr>
          <w:jc w:val="center"/>
        </w:trPr>
        <w:tc>
          <w:tcPr>
            <w:tcW w:w="9000" w:type="dxa"/>
            <w:tcMar>
              <w:top w:w="50" w:type="dxa"/>
              <w:left w:w="100" w:type="dxa"/>
              <w:bottom w:w="50" w:type="dxa"/>
              <w:right w:w="100" w:type="dxa"/>
            </w:tcMar>
          </w:tcPr>
          <w:p w:rsidR="00223469" w:rsidRDefault="008811B3">
            <w:hyperlink w:anchor="sec2" w:history="1">
              <w:r>
                <w:rPr>
                  <w:color w:val="0B2A4A"/>
                  <w:sz w:val="19"/>
                  <w:szCs w:val="19"/>
                </w:rPr>
                <w:t>2. Organization &amp; AI Program Background</w:t>
              </w:r>
            </w:hyperlink>
          </w:p>
        </w:tc>
        <w:tc>
          <w:tcPr>
            <w:tcW w:w="1152" w:type="dxa"/>
            <w:tcMar>
              <w:top w:w="50" w:type="dxa"/>
              <w:left w:w="100" w:type="dxa"/>
              <w:bottom w:w="50" w:type="dxa"/>
              <w:right w:w="100" w:type="dxa"/>
            </w:tcMar>
          </w:tcPr>
          <w:p w:rsidR="00223469" w:rsidRDefault="008811B3">
            <w:pPr>
              <w:jc w:val="center"/>
            </w:pPr>
            <w:hyperlink w:anchor="sec2" w:history="1">
              <w:r>
                <w:rPr>
                  <w:b/>
                  <w:color w:val="0A66D8"/>
                  <w:sz w:val="19"/>
                  <w:szCs w:val="19"/>
                </w:rPr>
                <w:t>4</w:t>
              </w:r>
            </w:hyperlink>
          </w:p>
        </w:tc>
      </w:tr>
      <w:tr w:rsidR="00223469">
        <w:trPr>
          <w:jc w:val="center"/>
        </w:trPr>
        <w:tc>
          <w:tcPr>
            <w:tcW w:w="9000" w:type="dxa"/>
            <w:shd w:val="clear" w:color="auto" w:fill="F5F8FC"/>
            <w:tcMar>
              <w:top w:w="50" w:type="dxa"/>
              <w:left w:w="100" w:type="dxa"/>
              <w:bottom w:w="50" w:type="dxa"/>
              <w:right w:w="100" w:type="dxa"/>
            </w:tcMar>
          </w:tcPr>
          <w:p w:rsidR="00223469" w:rsidRDefault="008811B3">
            <w:hyperlink w:anchor="sec3" w:history="1">
              <w:r>
                <w:rPr>
                  <w:color w:val="0B2A4A"/>
                  <w:sz w:val="19"/>
                  <w:szCs w:val="19"/>
                </w:rPr>
                <w:t>3. AI Objectives &amp; Success Measures</w:t>
              </w:r>
            </w:hyperlink>
          </w:p>
        </w:tc>
        <w:tc>
          <w:tcPr>
            <w:tcW w:w="1152" w:type="dxa"/>
            <w:shd w:val="clear" w:color="auto" w:fill="F5F8FC"/>
            <w:tcMar>
              <w:top w:w="50" w:type="dxa"/>
              <w:left w:w="100" w:type="dxa"/>
              <w:bottom w:w="50" w:type="dxa"/>
              <w:right w:w="100" w:type="dxa"/>
            </w:tcMar>
          </w:tcPr>
          <w:p w:rsidR="00223469" w:rsidRDefault="008811B3">
            <w:pPr>
              <w:jc w:val="center"/>
            </w:pPr>
            <w:hyperlink w:anchor="sec3" w:history="1">
              <w:r>
                <w:rPr>
                  <w:b/>
                  <w:color w:val="0A66D8"/>
                  <w:sz w:val="19"/>
                  <w:szCs w:val="19"/>
                </w:rPr>
                <w:t>5</w:t>
              </w:r>
            </w:hyperlink>
          </w:p>
        </w:tc>
      </w:tr>
      <w:tr w:rsidR="00223469">
        <w:trPr>
          <w:jc w:val="center"/>
        </w:trPr>
        <w:tc>
          <w:tcPr>
            <w:tcW w:w="9000" w:type="dxa"/>
            <w:tcMar>
              <w:top w:w="50" w:type="dxa"/>
              <w:left w:w="100" w:type="dxa"/>
              <w:bottom w:w="50" w:type="dxa"/>
              <w:right w:w="100" w:type="dxa"/>
            </w:tcMar>
          </w:tcPr>
          <w:p w:rsidR="00223469" w:rsidRDefault="008811B3">
            <w:hyperlink w:anchor="sec4" w:history="1">
              <w:r>
                <w:rPr>
                  <w:color w:val="0B2A4A"/>
                  <w:sz w:val="19"/>
                  <w:szCs w:val="19"/>
                </w:rPr>
                <w:t>4. Current-State Systems, Data &amp; AI Maturity</w:t>
              </w:r>
            </w:hyperlink>
          </w:p>
        </w:tc>
        <w:tc>
          <w:tcPr>
            <w:tcW w:w="1152" w:type="dxa"/>
            <w:tcMar>
              <w:top w:w="50" w:type="dxa"/>
              <w:left w:w="100" w:type="dxa"/>
              <w:bottom w:w="50" w:type="dxa"/>
              <w:right w:w="100" w:type="dxa"/>
            </w:tcMar>
          </w:tcPr>
          <w:p w:rsidR="00223469" w:rsidRDefault="008811B3">
            <w:pPr>
              <w:jc w:val="center"/>
            </w:pPr>
            <w:hyperlink w:anchor="sec4" w:history="1">
              <w:r>
                <w:rPr>
                  <w:b/>
                  <w:color w:val="0A66D8"/>
                  <w:sz w:val="19"/>
                  <w:szCs w:val="19"/>
                </w:rPr>
                <w:t>6</w:t>
              </w:r>
            </w:hyperlink>
          </w:p>
        </w:tc>
      </w:tr>
      <w:tr w:rsidR="00223469">
        <w:trPr>
          <w:jc w:val="center"/>
        </w:trPr>
        <w:tc>
          <w:tcPr>
            <w:tcW w:w="9000" w:type="dxa"/>
            <w:shd w:val="clear" w:color="auto" w:fill="F5F8FC"/>
            <w:tcMar>
              <w:top w:w="50" w:type="dxa"/>
              <w:left w:w="100" w:type="dxa"/>
              <w:bottom w:w="50" w:type="dxa"/>
              <w:right w:w="100" w:type="dxa"/>
            </w:tcMar>
          </w:tcPr>
          <w:p w:rsidR="00223469" w:rsidRDefault="008811B3">
            <w:hyperlink w:anchor="sec5" w:history="1">
              <w:r>
                <w:rPr>
                  <w:color w:val="0B2A4A"/>
                  <w:sz w:val="19"/>
                  <w:szCs w:val="19"/>
                </w:rPr>
                <w:t>5. Scope of Work</w:t>
              </w:r>
            </w:hyperlink>
          </w:p>
        </w:tc>
        <w:tc>
          <w:tcPr>
            <w:tcW w:w="1152" w:type="dxa"/>
            <w:shd w:val="clear" w:color="auto" w:fill="F5F8FC"/>
            <w:tcMar>
              <w:top w:w="50" w:type="dxa"/>
              <w:left w:w="100" w:type="dxa"/>
              <w:bottom w:w="50" w:type="dxa"/>
              <w:right w:w="100" w:type="dxa"/>
            </w:tcMar>
          </w:tcPr>
          <w:p w:rsidR="00223469" w:rsidRDefault="008811B3">
            <w:pPr>
              <w:jc w:val="center"/>
            </w:pPr>
            <w:hyperlink w:anchor="sec5" w:history="1">
              <w:r>
                <w:rPr>
                  <w:b/>
                  <w:color w:val="0A66D8"/>
                  <w:sz w:val="19"/>
                  <w:szCs w:val="19"/>
                </w:rPr>
                <w:t>7</w:t>
              </w:r>
            </w:hyperlink>
          </w:p>
        </w:tc>
      </w:tr>
      <w:tr w:rsidR="00223469">
        <w:trPr>
          <w:jc w:val="center"/>
        </w:trPr>
        <w:tc>
          <w:tcPr>
            <w:tcW w:w="9000" w:type="dxa"/>
            <w:tcMar>
              <w:top w:w="50" w:type="dxa"/>
              <w:left w:w="100" w:type="dxa"/>
              <w:bottom w:w="50" w:type="dxa"/>
              <w:right w:w="100" w:type="dxa"/>
            </w:tcMar>
          </w:tcPr>
          <w:p w:rsidR="00223469" w:rsidRDefault="008811B3">
            <w:hyperlink w:anchor="sec6" w:history="1">
              <w:r>
                <w:rPr>
                  <w:color w:val="0B2A4A"/>
                  <w:sz w:val="19"/>
                  <w:szCs w:val="19"/>
                </w:rPr>
                <w:t>6. AI Use Cases &amp; Functional Requirements</w:t>
              </w:r>
            </w:hyperlink>
          </w:p>
        </w:tc>
        <w:tc>
          <w:tcPr>
            <w:tcW w:w="1152" w:type="dxa"/>
            <w:tcMar>
              <w:top w:w="50" w:type="dxa"/>
              <w:left w:w="100" w:type="dxa"/>
              <w:bottom w:w="50" w:type="dxa"/>
              <w:right w:w="100" w:type="dxa"/>
            </w:tcMar>
          </w:tcPr>
          <w:p w:rsidR="00223469" w:rsidRDefault="008811B3">
            <w:pPr>
              <w:jc w:val="center"/>
            </w:pPr>
            <w:hyperlink w:anchor="sec6" w:history="1">
              <w:r>
                <w:rPr>
                  <w:b/>
                  <w:color w:val="0A66D8"/>
                  <w:sz w:val="19"/>
                  <w:szCs w:val="19"/>
                </w:rPr>
                <w:t>9</w:t>
              </w:r>
            </w:hyperlink>
          </w:p>
        </w:tc>
      </w:tr>
      <w:tr w:rsidR="00223469">
        <w:trPr>
          <w:jc w:val="center"/>
        </w:trPr>
        <w:tc>
          <w:tcPr>
            <w:tcW w:w="9000" w:type="dxa"/>
            <w:shd w:val="clear" w:color="auto" w:fill="F5F8FC"/>
            <w:tcMar>
              <w:top w:w="50" w:type="dxa"/>
              <w:left w:w="100" w:type="dxa"/>
              <w:bottom w:w="50" w:type="dxa"/>
              <w:right w:w="100" w:type="dxa"/>
            </w:tcMar>
          </w:tcPr>
          <w:p w:rsidR="00223469" w:rsidRDefault="008811B3">
            <w:hyperlink w:anchor="sec7" w:history="1">
              <w:r>
                <w:rPr>
                  <w:color w:val="0B2A4A"/>
                  <w:sz w:val="19"/>
                  <w:szCs w:val="19"/>
                </w:rPr>
                <w:t>7. Technical Architecture, Models &amp; Integrations</w:t>
              </w:r>
            </w:hyperlink>
          </w:p>
        </w:tc>
        <w:tc>
          <w:tcPr>
            <w:tcW w:w="1152" w:type="dxa"/>
            <w:shd w:val="clear" w:color="auto" w:fill="F5F8FC"/>
            <w:tcMar>
              <w:top w:w="50" w:type="dxa"/>
              <w:left w:w="100" w:type="dxa"/>
              <w:bottom w:w="50" w:type="dxa"/>
              <w:right w:w="100" w:type="dxa"/>
            </w:tcMar>
          </w:tcPr>
          <w:p w:rsidR="00223469" w:rsidRDefault="008811B3">
            <w:pPr>
              <w:jc w:val="center"/>
            </w:pPr>
            <w:hyperlink w:anchor="sec7" w:history="1">
              <w:r>
                <w:rPr>
                  <w:b/>
                  <w:color w:val="0A66D8"/>
                  <w:sz w:val="19"/>
                  <w:szCs w:val="19"/>
                </w:rPr>
                <w:t>10</w:t>
              </w:r>
            </w:hyperlink>
          </w:p>
        </w:tc>
      </w:tr>
      <w:tr w:rsidR="00223469">
        <w:trPr>
          <w:jc w:val="center"/>
        </w:trPr>
        <w:tc>
          <w:tcPr>
            <w:tcW w:w="9000" w:type="dxa"/>
            <w:tcMar>
              <w:top w:w="50" w:type="dxa"/>
              <w:left w:w="100" w:type="dxa"/>
              <w:bottom w:w="50" w:type="dxa"/>
              <w:right w:w="100" w:type="dxa"/>
            </w:tcMar>
          </w:tcPr>
          <w:p w:rsidR="00223469" w:rsidRDefault="008811B3">
            <w:hyperlink w:anchor="sec8" w:history="1">
              <w:r>
                <w:rPr>
                  <w:color w:val="0B2A4A"/>
                  <w:sz w:val="19"/>
                  <w:szCs w:val="19"/>
                </w:rPr>
                <w:t>8. Data, Privacy, Security &amp; AI Governance</w:t>
              </w:r>
            </w:hyperlink>
          </w:p>
        </w:tc>
        <w:tc>
          <w:tcPr>
            <w:tcW w:w="1152" w:type="dxa"/>
            <w:tcMar>
              <w:top w:w="50" w:type="dxa"/>
              <w:left w:w="100" w:type="dxa"/>
              <w:bottom w:w="50" w:type="dxa"/>
              <w:right w:w="100" w:type="dxa"/>
            </w:tcMar>
          </w:tcPr>
          <w:p w:rsidR="00223469" w:rsidRDefault="008811B3">
            <w:pPr>
              <w:jc w:val="center"/>
            </w:pPr>
            <w:hyperlink w:anchor="sec8" w:history="1">
              <w:r>
                <w:rPr>
                  <w:b/>
                  <w:color w:val="0A66D8"/>
                  <w:sz w:val="19"/>
                  <w:szCs w:val="19"/>
                </w:rPr>
                <w:t>10</w:t>
              </w:r>
            </w:hyperlink>
          </w:p>
        </w:tc>
      </w:tr>
      <w:tr w:rsidR="00223469">
        <w:trPr>
          <w:jc w:val="center"/>
        </w:trPr>
        <w:tc>
          <w:tcPr>
            <w:tcW w:w="9000" w:type="dxa"/>
            <w:shd w:val="clear" w:color="auto" w:fill="F5F8FC"/>
            <w:tcMar>
              <w:top w:w="50" w:type="dxa"/>
              <w:left w:w="100" w:type="dxa"/>
              <w:bottom w:w="50" w:type="dxa"/>
              <w:right w:w="100" w:type="dxa"/>
            </w:tcMar>
          </w:tcPr>
          <w:p w:rsidR="00223469" w:rsidRDefault="008811B3">
            <w:hyperlink w:anchor="sec9" w:history="1">
              <w:r>
                <w:rPr>
                  <w:color w:val="0B2A4A"/>
                  <w:sz w:val="19"/>
                  <w:szCs w:val="19"/>
                </w:rPr>
                <w:t>9. Responsible AI, Human Oversight</w:t>
              </w:r>
              <w:r>
                <w:rPr>
                  <w:color w:val="0B2A4A"/>
                  <w:sz w:val="19"/>
                  <w:szCs w:val="19"/>
                </w:rPr>
                <w:t xml:space="preserve"> &amp; Evaluation</w:t>
              </w:r>
            </w:hyperlink>
          </w:p>
        </w:tc>
        <w:tc>
          <w:tcPr>
            <w:tcW w:w="1152" w:type="dxa"/>
            <w:shd w:val="clear" w:color="auto" w:fill="F5F8FC"/>
            <w:tcMar>
              <w:top w:w="50" w:type="dxa"/>
              <w:left w:w="100" w:type="dxa"/>
              <w:bottom w:w="50" w:type="dxa"/>
              <w:right w:w="100" w:type="dxa"/>
            </w:tcMar>
          </w:tcPr>
          <w:p w:rsidR="00223469" w:rsidRDefault="008811B3">
            <w:pPr>
              <w:jc w:val="center"/>
            </w:pPr>
            <w:hyperlink w:anchor="sec9" w:history="1">
              <w:r>
                <w:rPr>
                  <w:b/>
                  <w:color w:val="0A66D8"/>
                  <w:sz w:val="19"/>
                  <w:szCs w:val="19"/>
                </w:rPr>
                <w:t>12</w:t>
              </w:r>
            </w:hyperlink>
          </w:p>
        </w:tc>
      </w:tr>
      <w:tr w:rsidR="00223469">
        <w:trPr>
          <w:jc w:val="center"/>
        </w:trPr>
        <w:tc>
          <w:tcPr>
            <w:tcW w:w="9000" w:type="dxa"/>
            <w:tcMar>
              <w:top w:w="50" w:type="dxa"/>
              <w:left w:w="100" w:type="dxa"/>
              <w:bottom w:w="50" w:type="dxa"/>
              <w:right w:w="100" w:type="dxa"/>
            </w:tcMar>
          </w:tcPr>
          <w:p w:rsidR="00223469" w:rsidRDefault="008811B3">
            <w:hyperlink w:anchor="sec10" w:history="1">
              <w:r>
                <w:rPr>
                  <w:color w:val="0B2A4A"/>
                  <w:sz w:val="19"/>
                  <w:szCs w:val="19"/>
                </w:rPr>
                <w:t>10. Accessibility, UX &amp; Change Management</w:t>
              </w:r>
            </w:hyperlink>
          </w:p>
        </w:tc>
        <w:tc>
          <w:tcPr>
            <w:tcW w:w="1152" w:type="dxa"/>
            <w:tcMar>
              <w:top w:w="50" w:type="dxa"/>
              <w:left w:w="100" w:type="dxa"/>
              <w:bottom w:w="50" w:type="dxa"/>
              <w:right w:w="100" w:type="dxa"/>
            </w:tcMar>
          </w:tcPr>
          <w:p w:rsidR="00223469" w:rsidRDefault="008811B3">
            <w:pPr>
              <w:jc w:val="center"/>
            </w:pPr>
            <w:hyperlink w:anchor="sec10" w:history="1">
              <w:r>
                <w:rPr>
                  <w:b/>
                  <w:color w:val="0A66D8"/>
                  <w:sz w:val="19"/>
                  <w:szCs w:val="19"/>
                </w:rPr>
                <w:t>12</w:t>
              </w:r>
            </w:hyperlink>
          </w:p>
        </w:tc>
      </w:tr>
      <w:tr w:rsidR="00223469">
        <w:trPr>
          <w:jc w:val="center"/>
        </w:trPr>
        <w:tc>
          <w:tcPr>
            <w:tcW w:w="9000" w:type="dxa"/>
            <w:shd w:val="clear" w:color="auto" w:fill="F5F8FC"/>
            <w:tcMar>
              <w:top w:w="50" w:type="dxa"/>
              <w:left w:w="100" w:type="dxa"/>
              <w:bottom w:w="50" w:type="dxa"/>
              <w:right w:w="100" w:type="dxa"/>
            </w:tcMar>
          </w:tcPr>
          <w:p w:rsidR="00223469" w:rsidRDefault="008811B3">
            <w:hyperlink w:anchor="sec11" w:history="1">
              <w:r>
                <w:rPr>
                  <w:color w:val="0B2A4A"/>
                  <w:sz w:val="19"/>
                  <w:szCs w:val="19"/>
                </w:rPr>
                <w:t>11. Deliverables &amp; Acceptance Criteria</w:t>
              </w:r>
            </w:hyperlink>
          </w:p>
        </w:tc>
        <w:tc>
          <w:tcPr>
            <w:tcW w:w="1152" w:type="dxa"/>
            <w:shd w:val="clear" w:color="auto" w:fill="F5F8FC"/>
            <w:tcMar>
              <w:top w:w="50" w:type="dxa"/>
              <w:left w:w="100" w:type="dxa"/>
              <w:bottom w:w="50" w:type="dxa"/>
              <w:right w:w="100" w:type="dxa"/>
            </w:tcMar>
          </w:tcPr>
          <w:p w:rsidR="00223469" w:rsidRDefault="008811B3">
            <w:pPr>
              <w:jc w:val="center"/>
            </w:pPr>
            <w:hyperlink w:anchor="sec11" w:history="1">
              <w:r>
                <w:rPr>
                  <w:b/>
                  <w:color w:val="0A66D8"/>
                  <w:sz w:val="19"/>
                  <w:szCs w:val="19"/>
                </w:rPr>
                <w:t>13</w:t>
              </w:r>
            </w:hyperlink>
          </w:p>
        </w:tc>
      </w:tr>
      <w:tr w:rsidR="00223469">
        <w:trPr>
          <w:jc w:val="center"/>
        </w:trPr>
        <w:tc>
          <w:tcPr>
            <w:tcW w:w="9000" w:type="dxa"/>
            <w:tcMar>
              <w:top w:w="50" w:type="dxa"/>
              <w:left w:w="100" w:type="dxa"/>
              <w:bottom w:w="50" w:type="dxa"/>
              <w:right w:w="100" w:type="dxa"/>
            </w:tcMar>
          </w:tcPr>
          <w:p w:rsidR="00223469" w:rsidRDefault="008811B3">
            <w:hyperlink w:anchor="sec12" w:history="1">
              <w:r>
                <w:rPr>
                  <w:color w:val="0B2A4A"/>
                  <w:sz w:val="19"/>
                  <w:szCs w:val="19"/>
                </w:rPr>
                <w:t>12. Pilot, Deployment, MLOps/LLMOps &amp; Support</w:t>
              </w:r>
            </w:hyperlink>
          </w:p>
        </w:tc>
        <w:tc>
          <w:tcPr>
            <w:tcW w:w="1152" w:type="dxa"/>
            <w:tcMar>
              <w:top w:w="50" w:type="dxa"/>
              <w:left w:w="100" w:type="dxa"/>
              <w:bottom w:w="50" w:type="dxa"/>
              <w:right w:w="100" w:type="dxa"/>
            </w:tcMar>
          </w:tcPr>
          <w:p w:rsidR="00223469" w:rsidRDefault="008811B3">
            <w:pPr>
              <w:jc w:val="center"/>
            </w:pPr>
            <w:hyperlink w:anchor="sec12" w:history="1">
              <w:r>
                <w:rPr>
                  <w:b/>
                  <w:color w:val="0A66D8"/>
                  <w:sz w:val="19"/>
                  <w:szCs w:val="19"/>
                </w:rPr>
                <w:t>14</w:t>
              </w:r>
            </w:hyperlink>
          </w:p>
        </w:tc>
      </w:tr>
      <w:tr w:rsidR="00223469">
        <w:trPr>
          <w:jc w:val="center"/>
        </w:trPr>
        <w:tc>
          <w:tcPr>
            <w:tcW w:w="9000" w:type="dxa"/>
            <w:shd w:val="clear" w:color="auto" w:fill="F5F8FC"/>
            <w:tcMar>
              <w:top w:w="50" w:type="dxa"/>
              <w:left w:w="100" w:type="dxa"/>
              <w:bottom w:w="50" w:type="dxa"/>
              <w:right w:w="100" w:type="dxa"/>
            </w:tcMar>
          </w:tcPr>
          <w:p w:rsidR="00223469" w:rsidRDefault="008811B3">
            <w:hyperlink w:anchor="sec13" w:history="1">
              <w:r>
                <w:rPr>
                  <w:color w:val="0B2A4A"/>
                  <w:sz w:val="19"/>
                  <w:szCs w:val="19"/>
                </w:rPr>
                <w:t>13. Project Schedule &amp; Governance</w:t>
              </w:r>
            </w:hyperlink>
          </w:p>
        </w:tc>
        <w:tc>
          <w:tcPr>
            <w:tcW w:w="1152" w:type="dxa"/>
            <w:shd w:val="clear" w:color="auto" w:fill="F5F8FC"/>
            <w:tcMar>
              <w:top w:w="50" w:type="dxa"/>
              <w:left w:w="100" w:type="dxa"/>
              <w:bottom w:w="50" w:type="dxa"/>
              <w:right w:w="100" w:type="dxa"/>
            </w:tcMar>
          </w:tcPr>
          <w:p w:rsidR="00223469" w:rsidRDefault="008811B3">
            <w:pPr>
              <w:jc w:val="center"/>
            </w:pPr>
            <w:hyperlink w:anchor="sec13" w:history="1">
              <w:r>
                <w:rPr>
                  <w:b/>
                  <w:color w:val="0A66D8"/>
                  <w:sz w:val="19"/>
                  <w:szCs w:val="19"/>
                </w:rPr>
                <w:t>14</w:t>
              </w:r>
            </w:hyperlink>
          </w:p>
        </w:tc>
      </w:tr>
      <w:tr w:rsidR="00223469">
        <w:trPr>
          <w:jc w:val="center"/>
        </w:trPr>
        <w:tc>
          <w:tcPr>
            <w:tcW w:w="9000" w:type="dxa"/>
            <w:tcMar>
              <w:top w:w="50" w:type="dxa"/>
              <w:left w:w="100" w:type="dxa"/>
              <w:bottom w:w="50" w:type="dxa"/>
              <w:right w:w="100" w:type="dxa"/>
            </w:tcMar>
          </w:tcPr>
          <w:p w:rsidR="00223469" w:rsidRDefault="008811B3">
            <w:hyperlink w:anchor="sec14" w:history="1">
              <w:r>
                <w:rPr>
                  <w:color w:val="0B2A4A"/>
                  <w:sz w:val="19"/>
                  <w:szCs w:val="19"/>
                </w:rPr>
                <w:t>14. Bidder Qualifications &amp; Key Personnel</w:t>
              </w:r>
            </w:hyperlink>
          </w:p>
        </w:tc>
        <w:tc>
          <w:tcPr>
            <w:tcW w:w="1152" w:type="dxa"/>
            <w:tcMar>
              <w:top w:w="50" w:type="dxa"/>
              <w:left w:w="100" w:type="dxa"/>
              <w:bottom w:w="50" w:type="dxa"/>
              <w:right w:w="100" w:type="dxa"/>
            </w:tcMar>
          </w:tcPr>
          <w:p w:rsidR="00223469" w:rsidRDefault="008811B3">
            <w:pPr>
              <w:jc w:val="center"/>
            </w:pPr>
            <w:hyperlink w:anchor="sec14" w:history="1">
              <w:r>
                <w:rPr>
                  <w:b/>
                  <w:color w:val="0A66D8"/>
                  <w:sz w:val="19"/>
                  <w:szCs w:val="19"/>
                </w:rPr>
                <w:t>15</w:t>
              </w:r>
            </w:hyperlink>
          </w:p>
        </w:tc>
      </w:tr>
      <w:tr w:rsidR="00223469">
        <w:trPr>
          <w:jc w:val="center"/>
        </w:trPr>
        <w:tc>
          <w:tcPr>
            <w:tcW w:w="9000" w:type="dxa"/>
            <w:shd w:val="clear" w:color="auto" w:fill="F5F8FC"/>
            <w:tcMar>
              <w:top w:w="50" w:type="dxa"/>
              <w:left w:w="100" w:type="dxa"/>
              <w:bottom w:w="50" w:type="dxa"/>
              <w:right w:w="100" w:type="dxa"/>
            </w:tcMar>
          </w:tcPr>
          <w:p w:rsidR="00223469" w:rsidRDefault="008811B3">
            <w:hyperlink w:anchor="sec15" w:history="1">
              <w:r>
                <w:rPr>
                  <w:color w:val="0B2A4A"/>
                  <w:sz w:val="19"/>
                  <w:szCs w:val="19"/>
                </w:rPr>
                <w:t>15. Proposal Response Instructions</w:t>
              </w:r>
            </w:hyperlink>
          </w:p>
        </w:tc>
        <w:tc>
          <w:tcPr>
            <w:tcW w:w="1152" w:type="dxa"/>
            <w:shd w:val="clear" w:color="auto" w:fill="F5F8FC"/>
            <w:tcMar>
              <w:top w:w="50" w:type="dxa"/>
              <w:left w:w="100" w:type="dxa"/>
              <w:bottom w:w="50" w:type="dxa"/>
              <w:right w:w="100" w:type="dxa"/>
            </w:tcMar>
          </w:tcPr>
          <w:p w:rsidR="00223469" w:rsidRDefault="008811B3">
            <w:pPr>
              <w:jc w:val="center"/>
            </w:pPr>
            <w:hyperlink w:anchor="sec15" w:history="1">
              <w:r>
                <w:rPr>
                  <w:b/>
                  <w:color w:val="0A66D8"/>
                  <w:sz w:val="19"/>
                  <w:szCs w:val="19"/>
                </w:rPr>
                <w:t>16</w:t>
              </w:r>
            </w:hyperlink>
          </w:p>
        </w:tc>
      </w:tr>
      <w:tr w:rsidR="00223469">
        <w:trPr>
          <w:jc w:val="center"/>
        </w:trPr>
        <w:tc>
          <w:tcPr>
            <w:tcW w:w="9000" w:type="dxa"/>
            <w:tcMar>
              <w:top w:w="50" w:type="dxa"/>
              <w:left w:w="100" w:type="dxa"/>
              <w:bottom w:w="50" w:type="dxa"/>
              <w:right w:w="100" w:type="dxa"/>
            </w:tcMar>
          </w:tcPr>
          <w:p w:rsidR="00223469" w:rsidRDefault="008811B3">
            <w:hyperlink w:anchor="sec16" w:history="1">
              <w:r>
                <w:rPr>
                  <w:color w:val="0B2A4A"/>
                  <w:sz w:val="19"/>
                  <w:szCs w:val="19"/>
                </w:rPr>
                <w:t>16. Pricing &amp; Commercial Model</w:t>
              </w:r>
            </w:hyperlink>
          </w:p>
        </w:tc>
        <w:tc>
          <w:tcPr>
            <w:tcW w:w="1152" w:type="dxa"/>
            <w:tcMar>
              <w:top w:w="50" w:type="dxa"/>
              <w:left w:w="100" w:type="dxa"/>
              <w:bottom w:w="50" w:type="dxa"/>
              <w:right w:w="100" w:type="dxa"/>
            </w:tcMar>
          </w:tcPr>
          <w:p w:rsidR="00223469" w:rsidRDefault="008811B3">
            <w:pPr>
              <w:jc w:val="center"/>
            </w:pPr>
            <w:hyperlink w:anchor="sec16" w:history="1">
              <w:r>
                <w:rPr>
                  <w:b/>
                  <w:color w:val="0A66D8"/>
                  <w:sz w:val="19"/>
                  <w:szCs w:val="19"/>
                </w:rPr>
                <w:t>17</w:t>
              </w:r>
            </w:hyperlink>
          </w:p>
        </w:tc>
      </w:tr>
      <w:tr w:rsidR="00223469">
        <w:trPr>
          <w:jc w:val="center"/>
        </w:trPr>
        <w:tc>
          <w:tcPr>
            <w:tcW w:w="9000" w:type="dxa"/>
            <w:shd w:val="clear" w:color="auto" w:fill="F5F8FC"/>
            <w:tcMar>
              <w:top w:w="50" w:type="dxa"/>
              <w:left w:w="100" w:type="dxa"/>
              <w:bottom w:w="50" w:type="dxa"/>
              <w:right w:w="100" w:type="dxa"/>
            </w:tcMar>
          </w:tcPr>
          <w:p w:rsidR="00223469" w:rsidRDefault="008811B3">
            <w:hyperlink w:anchor="sec17" w:history="1">
              <w:r>
                <w:rPr>
                  <w:color w:val="0B2A4A"/>
                  <w:sz w:val="19"/>
                  <w:szCs w:val="19"/>
                </w:rPr>
                <w:t>17. Evaluation Methodology</w:t>
              </w:r>
            </w:hyperlink>
          </w:p>
        </w:tc>
        <w:tc>
          <w:tcPr>
            <w:tcW w:w="1152" w:type="dxa"/>
            <w:shd w:val="clear" w:color="auto" w:fill="F5F8FC"/>
            <w:tcMar>
              <w:top w:w="50" w:type="dxa"/>
              <w:left w:w="100" w:type="dxa"/>
              <w:bottom w:w="50" w:type="dxa"/>
              <w:right w:w="100" w:type="dxa"/>
            </w:tcMar>
          </w:tcPr>
          <w:p w:rsidR="00223469" w:rsidRDefault="008811B3">
            <w:pPr>
              <w:jc w:val="center"/>
            </w:pPr>
            <w:hyperlink w:anchor="sec17" w:history="1">
              <w:r>
                <w:rPr>
                  <w:b/>
                  <w:color w:val="0A66D8"/>
                  <w:sz w:val="19"/>
                  <w:szCs w:val="19"/>
                </w:rPr>
                <w:t>18</w:t>
              </w:r>
            </w:hyperlink>
          </w:p>
        </w:tc>
      </w:tr>
      <w:tr w:rsidR="00223469">
        <w:trPr>
          <w:jc w:val="center"/>
        </w:trPr>
        <w:tc>
          <w:tcPr>
            <w:tcW w:w="9000" w:type="dxa"/>
            <w:tcMar>
              <w:top w:w="50" w:type="dxa"/>
              <w:left w:w="100" w:type="dxa"/>
              <w:bottom w:w="50" w:type="dxa"/>
              <w:right w:w="100" w:type="dxa"/>
            </w:tcMar>
          </w:tcPr>
          <w:p w:rsidR="00223469" w:rsidRDefault="008811B3">
            <w:hyperlink w:anchor="sec18" w:history="1">
              <w:r>
                <w:rPr>
                  <w:color w:val="0B2A4A"/>
                  <w:sz w:val="19"/>
                  <w:szCs w:val="19"/>
                </w:rPr>
                <w:t>18. Insurance, IP, Data &amp; Contract Requirements</w:t>
              </w:r>
            </w:hyperlink>
          </w:p>
        </w:tc>
        <w:tc>
          <w:tcPr>
            <w:tcW w:w="1152" w:type="dxa"/>
            <w:tcMar>
              <w:top w:w="50" w:type="dxa"/>
              <w:left w:w="100" w:type="dxa"/>
              <w:bottom w:w="50" w:type="dxa"/>
              <w:right w:w="100" w:type="dxa"/>
            </w:tcMar>
          </w:tcPr>
          <w:p w:rsidR="00223469" w:rsidRDefault="008811B3">
            <w:pPr>
              <w:jc w:val="center"/>
            </w:pPr>
            <w:hyperlink w:anchor="sec18" w:history="1">
              <w:r>
                <w:rPr>
                  <w:b/>
                  <w:color w:val="0A66D8"/>
                  <w:sz w:val="19"/>
                  <w:szCs w:val="19"/>
                </w:rPr>
                <w:t>19</w:t>
              </w:r>
            </w:hyperlink>
          </w:p>
        </w:tc>
      </w:tr>
      <w:tr w:rsidR="00223469">
        <w:trPr>
          <w:jc w:val="center"/>
        </w:trPr>
        <w:tc>
          <w:tcPr>
            <w:tcW w:w="9000" w:type="dxa"/>
            <w:shd w:val="clear" w:color="auto" w:fill="F5F8FC"/>
            <w:tcMar>
              <w:top w:w="50" w:type="dxa"/>
              <w:left w:w="100" w:type="dxa"/>
              <w:bottom w:w="50" w:type="dxa"/>
              <w:right w:w="100" w:type="dxa"/>
            </w:tcMar>
          </w:tcPr>
          <w:p w:rsidR="00223469" w:rsidRDefault="008811B3">
            <w:hyperlink w:anchor="sec19" w:history="1">
              <w:r>
                <w:rPr>
                  <w:color w:val="0B2A4A"/>
                  <w:sz w:val="19"/>
                  <w:szCs w:val="19"/>
                </w:rPr>
                <w:t>19. Submission, Questions &amp; Addenda</w:t>
              </w:r>
            </w:hyperlink>
          </w:p>
        </w:tc>
        <w:tc>
          <w:tcPr>
            <w:tcW w:w="1152" w:type="dxa"/>
            <w:shd w:val="clear" w:color="auto" w:fill="F5F8FC"/>
            <w:tcMar>
              <w:top w:w="50" w:type="dxa"/>
              <w:left w:w="100" w:type="dxa"/>
              <w:bottom w:w="50" w:type="dxa"/>
              <w:right w:w="100" w:type="dxa"/>
            </w:tcMar>
          </w:tcPr>
          <w:p w:rsidR="00223469" w:rsidRDefault="008811B3">
            <w:pPr>
              <w:jc w:val="center"/>
            </w:pPr>
            <w:hyperlink w:anchor="sec19" w:history="1">
              <w:r>
                <w:rPr>
                  <w:b/>
                  <w:color w:val="0A66D8"/>
                  <w:sz w:val="19"/>
                  <w:szCs w:val="19"/>
                </w:rPr>
                <w:t>20</w:t>
              </w:r>
            </w:hyperlink>
          </w:p>
        </w:tc>
      </w:tr>
      <w:tr w:rsidR="00223469">
        <w:trPr>
          <w:jc w:val="center"/>
        </w:trPr>
        <w:tc>
          <w:tcPr>
            <w:tcW w:w="9000" w:type="dxa"/>
            <w:tcMar>
              <w:top w:w="50" w:type="dxa"/>
              <w:left w:w="100" w:type="dxa"/>
              <w:bottom w:w="50" w:type="dxa"/>
              <w:right w:w="100" w:type="dxa"/>
            </w:tcMar>
          </w:tcPr>
          <w:p w:rsidR="00223469" w:rsidRDefault="008811B3">
            <w:hyperlink w:anchor="sec20" w:history="1">
              <w:r>
                <w:rPr>
                  <w:color w:val="0B2A4A"/>
                  <w:sz w:val="19"/>
                  <w:szCs w:val="19"/>
                </w:rPr>
                <w:t>20. Appendices &amp; Response Forms</w:t>
              </w:r>
            </w:hyperlink>
          </w:p>
        </w:tc>
        <w:tc>
          <w:tcPr>
            <w:tcW w:w="1152" w:type="dxa"/>
            <w:tcMar>
              <w:top w:w="50" w:type="dxa"/>
              <w:left w:w="100" w:type="dxa"/>
              <w:bottom w:w="50" w:type="dxa"/>
              <w:right w:w="100" w:type="dxa"/>
            </w:tcMar>
          </w:tcPr>
          <w:p w:rsidR="00223469" w:rsidRDefault="008811B3">
            <w:pPr>
              <w:jc w:val="center"/>
            </w:pPr>
            <w:hyperlink w:anchor="sec20" w:history="1">
              <w:r>
                <w:rPr>
                  <w:b/>
                  <w:color w:val="0A66D8"/>
                  <w:sz w:val="19"/>
                  <w:szCs w:val="19"/>
                </w:rPr>
                <w:t>20</w:t>
              </w:r>
            </w:hyperlink>
          </w:p>
        </w:tc>
      </w:tr>
    </w:tbl>
    <w:p w:rsidR="00223469" w:rsidRDefault="008811B3">
      <w:pPr>
        <w:pStyle w:val="SmallNote"/>
        <w:jc w:val="center"/>
      </w:pPr>
      <w:r>
        <w:t>Select a section title or page number to jump to that section.</w:t>
      </w:r>
    </w:p>
    <w:p w:rsidR="00223469" w:rsidRDefault="008811B3">
      <w:r>
        <w:br w:type="page"/>
      </w:r>
    </w:p>
    <w:p w:rsidR="00223469" w:rsidRDefault="008811B3">
      <w:pPr>
        <w:pStyle w:val="Heading1"/>
      </w:pPr>
      <w:bookmarkStart w:id="1" w:name="sec1"/>
      <w:r>
        <w:lastRenderedPageBreak/>
        <w:t>1. Procurement Administration</w:t>
      </w:r>
      <w:bookmarkEnd w:id="1"/>
    </w:p>
    <w:p w:rsidR="00223469" w:rsidRDefault="008811B3">
      <w:r>
        <w:t>Complete this section with the issuing organization’s solicitation controls. Dates, submission channels and communications rules shoul</w:t>
      </w:r>
      <w:r>
        <w:t>d align with the organization’s procurement policies and any applicable public-sector requirements.</w:t>
      </w:r>
    </w:p>
    <w:p w:rsidR="00223469" w:rsidRDefault="008811B3">
      <w:pPr>
        <w:pStyle w:val="Heading2"/>
      </w:pPr>
      <w:r>
        <w:t>1.1 Procurement Schedule</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888"/>
        <w:gridCol w:w="2592"/>
        <w:gridCol w:w="3744"/>
      </w:tblGrid>
      <w:tr w:rsidR="00223469">
        <w:trPr>
          <w:tblHeader/>
          <w:jc w:val="center"/>
        </w:trPr>
        <w:tc>
          <w:tcPr>
            <w:tcW w:w="3888" w:type="dxa"/>
            <w:shd w:val="clear" w:color="auto" w:fill="0B2A4A"/>
            <w:tcMar>
              <w:top w:w="70" w:type="dxa"/>
              <w:left w:w="90" w:type="dxa"/>
              <w:bottom w:w="70" w:type="dxa"/>
              <w:right w:w="90" w:type="dxa"/>
            </w:tcMar>
          </w:tcPr>
          <w:p w:rsidR="00223469" w:rsidRDefault="008811B3">
            <w:r>
              <w:rPr>
                <w:b/>
                <w:color w:val="FFFFFF"/>
                <w:sz w:val="18"/>
              </w:rPr>
              <w:t>MILESTONE</w:t>
            </w:r>
          </w:p>
        </w:tc>
        <w:tc>
          <w:tcPr>
            <w:tcW w:w="2592" w:type="dxa"/>
            <w:shd w:val="clear" w:color="auto" w:fill="0B2A4A"/>
            <w:tcMar>
              <w:top w:w="70" w:type="dxa"/>
              <w:left w:w="90" w:type="dxa"/>
              <w:bottom w:w="70" w:type="dxa"/>
              <w:right w:w="90" w:type="dxa"/>
            </w:tcMar>
          </w:tcPr>
          <w:p w:rsidR="00223469" w:rsidRDefault="008811B3">
            <w:r>
              <w:rPr>
                <w:b/>
                <w:color w:val="FFFFFF"/>
                <w:sz w:val="18"/>
              </w:rPr>
              <w:t>TARGET DATE</w:t>
            </w:r>
          </w:p>
        </w:tc>
        <w:tc>
          <w:tcPr>
            <w:tcW w:w="3744" w:type="dxa"/>
            <w:shd w:val="clear" w:color="auto" w:fill="0B2A4A"/>
            <w:tcMar>
              <w:top w:w="70" w:type="dxa"/>
              <w:left w:w="90" w:type="dxa"/>
              <w:bottom w:w="70" w:type="dxa"/>
              <w:right w:w="90" w:type="dxa"/>
            </w:tcMar>
          </w:tcPr>
          <w:p w:rsidR="00223469" w:rsidRDefault="008811B3">
            <w:r>
              <w:rPr>
                <w:b/>
                <w:color w:val="FFFFFF"/>
                <w:sz w:val="18"/>
              </w:rPr>
              <w:t>NOTES</w:t>
            </w:r>
          </w:p>
        </w:tc>
      </w:tr>
      <w:tr w:rsidR="00223469">
        <w:trPr>
          <w:jc w:val="center"/>
        </w:trPr>
        <w:tc>
          <w:tcPr>
            <w:tcW w:w="3888" w:type="dxa"/>
            <w:tcMar>
              <w:top w:w="70" w:type="dxa"/>
              <w:left w:w="90" w:type="dxa"/>
              <w:bottom w:w="70" w:type="dxa"/>
              <w:right w:w="90" w:type="dxa"/>
            </w:tcMar>
          </w:tcPr>
          <w:p w:rsidR="00223469" w:rsidRDefault="008811B3">
            <w:r>
              <w:rPr>
                <w:sz w:val="18"/>
              </w:rPr>
              <w:t>RFP issued</w:t>
            </w:r>
          </w:p>
        </w:tc>
        <w:tc>
          <w:tcPr>
            <w:tcW w:w="2592" w:type="dxa"/>
            <w:tcMar>
              <w:top w:w="70" w:type="dxa"/>
              <w:left w:w="90" w:type="dxa"/>
              <w:bottom w:w="70" w:type="dxa"/>
              <w:right w:w="90" w:type="dxa"/>
            </w:tcMar>
          </w:tcPr>
          <w:p w:rsidR="00223469" w:rsidRDefault="008811B3">
            <w:r>
              <w:rPr>
                <w:sz w:val="18"/>
              </w:rPr>
              <w:t>[DATE]</w:t>
            </w:r>
          </w:p>
        </w:tc>
        <w:tc>
          <w:tcPr>
            <w:tcW w:w="3744" w:type="dxa"/>
            <w:tcMar>
              <w:top w:w="70" w:type="dxa"/>
              <w:left w:w="90" w:type="dxa"/>
              <w:bottom w:w="70" w:type="dxa"/>
              <w:right w:w="90" w:type="dxa"/>
            </w:tcMar>
          </w:tcPr>
          <w:p w:rsidR="00223469" w:rsidRDefault="00223469"/>
        </w:tc>
      </w:tr>
      <w:tr w:rsidR="00223469">
        <w:trPr>
          <w:jc w:val="center"/>
        </w:trPr>
        <w:tc>
          <w:tcPr>
            <w:tcW w:w="3888" w:type="dxa"/>
            <w:shd w:val="clear" w:color="auto" w:fill="F5F8FC"/>
            <w:tcMar>
              <w:top w:w="70" w:type="dxa"/>
              <w:left w:w="90" w:type="dxa"/>
              <w:bottom w:w="70" w:type="dxa"/>
              <w:right w:w="90" w:type="dxa"/>
            </w:tcMar>
          </w:tcPr>
          <w:p w:rsidR="00223469" w:rsidRDefault="008811B3">
            <w:r>
              <w:rPr>
                <w:sz w:val="18"/>
              </w:rPr>
              <w:t>Optional vendor briefing / pre-proposal conference</w:t>
            </w:r>
          </w:p>
        </w:tc>
        <w:tc>
          <w:tcPr>
            <w:tcW w:w="2592" w:type="dxa"/>
            <w:shd w:val="clear" w:color="auto" w:fill="F5F8FC"/>
            <w:tcMar>
              <w:top w:w="70" w:type="dxa"/>
              <w:left w:w="90" w:type="dxa"/>
              <w:bottom w:w="70" w:type="dxa"/>
              <w:right w:w="90" w:type="dxa"/>
            </w:tcMar>
          </w:tcPr>
          <w:p w:rsidR="00223469" w:rsidRDefault="008811B3">
            <w:r>
              <w:rPr>
                <w:sz w:val="18"/>
              </w:rPr>
              <w:t>[DATE / N/A]</w:t>
            </w:r>
          </w:p>
        </w:tc>
        <w:tc>
          <w:tcPr>
            <w:tcW w:w="3744" w:type="dxa"/>
            <w:shd w:val="clear" w:color="auto" w:fill="F5F8FC"/>
            <w:tcMar>
              <w:top w:w="70" w:type="dxa"/>
              <w:left w:w="90" w:type="dxa"/>
              <w:bottom w:w="70" w:type="dxa"/>
              <w:right w:w="90" w:type="dxa"/>
            </w:tcMar>
          </w:tcPr>
          <w:p w:rsidR="00223469" w:rsidRDefault="008811B3">
            <w:r>
              <w:rPr>
                <w:sz w:val="18"/>
              </w:rPr>
              <w:t xml:space="preserve">[Virtual / </w:t>
            </w:r>
            <w:r>
              <w:rPr>
                <w:sz w:val="18"/>
              </w:rPr>
              <w:t>in-person / mandatory / optional]</w:t>
            </w:r>
          </w:p>
        </w:tc>
      </w:tr>
      <w:tr w:rsidR="00223469">
        <w:trPr>
          <w:jc w:val="center"/>
        </w:trPr>
        <w:tc>
          <w:tcPr>
            <w:tcW w:w="3888" w:type="dxa"/>
            <w:tcMar>
              <w:top w:w="70" w:type="dxa"/>
              <w:left w:w="90" w:type="dxa"/>
              <w:bottom w:w="70" w:type="dxa"/>
              <w:right w:w="90" w:type="dxa"/>
            </w:tcMar>
          </w:tcPr>
          <w:p w:rsidR="00223469" w:rsidRDefault="008811B3">
            <w:r>
              <w:rPr>
                <w:sz w:val="18"/>
              </w:rPr>
              <w:t>Deadline for bidder questions</w:t>
            </w:r>
          </w:p>
        </w:tc>
        <w:tc>
          <w:tcPr>
            <w:tcW w:w="2592" w:type="dxa"/>
            <w:tcMar>
              <w:top w:w="70" w:type="dxa"/>
              <w:left w:w="90" w:type="dxa"/>
              <w:bottom w:w="70" w:type="dxa"/>
              <w:right w:w="90" w:type="dxa"/>
            </w:tcMar>
          </w:tcPr>
          <w:p w:rsidR="00223469" w:rsidRDefault="008811B3">
            <w:r>
              <w:rPr>
                <w:sz w:val="18"/>
              </w:rPr>
              <w:t>[DATE / TIME / TZ]</w:t>
            </w:r>
          </w:p>
        </w:tc>
        <w:tc>
          <w:tcPr>
            <w:tcW w:w="3744" w:type="dxa"/>
            <w:tcMar>
              <w:top w:w="70" w:type="dxa"/>
              <w:left w:w="90" w:type="dxa"/>
              <w:bottom w:w="70" w:type="dxa"/>
              <w:right w:w="90" w:type="dxa"/>
            </w:tcMar>
          </w:tcPr>
          <w:p w:rsidR="00223469" w:rsidRDefault="00223469"/>
        </w:tc>
      </w:tr>
      <w:tr w:rsidR="00223469">
        <w:trPr>
          <w:jc w:val="center"/>
        </w:trPr>
        <w:tc>
          <w:tcPr>
            <w:tcW w:w="3888" w:type="dxa"/>
            <w:shd w:val="clear" w:color="auto" w:fill="F5F8FC"/>
            <w:tcMar>
              <w:top w:w="70" w:type="dxa"/>
              <w:left w:w="90" w:type="dxa"/>
              <w:bottom w:w="70" w:type="dxa"/>
              <w:right w:w="90" w:type="dxa"/>
            </w:tcMar>
          </w:tcPr>
          <w:p w:rsidR="00223469" w:rsidRDefault="008811B3">
            <w:r>
              <w:rPr>
                <w:sz w:val="18"/>
              </w:rPr>
              <w:t>Responses / addendum issued</w:t>
            </w:r>
          </w:p>
        </w:tc>
        <w:tc>
          <w:tcPr>
            <w:tcW w:w="2592" w:type="dxa"/>
            <w:shd w:val="clear" w:color="auto" w:fill="F5F8FC"/>
            <w:tcMar>
              <w:top w:w="70" w:type="dxa"/>
              <w:left w:w="90" w:type="dxa"/>
              <w:bottom w:w="70" w:type="dxa"/>
              <w:right w:w="90" w:type="dxa"/>
            </w:tcMar>
          </w:tcPr>
          <w:p w:rsidR="00223469" w:rsidRDefault="008811B3">
            <w:r>
              <w:rPr>
                <w:sz w:val="18"/>
              </w:rPr>
              <w:t>[DATE]</w:t>
            </w:r>
          </w:p>
        </w:tc>
        <w:tc>
          <w:tcPr>
            <w:tcW w:w="3744" w:type="dxa"/>
            <w:shd w:val="clear" w:color="auto" w:fill="F5F8FC"/>
            <w:tcMar>
              <w:top w:w="70" w:type="dxa"/>
              <w:left w:w="90" w:type="dxa"/>
              <w:bottom w:w="70" w:type="dxa"/>
              <w:right w:w="90" w:type="dxa"/>
            </w:tcMar>
          </w:tcPr>
          <w:p w:rsidR="00223469" w:rsidRDefault="00223469"/>
        </w:tc>
      </w:tr>
      <w:tr w:rsidR="00223469">
        <w:trPr>
          <w:jc w:val="center"/>
        </w:trPr>
        <w:tc>
          <w:tcPr>
            <w:tcW w:w="3888" w:type="dxa"/>
            <w:tcMar>
              <w:top w:w="70" w:type="dxa"/>
              <w:left w:w="90" w:type="dxa"/>
              <w:bottom w:w="70" w:type="dxa"/>
              <w:right w:w="90" w:type="dxa"/>
            </w:tcMar>
          </w:tcPr>
          <w:p w:rsidR="00223469" w:rsidRDefault="008811B3">
            <w:r>
              <w:rPr>
                <w:sz w:val="18"/>
              </w:rPr>
              <w:t>Proposal due date</w:t>
            </w:r>
          </w:p>
        </w:tc>
        <w:tc>
          <w:tcPr>
            <w:tcW w:w="2592" w:type="dxa"/>
            <w:tcMar>
              <w:top w:w="70" w:type="dxa"/>
              <w:left w:w="90" w:type="dxa"/>
              <w:bottom w:w="70" w:type="dxa"/>
              <w:right w:w="90" w:type="dxa"/>
            </w:tcMar>
          </w:tcPr>
          <w:p w:rsidR="00223469" w:rsidRDefault="008811B3">
            <w:r>
              <w:rPr>
                <w:sz w:val="18"/>
              </w:rPr>
              <w:t>[DATE / TIME / TZ]</w:t>
            </w:r>
          </w:p>
        </w:tc>
        <w:tc>
          <w:tcPr>
            <w:tcW w:w="3744" w:type="dxa"/>
            <w:tcMar>
              <w:top w:w="70" w:type="dxa"/>
              <w:left w:w="90" w:type="dxa"/>
              <w:bottom w:w="70" w:type="dxa"/>
              <w:right w:w="90" w:type="dxa"/>
            </w:tcMar>
          </w:tcPr>
          <w:p w:rsidR="00223469" w:rsidRDefault="00223469"/>
        </w:tc>
      </w:tr>
      <w:tr w:rsidR="00223469">
        <w:trPr>
          <w:jc w:val="center"/>
        </w:trPr>
        <w:tc>
          <w:tcPr>
            <w:tcW w:w="3888" w:type="dxa"/>
            <w:shd w:val="clear" w:color="auto" w:fill="F5F8FC"/>
            <w:tcMar>
              <w:top w:w="70" w:type="dxa"/>
              <w:left w:w="90" w:type="dxa"/>
              <w:bottom w:w="70" w:type="dxa"/>
              <w:right w:w="90" w:type="dxa"/>
            </w:tcMar>
          </w:tcPr>
          <w:p w:rsidR="00223469" w:rsidRDefault="008811B3">
            <w:r>
              <w:rPr>
                <w:sz w:val="18"/>
              </w:rPr>
              <w:t>Technical demonstrations / use-case workshops</w:t>
            </w:r>
          </w:p>
        </w:tc>
        <w:tc>
          <w:tcPr>
            <w:tcW w:w="2592" w:type="dxa"/>
            <w:shd w:val="clear" w:color="auto" w:fill="F5F8FC"/>
            <w:tcMar>
              <w:top w:w="70" w:type="dxa"/>
              <w:left w:w="90" w:type="dxa"/>
              <w:bottom w:w="70" w:type="dxa"/>
              <w:right w:w="90" w:type="dxa"/>
            </w:tcMar>
          </w:tcPr>
          <w:p w:rsidR="00223469" w:rsidRDefault="008811B3">
            <w:r>
              <w:rPr>
                <w:sz w:val="18"/>
              </w:rPr>
              <w:t>[DATE RANGE]</w:t>
            </w:r>
          </w:p>
        </w:tc>
        <w:tc>
          <w:tcPr>
            <w:tcW w:w="3744" w:type="dxa"/>
            <w:shd w:val="clear" w:color="auto" w:fill="F5F8FC"/>
            <w:tcMar>
              <w:top w:w="70" w:type="dxa"/>
              <w:left w:w="90" w:type="dxa"/>
              <w:bottom w:w="70" w:type="dxa"/>
              <w:right w:w="90" w:type="dxa"/>
            </w:tcMar>
          </w:tcPr>
          <w:p w:rsidR="00223469" w:rsidRDefault="008811B3">
            <w:r>
              <w:rPr>
                <w:sz w:val="18"/>
              </w:rPr>
              <w:t>[If applicable]</w:t>
            </w:r>
          </w:p>
        </w:tc>
      </w:tr>
      <w:tr w:rsidR="00223469">
        <w:trPr>
          <w:jc w:val="center"/>
        </w:trPr>
        <w:tc>
          <w:tcPr>
            <w:tcW w:w="3888" w:type="dxa"/>
            <w:tcMar>
              <w:top w:w="70" w:type="dxa"/>
              <w:left w:w="90" w:type="dxa"/>
              <w:bottom w:w="70" w:type="dxa"/>
              <w:right w:w="90" w:type="dxa"/>
            </w:tcMar>
          </w:tcPr>
          <w:p w:rsidR="00223469" w:rsidRDefault="008811B3">
            <w:r>
              <w:rPr>
                <w:sz w:val="18"/>
              </w:rPr>
              <w:t xml:space="preserve">Security / </w:t>
            </w:r>
            <w:r>
              <w:rPr>
                <w:sz w:val="18"/>
              </w:rPr>
              <w:t>architecture diligence</w:t>
            </w:r>
          </w:p>
        </w:tc>
        <w:tc>
          <w:tcPr>
            <w:tcW w:w="2592" w:type="dxa"/>
            <w:tcMar>
              <w:top w:w="70" w:type="dxa"/>
              <w:left w:w="90" w:type="dxa"/>
              <w:bottom w:w="70" w:type="dxa"/>
              <w:right w:w="90" w:type="dxa"/>
            </w:tcMar>
          </w:tcPr>
          <w:p w:rsidR="00223469" w:rsidRDefault="008811B3">
            <w:r>
              <w:rPr>
                <w:sz w:val="18"/>
              </w:rPr>
              <w:t>[DATE RANGE]</w:t>
            </w:r>
          </w:p>
        </w:tc>
        <w:tc>
          <w:tcPr>
            <w:tcW w:w="3744" w:type="dxa"/>
            <w:tcMar>
              <w:top w:w="70" w:type="dxa"/>
              <w:left w:w="90" w:type="dxa"/>
              <w:bottom w:w="70" w:type="dxa"/>
              <w:right w:w="90" w:type="dxa"/>
            </w:tcMar>
          </w:tcPr>
          <w:p w:rsidR="00223469" w:rsidRDefault="008811B3">
            <w:r>
              <w:rPr>
                <w:sz w:val="18"/>
              </w:rPr>
              <w:t>[If applicable]</w:t>
            </w:r>
          </w:p>
        </w:tc>
      </w:tr>
      <w:tr w:rsidR="00223469">
        <w:trPr>
          <w:jc w:val="center"/>
        </w:trPr>
        <w:tc>
          <w:tcPr>
            <w:tcW w:w="3888" w:type="dxa"/>
            <w:shd w:val="clear" w:color="auto" w:fill="F5F8FC"/>
            <w:tcMar>
              <w:top w:w="70" w:type="dxa"/>
              <w:left w:w="90" w:type="dxa"/>
              <w:bottom w:w="70" w:type="dxa"/>
              <w:right w:w="90" w:type="dxa"/>
            </w:tcMar>
          </w:tcPr>
          <w:p w:rsidR="00223469" w:rsidRDefault="008811B3">
            <w:r>
              <w:rPr>
                <w:sz w:val="18"/>
              </w:rPr>
              <w:t>Notice of intent / selection</w:t>
            </w:r>
          </w:p>
        </w:tc>
        <w:tc>
          <w:tcPr>
            <w:tcW w:w="2592" w:type="dxa"/>
            <w:shd w:val="clear" w:color="auto" w:fill="F5F8FC"/>
            <w:tcMar>
              <w:top w:w="70" w:type="dxa"/>
              <w:left w:w="90" w:type="dxa"/>
              <w:bottom w:w="70" w:type="dxa"/>
              <w:right w:w="90" w:type="dxa"/>
            </w:tcMar>
          </w:tcPr>
          <w:p w:rsidR="00223469" w:rsidRDefault="008811B3">
            <w:r>
              <w:rPr>
                <w:sz w:val="18"/>
              </w:rPr>
              <w:t>[DATE]</w:t>
            </w:r>
          </w:p>
        </w:tc>
        <w:tc>
          <w:tcPr>
            <w:tcW w:w="3744" w:type="dxa"/>
            <w:shd w:val="clear" w:color="auto" w:fill="F5F8FC"/>
            <w:tcMar>
              <w:top w:w="70" w:type="dxa"/>
              <w:left w:w="90" w:type="dxa"/>
              <w:bottom w:w="70" w:type="dxa"/>
              <w:right w:w="90" w:type="dxa"/>
            </w:tcMar>
          </w:tcPr>
          <w:p w:rsidR="00223469" w:rsidRDefault="008811B3">
            <w:r>
              <w:rPr>
                <w:sz w:val="18"/>
              </w:rPr>
              <w:t>Subject to procurement rules</w:t>
            </w:r>
          </w:p>
        </w:tc>
      </w:tr>
      <w:tr w:rsidR="00223469">
        <w:trPr>
          <w:jc w:val="center"/>
        </w:trPr>
        <w:tc>
          <w:tcPr>
            <w:tcW w:w="3888" w:type="dxa"/>
            <w:tcMar>
              <w:top w:w="70" w:type="dxa"/>
              <w:left w:w="90" w:type="dxa"/>
              <w:bottom w:w="70" w:type="dxa"/>
              <w:right w:w="90" w:type="dxa"/>
            </w:tcMar>
          </w:tcPr>
          <w:p w:rsidR="00223469" w:rsidRDefault="008811B3">
            <w:r>
              <w:rPr>
                <w:sz w:val="18"/>
              </w:rPr>
              <w:t>Contract negotiations / execution</w:t>
            </w:r>
          </w:p>
        </w:tc>
        <w:tc>
          <w:tcPr>
            <w:tcW w:w="2592" w:type="dxa"/>
            <w:tcMar>
              <w:top w:w="70" w:type="dxa"/>
              <w:left w:w="90" w:type="dxa"/>
              <w:bottom w:w="70" w:type="dxa"/>
              <w:right w:w="90" w:type="dxa"/>
            </w:tcMar>
          </w:tcPr>
          <w:p w:rsidR="00223469" w:rsidRDefault="008811B3">
            <w:r>
              <w:rPr>
                <w:sz w:val="18"/>
              </w:rPr>
              <w:t>[DATE RANGE]</w:t>
            </w:r>
          </w:p>
        </w:tc>
        <w:tc>
          <w:tcPr>
            <w:tcW w:w="3744" w:type="dxa"/>
            <w:tcMar>
              <w:top w:w="70" w:type="dxa"/>
              <w:left w:w="90" w:type="dxa"/>
              <w:bottom w:w="70" w:type="dxa"/>
              <w:right w:w="90" w:type="dxa"/>
            </w:tcMar>
          </w:tcPr>
          <w:p w:rsidR="00223469" w:rsidRDefault="00223469"/>
        </w:tc>
      </w:tr>
      <w:tr w:rsidR="00223469">
        <w:trPr>
          <w:jc w:val="center"/>
        </w:trPr>
        <w:tc>
          <w:tcPr>
            <w:tcW w:w="3888" w:type="dxa"/>
            <w:shd w:val="clear" w:color="auto" w:fill="F5F8FC"/>
            <w:tcMar>
              <w:top w:w="70" w:type="dxa"/>
              <w:left w:w="90" w:type="dxa"/>
              <w:bottom w:w="70" w:type="dxa"/>
              <w:right w:w="90" w:type="dxa"/>
            </w:tcMar>
          </w:tcPr>
          <w:p w:rsidR="00223469" w:rsidRDefault="008811B3">
            <w:r>
              <w:rPr>
                <w:sz w:val="18"/>
              </w:rPr>
              <w:t>Anticipated project start</w:t>
            </w:r>
          </w:p>
        </w:tc>
        <w:tc>
          <w:tcPr>
            <w:tcW w:w="2592" w:type="dxa"/>
            <w:shd w:val="clear" w:color="auto" w:fill="F5F8FC"/>
            <w:tcMar>
              <w:top w:w="70" w:type="dxa"/>
              <w:left w:w="90" w:type="dxa"/>
              <w:bottom w:w="70" w:type="dxa"/>
              <w:right w:w="90" w:type="dxa"/>
            </w:tcMar>
          </w:tcPr>
          <w:p w:rsidR="00223469" w:rsidRDefault="008811B3">
            <w:r>
              <w:rPr>
                <w:sz w:val="18"/>
              </w:rPr>
              <w:t>[DATE]</w:t>
            </w:r>
          </w:p>
        </w:tc>
        <w:tc>
          <w:tcPr>
            <w:tcW w:w="3744" w:type="dxa"/>
            <w:shd w:val="clear" w:color="auto" w:fill="F5F8FC"/>
            <w:tcMar>
              <w:top w:w="70" w:type="dxa"/>
              <w:left w:w="90" w:type="dxa"/>
              <w:bottom w:w="70" w:type="dxa"/>
              <w:right w:w="90" w:type="dxa"/>
            </w:tcMar>
          </w:tcPr>
          <w:p w:rsidR="00223469" w:rsidRDefault="00223469"/>
        </w:tc>
      </w:tr>
    </w:tbl>
    <w:p w:rsidR="00223469" w:rsidRDefault="00223469">
      <w:pPr>
        <w:spacing w:after="20"/>
      </w:pPr>
    </w:p>
    <w:p w:rsidR="00223469" w:rsidRDefault="008811B3">
      <w:pPr>
        <w:pStyle w:val="Heading2"/>
      </w:pPr>
      <w:r>
        <w:t>1.2 Procurement Rules &amp; Communications</w:t>
      </w:r>
    </w:p>
    <w:p w:rsidR="00223469" w:rsidRDefault="008811B3">
      <w:pPr>
        <w:pStyle w:val="ListBullet"/>
      </w:pPr>
      <w:r>
        <w:t xml:space="preserve">All </w:t>
      </w:r>
      <w:r>
        <w:t>communications regarding this RFP must be directed to the designated procurement contact unless otherwise stated.</w:t>
      </w:r>
    </w:p>
    <w:p w:rsidR="00223469" w:rsidRDefault="008811B3">
      <w:pPr>
        <w:pStyle w:val="ListBullet"/>
      </w:pPr>
      <w:r>
        <w:t>Oral interpretations are non-binding unless confirmed through a written addendum.</w:t>
      </w:r>
    </w:p>
    <w:p w:rsidR="00223469" w:rsidRDefault="008811B3">
      <w:pPr>
        <w:pStyle w:val="ListBullet"/>
      </w:pPr>
      <w:r>
        <w:t>Bidders are responsible for monitoring the designated procur</w:t>
      </w:r>
      <w:r>
        <w:t>ement portal or distribution method for addenda.</w:t>
      </w:r>
    </w:p>
    <w:p w:rsidR="00223469" w:rsidRDefault="008811B3">
      <w:pPr>
        <w:pStyle w:val="ListBullet"/>
      </w:pPr>
      <w:r>
        <w:t>The organization may require demonstrations, architecture reviews, proof-of-concept discussions, interviews or best-and-final offers if permitted by policy.</w:t>
      </w:r>
    </w:p>
    <w:p w:rsidR="00223469" w:rsidRDefault="008811B3">
      <w:pPr>
        <w:pStyle w:val="ListBullet"/>
      </w:pPr>
      <w:r>
        <w:t>Replace any reservation-of-rights language with wo</w:t>
      </w:r>
      <w:r>
        <w:t>rding approved by the organization’s procurement and legal teams.</w:t>
      </w:r>
    </w:p>
    <w:p w:rsidR="00223469" w:rsidRDefault="008811B3">
      <w:pPr>
        <w:pStyle w:val="Heading1"/>
      </w:pPr>
      <w:bookmarkStart w:id="2" w:name="sec2"/>
      <w:r>
        <w:t>2. Organization &amp; AI Program Background</w:t>
      </w:r>
      <w:bookmarkEnd w:id="2"/>
    </w:p>
    <w:p w:rsidR="00223469" w:rsidRDefault="008811B3">
      <w:r>
        <w:t>[ORGANIZATION NAME] is [brief factual description of organization, mission, jurisdiction/industry, users served, geographic footprint and major progra</w:t>
      </w:r>
      <w:r>
        <w:t>ms/services]. The organization is seeking a qualified AI development and adoption partner to support [high-level AI / automation / modernization need].</w:t>
      </w:r>
    </w:p>
    <w:p w:rsidR="00223469" w:rsidRDefault="008811B3">
      <w:pPr>
        <w:pStyle w:val="Heading2"/>
      </w:pPr>
      <w:r>
        <w:t>2.1 Initiative Context</w:t>
      </w:r>
    </w:p>
    <w:p w:rsidR="00223469" w:rsidRDefault="008811B3">
      <w:r>
        <w:t>The organization is initiating this procurement because [BUSINESS / SERVICE / OPE</w:t>
      </w:r>
      <w:r>
        <w:t>RATIONAL / MODERNIZATION DRIVERS]. Existing capabilities include [CURRENT SYSTEMS / DATA / AUTOMATION / ANALYTICS / AI TOOLS]. The selected vendor will be expected to work collaboratively with internal technology, data, security, legal, procurement and bus</w:t>
      </w:r>
      <w:r>
        <w:t>iness stakeholders.</w:t>
      </w:r>
    </w:p>
    <w:p w:rsidR="00223469" w:rsidRDefault="008811B3">
      <w:pPr>
        <w:pStyle w:val="Heading2"/>
      </w:pPr>
      <w:r>
        <w:lastRenderedPageBreak/>
        <w:t>2.2 Stakeholders &amp; User Groups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024"/>
        <w:gridCol w:w="2016"/>
        <w:gridCol w:w="5184"/>
      </w:tblGrid>
      <w:tr w:rsidR="00223469">
        <w:trPr>
          <w:tblHeader/>
          <w:jc w:val="center"/>
        </w:trPr>
        <w:tc>
          <w:tcPr>
            <w:tcW w:w="3024" w:type="dxa"/>
            <w:shd w:val="clear" w:color="auto" w:fill="0B2A4A"/>
            <w:tcMar>
              <w:top w:w="70" w:type="dxa"/>
              <w:left w:w="90" w:type="dxa"/>
              <w:bottom w:w="70" w:type="dxa"/>
              <w:right w:w="90" w:type="dxa"/>
            </w:tcMar>
          </w:tcPr>
          <w:p w:rsidR="00223469" w:rsidRDefault="008811B3">
            <w:r>
              <w:rPr>
                <w:b/>
                <w:color w:val="FFFFFF"/>
                <w:sz w:val="18"/>
              </w:rPr>
              <w:t>STAKEHOLDER / GROUP</w:t>
            </w:r>
          </w:p>
        </w:tc>
        <w:tc>
          <w:tcPr>
            <w:tcW w:w="2016" w:type="dxa"/>
            <w:shd w:val="clear" w:color="auto" w:fill="0B2A4A"/>
            <w:tcMar>
              <w:top w:w="70" w:type="dxa"/>
              <w:left w:w="90" w:type="dxa"/>
              <w:bottom w:w="70" w:type="dxa"/>
              <w:right w:w="90" w:type="dxa"/>
            </w:tcMar>
          </w:tcPr>
          <w:p w:rsidR="00223469" w:rsidRDefault="008811B3">
            <w:r>
              <w:rPr>
                <w:b/>
                <w:color w:val="FFFFFF"/>
                <w:sz w:val="18"/>
              </w:rPr>
              <w:t>ROLE</w:t>
            </w:r>
          </w:p>
        </w:tc>
        <w:tc>
          <w:tcPr>
            <w:tcW w:w="5184" w:type="dxa"/>
            <w:shd w:val="clear" w:color="auto" w:fill="0B2A4A"/>
            <w:tcMar>
              <w:top w:w="70" w:type="dxa"/>
              <w:left w:w="90" w:type="dxa"/>
              <w:bottom w:w="70" w:type="dxa"/>
              <w:right w:w="90" w:type="dxa"/>
            </w:tcMar>
          </w:tcPr>
          <w:p w:rsidR="00223469" w:rsidRDefault="008811B3">
            <w:r>
              <w:rPr>
                <w:b/>
                <w:color w:val="FFFFFF"/>
                <w:sz w:val="18"/>
              </w:rPr>
              <w:t>PRIMARY NEEDS / CONCERNS</w:t>
            </w:r>
          </w:p>
        </w:tc>
      </w:tr>
      <w:tr w:rsidR="00223469">
        <w:trPr>
          <w:jc w:val="center"/>
        </w:trPr>
        <w:tc>
          <w:tcPr>
            <w:tcW w:w="3024" w:type="dxa"/>
            <w:tcMar>
              <w:top w:w="70" w:type="dxa"/>
              <w:left w:w="90" w:type="dxa"/>
              <w:bottom w:w="70" w:type="dxa"/>
              <w:right w:w="90" w:type="dxa"/>
            </w:tcMar>
          </w:tcPr>
          <w:p w:rsidR="00223469" w:rsidRDefault="008811B3">
            <w:r>
              <w:rPr>
                <w:sz w:val="18"/>
              </w:rPr>
              <w:t>Executive Sponsor</w:t>
            </w:r>
          </w:p>
        </w:tc>
        <w:tc>
          <w:tcPr>
            <w:tcW w:w="2016" w:type="dxa"/>
            <w:tcMar>
              <w:top w:w="70" w:type="dxa"/>
              <w:left w:w="90" w:type="dxa"/>
              <w:bottom w:w="70" w:type="dxa"/>
              <w:right w:w="90" w:type="dxa"/>
            </w:tcMar>
          </w:tcPr>
          <w:p w:rsidR="00223469" w:rsidRDefault="008811B3">
            <w:r>
              <w:rPr>
                <w:sz w:val="18"/>
              </w:rPr>
              <w:t>[ROLE]</w:t>
            </w:r>
          </w:p>
        </w:tc>
        <w:tc>
          <w:tcPr>
            <w:tcW w:w="5184" w:type="dxa"/>
            <w:tcMar>
              <w:top w:w="70" w:type="dxa"/>
              <w:left w:w="90" w:type="dxa"/>
              <w:bottom w:w="70" w:type="dxa"/>
              <w:right w:w="90" w:type="dxa"/>
            </w:tcMar>
          </w:tcPr>
          <w:p w:rsidR="00223469" w:rsidRDefault="008811B3">
            <w:r>
              <w:rPr>
                <w:sz w:val="18"/>
              </w:rPr>
              <w:t>Outcomes, governance, risk appetite</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sz w:val="18"/>
              </w:rPr>
              <w:t>Business / Program Owner</w:t>
            </w:r>
          </w:p>
        </w:tc>
        <w:tc>
          <w:tcPr>
            <w:tcW w:w="2016" w:type="dxa"/>
            <w:shd w:val="clear" w:color="auto" w:fill="F5F8FC"/>
            <w:tcMar>
              <w:top w:w="70" w:type="dxa"/>
              <w:left w:w="90" w:type="dxa"/>
              <w:bottom w:w="70" w:type="dxa"/>
              <w:right w:w="90" w:type="dxa"/>
            </w:tcMar>
          </w:tcPr>
          <w:p w:rsidR="00223469" w:rsidRDefault="008811B3">
            <w:r>
              <w:rPr>
                <w:sz w:val="18"/>
              </w:rPr>
              <w:t>[ROLE]</w:t>
            </w:r>
          </w:p>
        </w:tc>
        <w:tc>
          <w:tcPr>
            <w:tcW w:w="5184" w:type="dxa"/>
            <w:shd w:val="clear" w:color="auto" w:fill="F5F8FC"/>
            <w:tcMar>
              <w:top w:w="70" w:type="dxa"/>
              <w:left w:w="90" w:type="dxa"/>
              <w:bottom w:w="70" w:type="dxa"/>
              <w:right w:w="90" w:type="dxa"/>
            </w:tcMar>
          </w:tcPr>
          <w:p w:rsidR="00223469" w:rsidRDefault="008811B3">
            <w:r>
              <w:rPr>
                <w:sz w:val="18"/>
              </w:rPr>
              <w:t>Use cases, workflow outcomes, adoption</w:t>
            </w:r>
          </w:p>
        </w:tc>
      </w:tr>
      <w:tr w:rsidR="00223469">
        <w:trPr>
          <w:jc w:val="center"/>
        </w:trPr>
        <w:tc>
          <w:tcPr>
            <w:tcW w:w="3024" w:type="dxa"/>
            <w:tcMar>
              <w:top w:w="70" w:type="dxa"/>
              <w:left w:w="90" w:type="dxa"/>
              <w:bottom w:w="70" w:type="dxa"/>
              <w:right w:w="90" w:type="dxa"/>
            </w:tcMar>
          </w:tcPr>
          <w:p w:rsidR="00223469" w:rsidRDefault="008811B3">
            <w:r>
              <w:rPr>
                <w:sz w:val="18"/>
              </w:rPr>
              <w:t xml:space="preserve">IT / Enterprise </w:t>
            </w:r>
            <w:r>
              <w:rPr>
                <w:sz w:val="18"/>
              </w:rPr>
              <w:t>Architecture</w:t>
            </w:r>
          </w:p>
        </w:tc>
        <w:tc>
          <w:tcPr>
            <w:tcW w:w="2016" w:type="dxa"/>
            <w:tcMar>
              <w:top w:w="70" w:type="dxa"/>
              <w:left w:w="90" w:type="dxa"/>
              <w:bottom w:w="70" w:type="dxa"/>
              <w:right w:w="90" w:type="dxa"/>
            </w:tcMar>
          </w:tcPr>
          <w:p w:rsidR="00223469" w:rsidRDefault="008811B3">
            <w:r>
              <w:rPr>
                <w:sz w:val="18"/>
              </w:rPr>
              <w:t>[ROLE]</w:t>
            </w:r>
          </w:p>
        </w:tc>
        <w:tc>
          <w:tcPr>
            <w:tcW w:w="5184" w:type="dxa"/>
            <w:tcMar>
              <w:top w:w="70" w:type="dxa"/>
              <w:left w:w="90" w:type="dxa"/>
              <w:bottom w:w="70" w:type="dxa"/>
              <w:right w:w="90" w:type="dxa"/>
            </w:tcMar>
          </w:tcPr>
          <w:p w:rsidR="00223469" w:rsidRDefault="008811B3">
            <w:r>
              <w:rPr>
                <w:sz w:val="18"/>
              </w:rPr>
              <w:t>Architecture, integration, maintainability</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sz w:val="18"/>
              </w:rPr>
              <w:t>Data / Analytics</w:t>
            </w:r>
          </w:p>
        </w:tc>
        <w:tc>
          <w:tcPr>
            <w:tcW w:w="2016" w:type="dxa"/>
            <w:shd w:val="clear" w:color="auto" w:fill="F5F8FC"/>
            <w:tcMar>
              <w:top w:w="70" w:type="dxa"/>
              <w:left w:w="90" w:type="dxa"/>
              <w:bottom w:w="70" w:type="dxa"/>
              <w:right w:w="90" w:type="dxa"/>
            </w:tcMar>
          </w:tcPr>
          <w:p w:rsidR="00223469" w:rsidRDefault="008811B3">
            <w:r>
              <w:rPr>
                <w:sz w:val="18"/>
              </w:rPr>
              <w:t>[ROLE]</w:t>
            </w:r>
          </w:p>
        </w:tc>
        <w:tc>
          <w:tcPr>
            <w:tcW w:w="5184" w:type="dxa"/>
            <w:shd w:val="clear" w:color="auto" w:fill="F5F8FC"/>
            <w:tcMar>
              <w:top w:w="70" w:type="dxa"/>
              <w:left w:w="90" w:type="dxa"/>
              <w:bottom w:w="70" w:type="dxa"/>
              <w:right w:w="90" w:type="dxa"/>
            </w:tcMar>
          </w:tcPr>
          <w:p w:rsidR="00223469" w:rsidRDefault="008811B3">
            <w:r>
              <w:rPr>
                <w:sz w:val="18"/>
              </w:rPr>
              <w:t>Data quality, access, lineage, evaluation</w:t>
            </w:r>
          </w:p>
        </w:tc>
      </w:tr>
      <w:tr w:rsidR="00223469">
        <w:trPr>
          <w:jc w:val="center"/>
        </w:trPr>
        <w:tc>
          <w:tcPr>
            <w:tcW w:w="3024" w:type="dxa"/>
            <w:tcMar>
              <w:top w:w="70" w:type="dxa"/>
              <w:left w:w="90" w:type="dxa"/>
              <w:bottom w:w="70" w:type="dxa"/>
              <w:right w:w="90" w:type="dxa"/>
            </w:tcMar>
          </w:tcPr>
          <w:p w:rsidR="00223469" w:rsidRDefault="008811B3">
            <w:r>
              <w:rPr>
                <w:sz w:val="18"/>
              </w:rPr>
              <w:t>Cybersecurity</w:t>
            </w:r>
          </w:p>
        </w:tc>
        <w:tc>
          <w:tcPr>
            <w:tcW w:w="2016" w:type="dxa"/>
            <w:tcMar>
              <w:top w:w="70" w:type="dxa"/>
              <w:left w:w="90" w:type="dxa"/>
              <w:bottom w:w="70" w:type="dxa"/>
              <w:right w:w="90" w:type="dxa"/>
            </w:tcMar>
          </w:tcPr>
          <w:p w:rsidR="00223469" w:rsidRDefault="008811B3">
            <w:r>
              <w:rPr>
                <w:sz w:val="18"/>
              </w:rPr>
              <w:t>[ROLE]</w:t>
            </w:r>
          </w:p>
        </w:tc>
        <w:tc>
          <w:tcPr>
            <w:tcW w:w="5184" w:type="dxa"/>
            <w:tcMar>
              <w:top w:w="70" w:type="dxa"/>
              <w:left w:w="90" w:type="dxa"/>
              <w:bottom w:w="70" w:type="dxa"/>
              <w:right w:w="90" w:type="dxa"/>
            </w:tcMar>
          </w:tcPr>
          <w:p w:rsidR="00223469" w:rsidRDefault="008811B3">
            <w:r>
              <w:rPr>
                <w:sz w:val="18"/>
              </w:rPr>
              <w:t>Threats, controls, monitoring, incident response</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sz w:val="18"/>
              </w:rPr>
              <w:t>Privacy / Legal</w:t>
            </w:r>
          </w:p>
        </w:tc>
        <w:tc>
          <w:tcPr>
            <w:tcW w:w="2016" w:type="dxa"/>
            <w:shd w:val="clear" w:color="auto" w:fill="F5F8FC"/>
            <w:tcMar>
              <w:top w:w="70" w:type="dxa"/>
              <w:left w:w="90" w:type="dxa"/>
              <w:bottom w:w="70" w:type="dxa"/>
              <w:right w:w="90" w:type="dxa"/>
            </w:tcMar>
          </w:tcPr>
          <w:p w:rsidR="00223469" w:rsidRDefault="008811B3">
            <w:r>
              <w:rPr>
                <w:sz w:val="18"/>
              </w:rPr>
              <w:t>[ROLE]</w:t>
            </w:r>
          </w:p>
        </w:tc>
        <w:tc>
          <w:tcPr>
            <w:tcW w:w="5184" w:type="dxa"/>
            <w:shd w:val="clear" w:color="auto" w:fill="F5F8FC"/>
            <w:tcMar>
              <w:top w:w="70" w:type="dxa"/>
              <w:left w:w="90" w:type="dxa"/>
              <w:bottom w:w="70" w:type="dxa"/>
              <w:right w:w="90" w:type="dxa"/>
            </w:tcMar>
          </w:tcPr>
          <w:p w:rsidR="00223469" w:rsidRDefault="008811B3">
            <w:r>
              <w:rPr>
                <w:sz w:val="18"/>
              </w:rPr>
              <w:t xml:space="preserve">Data use, records, contracts, </w:t>
            </w:r>
            <w:r>
              <w:rPr>
                <w:sz w:val="18"/>
              </w:rPr>
              <w:t>rights</w:t>
            </w:r>
          </w:p>
        </w:tc>
      </w:tr>
      <w:tr w:rsidR="00223469">
        <w:trPr>
          <w:jc w:val="center"/>
        </w:trPr>
        <w:tc>
          <w:tcPr>
            <w:tcW w:w="3024" w:type="dxa"/>
            <w:tcMar>
              <w:top w:w="70" w:type="dxa"/>
              <w:left w:w="90" w:type="dxa"/>
              <w:bottom w:w="70" w:type="dxa"/>
              <w:right w:w="90" w:type="dxa"/>
            </w:tcMar>
          </w:tcPr>
          <w:p w:rsidR="00223469" w:rsidRDefault="008811B3">
            <w:r>
              <w:rPr>
                <w:sz w:val="18"/>
              </w:rPr>
              <w:t>Procurement / Finance</w:t>
            </w:r>
          </w:p>
        </w:tc>
        <w:tc>
          <w:tcPr>
            <w:tcW w:w="2016" w:type="dxa"/>
            <w:tcMar>
              <w:top w:w="70" w:type="dxa"/>
              <w:left w:w="90" w:type="dxa"/>
              <w:bottom w:w="70" w:type="dxa"/>
              <w:right w:w="90" w:type="dxa"/>
            </w:tcMar>
          </w:tcPr>
          <w:p w:rsidR="00223469" w:rsidRDefault="008811B3">
            <w:r>
              <w:rPr>
                <w:sz w:val="18"/>
              </w:rPr>
              <w:t>[ROLE]</w:t>
            </w:r>
          </w:p>
        </w:tc>
        <w:tc>
          <w:tcPr>
            <w:tcW w:w="5184" w:type="dxa"/>
            <w:tcMar>
              <w:top w:w="70" w:type="dxa"/>
              <w:left w:w="90" w:type="dxa"/>
              <w:bottom w:w="70" w:type="dxa"/>
              <w:right w:w="90" w:type="dxa"/>
            </w:tcMar>
          </w:tcPr>
          <w:p w:rsidR="00223469" w:rsidRDefault="008811B3">
            <w:r>
              <w:rPr>
                <w:sz w:val="18"/>
              </w:rPr>
              <w:t>Competition, pricing, contract controls</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sz w:val="18"/>
              </w:rPr>
              <w:t>Accessibility / UX</w:t>
            </w:r>
          </w:p>
        </w:tc>
        <w:tc>
          <w:tcPr>
            <w:tcW w:w="2016" w:type="dxa"/>
            <w:shd w:val="clear" w:color="auto" w:fill="F5F8FC"/>
            <w:tcMar>
              <w:top w:w="70" w:type="dxa"/>
              <w:left w:w="90" w:type="dxa"/>
              <w:bottom w:w="70" w:type="dxa"/>
              <w:right w:w="90" w:type="dxa"/>
            </w:tcMar>
          </w:tcPr>
          <w:p w:rsidR="00223469" w:rsidRDefault="008811B3">
            <w:r>
              <w:rPr>
                <w:sz w:val="18"/>
              </w:rPr>
              <w:t>[ROLE]</w:t>
            </w:r>
          </w:p>
        </w:tc>
        <w:tc>
          <w:tcPr>
            <w:tcW w:w="5184" w:type="dxa"/>
            <w:shd w:val="clear" w:color="auto" w:fill="F5F8FC"/>
            <w:tcMar>
              <w:top w:w="70" w:type="dxa"/>
              <w:left w:w="90" w:type="dxa"/>
              <w:bottom w:w="70" w:type="dxa"/>
              <w:right w:w="90" w:type="dxa"/>
            </w:tcMar>
          </w:tcPr>
          <w:p w:rsidR="00223469" w:rsidRDefault="008811B3">
            <w:r>
              <w:rPr>
                <w:sz w:val="18"/>
              </w:rPr>
              <w:t>Inclusive and understandable experiences</w:t>
            </w:r>
          </w:p>
        </w:tc>
      </w:tr>
      <w:tr w:rsidR="00223469">
        <w:trPr>
          <w:jc w:val="center"/>
        </w:trPr>
        <w:tc>
          <w:tcPr>
            <w:tcW w:w="3024" w:type="dxa"/>
            <w:tcMar>
              <w:top w:w="70" w:type="dxa"/>
              <w:left w:w="90" w:type="dxa"/>
              <w:bottom w:w="70" w:type="dxa"/>
              <w:right w:w="90" w:type="dxa"/>
            </w:tcMar>
          </w:tcPr>
          <w:p w:rsidR="00223469" w:rsidRDefault="008811B3">
            <w:r>
              <w:rPr>
                <w:sz w:val="18"/>
              </w:rPr>
              <w:t>End Users / Public / Staff</w:t>
            </w:r>
          </w:p>
        </w:tc>
        <w:tc>
          <w:tcPr>
            <w:tcW w:w="2016" w:type="dxa"/>
            <w:tcMar>
              <w:top w:w="70" w:type="dxa"/>
              <w:left w:w="90" w:type="dxa"/>
              <w:bottom w:w="70" w:type="dxa"/>
              <w:right w:w="90" w:type="dxa"/>
            </w:tcMar>
          </w:tcPr>
          <w:p w:rsidR="00223469" w:rsidRDefault="008811B3">
            <w:r>
              <w:rPr>
                <w:sz w:val="18"/>
              </w:rPr>
              <w:t>Audience</w:t>
            </w:r>
          </w:p>
        </w:tc>
        <w:tc>
          <w:tcPr>
            <w:tcW w:w="5184" w:type="dxa"/>
            <w:tcMar>
              <w:top w:w="70" w:type="dxa"/>
              <w:left w:w="90" w:type="dxa"/>
              <w:bottom w:w="70" w:type="dxa"/>
              <w:right w:w="90" w:type="dxa"/>
            </w:tcMar>
          </w:tcPr>
          <w:p w:rsidR="00223469" w:rsidRDefault="008811B3">
            <w:r>
              <w:rPr>
                <w:sz w:val="18"/>
              </w:rPr>
              <w:t>Trust, usability, reliability, recourse</w:t>
            </w:r>
          </w:p>
        </w:tc>
      </w:tr>
    </w:tbl>
    <w:p w:rsidR="00223469" w:rsidRDefault="00223469">
      <w:pPr>
        <w:spacing w:after="20"/>
      </w:pPr>
    </w:p>
    <w:p w:rsidR="00223469" w:rsidRDefault="008811B3">
      <w:pPr>
        <w:pStyle w:val="Heading2"/>
      </w:pPr>
      <w:r>
        <w:t xml:space="preserve">2.3 AI Maturity &amp; Governance </w:t>
      </w:r>
      <w:r>
        <w:t>Context</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312"/>
        <w:gridCol w:w="3168"/>
        <w:gridCol w:w="3744"/>
      </w:tblGrid>
      <w:tr w:rsidR="00223469">
        <w:trPr>
          <w:tblHeader/>
          <w:jc w:val="center"/>
        </w:trPr>
        <w:tc>
          <w:tcPr>
            <w:tcW w:w="3312" w:type="dxa"/>
            <w:shd w:val="clear" w:color="auto" w:fill="0B2A4A"/>
            <w:tcMar>
              <w:top w:w="70" w:type="dxa"/>
              <w:left w:w="90" w:type="dxa"/>
              <w:bottom w:w="70" w:type="dxa"/>
              <w:right w:w="90" w:type="dxa"/>
            </w:tcMar>
          </w:tcPr>
          <w:p w:rsidR="00223469" w:rsidRDefault="008811B3">
            <w:r>
              <w:rPr>
                <w:b/>
                <w:color w:val="FFFFFF"/>
                <w:sz w:val="18"/>
              </w:rPr>
              <w:t>AREA</w:t>
            </w:r>
          </w:p>
        </w:tc>
        <w:tc>
          <w:tcPr>
            <w:tcW w:w="3168" w:type="dxa"/>
            <w:shd w:val="clear" w:color="auto" w:fill="0B2A4A"/>
            <w:tcMar>
              <w:top w:w="70" w:type="dxa"/>
              <w:left w:w="90" w:type="dxa"/>
              <w:bottom w:w="70" w:type="dxa"/>
              <w:right w:w="90" w:type="dxa"/>
            </w:tcMar>
          </w:tcPr>
          <w:p w:rsidR="00223469" w:rsidRDefault="008811B3">
            <w:r>
              <w:rPr>
                <w:b/>
                <w:color w:val="FFFFFF"/>
                <w:sz w:val="18"/>
              </w:rPr>
              <w:t>CURRENT STATE</w:t>
            </w:r>
          </w:p>
        </w:tc>
        <w:tc>
          <w:tcPr>
            <w:tcW w:w="3744" w:type="dxa"/>
            <w:shd w:val="clear" w:color="auto" w:fill="0B2A4A"/>
            <w:tcMar>
              <w:top w:w="70" w:type="dxa"/>
              <w:left w:w="90" w:type="dxa"/>
              <w:bottom w:w="70" w:type="dxa"/>
              <w:right w:w="90" w:type="dxa"/>
            </w:tcMar>
          </w:tcPr>
          <w:p w:rsidR="00223469" w:rsidRDefault="008811B3">
            <w:r>
              <w:rPr>
                <w:b/>
                <w:color w:val="FFFFFF"/>
                <w:sz w:val="18"/>
              </w:rPr>
              <w:t>DESIRED STATE</w:t>
            </w:r>
          </w:p>
        </w:tc>
      </w:tr>
      <w:tr w:rsidR="00223469">
        <w:trPr>
          <w:jc w:val="center"/>
        </w:trPr>
        <w:tc>
          <w:tcPr>
            <w:tcW w:w="3312" w:type="dxa"/>
            <w:tcMar>
              <w:top w:w="70" w:type="dxa"/>
              <w:left w:w="90" w:type="dxa"/>
              <w:bottom w:w="70" w:type="dxa"/>
              <w:right w:w="90" w:type="dxa"/>
            </w:tcMar>
          </w:tcPr>
          <w:p w:rsidR="00223469" w:rsidRDefault="008811B3">
            <w:r>
              <w:rPr>
                <w:sz w:val="18"/>
              </w:rPr>
              <w:t>AI strategy</w:t>
            </w:r>
          </w:p>
        </w:tc>
        <w:tc>
          <w:tcPr>
            <w:tcW w:w="3168" w:type="dxa"/>
            <w:tcMar>
              <w:top w:w="70" w:type="dxa"/>
              <w:left w:w="90" w:type="dxa"/>
              <w:bottom w:w="70" w:type="dxa"/>
              <w:right w:w="90" w:type="dxa"/>
            </w:tcMar>
          </w:tcPr>
          <w:p w:rsidR="00223469" w:rsidRDefault="008811B3">
            <w:r>
              <w:rPr>
                <w:sz w:val="18"/>
              </w:rPr>
              <w:t>[NONE / DRAFT / APPROVED]</w:t>
            </w:r>
          </w:p>
        </w:tc>
        <w:tc>
          <w:tcPr>
            <w:tcW w:w="3744" w:type="dxa"/>
            <w:tcMar>
              <w:top w:w="70" w:type="dxa"/>
              <w:left w:w="90" w:type="dxa"/>
              <w:bottom w:w="70" w:type="dxa"/>
              <w:right w:w="90" w:type="dxa"/>
            </w:tcMar>
          </w:tcPr>
          <w:p w:rsidR="00223469" w:rsidRDefault="008811B3">
            <w:r>
              <w:rPr>
                <w:sz w:val="18"/>
              </w:rPr>
              <w:t>[TARGET]</w:t>
            </w:r>
          </w:p>
        </w:tc>
      </w:tr>
      <w:tr w:rsidR="00223469">
        <w:trPr>
          <w:jc w:val="center"/>
        </w:trPr>
        <w:tc>
          <w:tcPr>
            <w:tcW w:w="3312" w:type="dxa"/>
            <w:shd w:val="clear" w:color="auto" w:fill="F5F8FC"/>
            <w:tcMar>
              <w:top w:w="70" w:type="dxa"/>
              <w:left w:w="90" w:type="dxa"/>
              <w:bottom w:w="70" w:type="dxa"/>
              <w:right w:w="90" w:type="dxa"/>
            </w:tcMar>
          </w:tcPr>
          <w:p w:rsidR="00223469" w:rsidRDefault="008811B3">
            <w:r>
              <w:rPr>
                <w:sz w:val="18"/>
              </w:rPr>
              <w:t>AI policy / governance</w:t>
            </w:r>
          </w:p>
        </w:tc>
        <w:tc>
          <w:tcPr>
            <w:tcW w:w="3168" w:type="dxa"/>
            <w:shd w:val="clear" w:color="auto" w:fill="F5F8FC"/>
            <w:tcMar>
              <w:top w:w="70" w:type="dxa"/>
              <w:left w:w="90" w:type="dxa"/>
              <w:bottom w:w="70" w:type="dxa"/>
              <w:right w:w="90" w:type="dxa"/>
            </w:tcMar>
          </w:tcPr>
          <w:p w:rsidR="00223469" w:rsidRDefault="008811B3">
            <w:r>
              <w:rPr>
                <w:sz w:val="18"/>
              </w:rPr>
              <w:t>[STATUS]</w:t>
            </w:r>
          </w:p>
        </w:tc>
        <w:tc>
          <w:tcPr>
            <w:tcW w:w="3744" w:type="dxa"/>
            <w:shd w:val="clear" w:color="auto" w:fill="F5F8FC"/>
            <w:tcMar>
              <w:top w:w="70" w:type="dxa"/>
              <w:left w:w="90" w:type="dxa"/>
              <w:bottom w:w="70" w:type="dxa"/>
              <w:right w:w="90" w:type="dxa"/>
            </w:tcMar>
          </w:tcPr>
          <w:p w:rsidR="00223469" w:rsidRDefault="008811B3">
            <w:r>
              <w:rPr>
                <w:sz w:val="18"/>
              </w:rPr>
              <w:t>[TARGET]</w:t>
            </w:r>
          </w:p>
        </w:tc>
      </w:tr>
      <w:tr w:rsidR="00223469">
        <w:trPr>
          <w:jc w:val="center"/>
        </w:trPr>
        <w:tc>
          <w:tcPr>
            <w:tcW w:w="3312" w:type="dxa"/>
            <w:tcMar>
              <w:top w:w="70" w:type="dxa"/>
              <w:left w:w="90" w:type="dxa"/>
              <w:bottom w:w="70" w:type="dxa"/>
              <w:right w:w="90" w:type="dxa"/>
            </w:tcMar>
          </w:tcPr>
          <w:p w:rsidR="00223469" w:rsidRDefault="008811B3">
            <w:r>
              <w:rPr>
                <w:sz w:val="18"/>
              </w:rPr>
              <w:t>Approved model providers</w:t>
            </w:r>
          </w:p>
        </w:tc>
        <w:tc>
          <w:tcPr>
            <w:tcW w:w="3168" w:type="dxa"/>
            <w:tcMar>
              <w:top w:w="70" w:type="dxa"/>
              <w:left w:w="90" w:type="dxa"/>
              <w:bottom w:w="70" w:type="dxa"/>
              <w:right w:w="90" w:type="dxa"/>
            </w:tcMar>
          </w:tcPr>
          <w:p w:rsidR="00223469" w:rsidRDefault="008811B3">
            <w:r>
              <w:rPr>
                <w:sz w:val="18"/>
              </w:rPr>
              <w:t>[LIST / NONE]</w:t>
            </w:r>
          </w:p>
        </w:tc>
        <w:tc>
          <w:tcPr>
            <w:tcW w:w="3744" w:type="dxa"/>
            <w:tcMar>
              <w:top w:w="70" w:type="dxa"/>
              <w:left w:w="90" w:type="dxa"/>
              <w:bottom w:w="70" w:type="dxa"/>
              <w:right w:w="90" w:type="dxa"/>
            </w:tcMar>
          </w:tcPr>
          <w:p w:rsidR="00223469" w:rsidRDefault="008811B3">
            <w:r>
              <w:rPr>
                <w:sz w:val="18"/>
              </w:rPr>
              <w:t>[TARGET]</w:t>
            </w:r>
          </w:p>
        </w:tc>
      </w:tr>
      <w:tr w:rsidR="00223469">
        <w:trPr>
          <w:jc w:val="center"/>
        </w:trPr>
        <w:tc>
          <w:tcPr>
            <w:tcW w:w="3312" w:type="dxa"/>
            <w:shd w:val="clear" w:color="auto" w:fill="F5F8FC"/>
            <w:tcMar>
              <w:top w:w="70" w:type="dxa"/>
              <w:left w:w="90" w:type="dxa"/>
              <w:bottom w:w="70" w:type="dxa"/>
              <w:right w:w="90" w:type="dxa"/>
            </w:tcMar>
          </w:tcPr>
          <w:p w:rsidR="00223469" w:rsidRDefault="008811B3">
            <w:r>
              <w:rPr>
                <w:sz w:val="18"/>
              </w:rPr>
              <w:t>Data classification</w:t>
            </w:r>
          </w:p>
        </w:tc>
        <w:tc>
          <w:tcPr>
            <w:tcW w:w="3168" w:type="dxa"/>
            <w:shd w:val="clear" w:color="auto" w:fill="F5F8FC"/>
            <w:tcMar>
              <w:top w:w="70" w:type="dxa"/>
              <w:left w:w="90" w:type="dxa"/>
              <w:bottom w:w="70" w:type="dxa"/>
              <w:right w:w="90" w:type="dxa"/>
            </w:tcMar>
          </w:tcPr>
          <w:p w:rsidR="00223469" w:rsidRDefault="008811B3">
            <w:r>
              <w:rPr>
                <w:sz w:val="18"/>
              </w:rPr>
              <w:t>[STATUS]</w:t>
            </w:r>
          </w:p>
        </w:tc>
        <w:tc>
          <w:tcPr>
            <w:tcW w:w="3744" w:type="dxa"/>
            <w:shd w:val="clear" w:color="auto" w:fill="F5F8FC"/>
            <w:tcMar>
              <w:top w:w="70" w:type="dxa"/>
              <w:left w:w="90" w:type="dxa"/>
              <w:bottom w:w="70" w:type="dxa"/>
              <w:right w:w="90" w:type="dxa"/>
            </w:tcMar>
          </w:tcPr>
          <w:p w:rsidR="00223469" w:rsidRDefault="008811B3">
            <w:r>
              <w:rPr>
                <w:sz w:val="18"/>
              </w:rPr>
              <w:t>[TARGET]</w:t>
            </w:r>
          </w:p>
        </w:tc>
      </w:tr>
      <w:tr w:rsidR="00223469">
        <w:trPr>
          <w:jc w:val="center"/>
        </w:trPr>
        <w:tc>
          <w:tcPr>
            <w:tcW w:w="3312" w:type="dxa"/>
            <w:tcMar>
              <w:top w:w="70" w:type="dxa"/>
              <w:left w:w="90" w:type="dxa"/>
              <w:bottom w:w="70" w:type="dxa"/>
              <w:right w:w="90" w:type="dxa"/>
            </w:tcMar>
          </w:tcPr>
          <w:p w:rsidR="00223469" w:rsidRDefault="008811B3">
            <w:r>
              <w:rPr>
                <w:sz w:val="18"/>
              </w:rPr>
              <w:t>AI risk review process</w:t>
            </w:r>
          </w:p>
        </w:tc>
        <w:tc>
          <w:tcPr>
            <w:tcW w:w="3168" w:type="dxa"/>
            <w:tcMar>
              <w:top w:w="70" w:type="dxa"/>
              <w:left w:w="90" w:type="dxa"/>
              <w:bottom w:w="70" w:type="dxa"/>
              <w:right w:w="90" w:type="dxa"/>
            </w:tcMar>
          </w:tcPr>
          <w:p w:rsidR="00223469" w:rsidRDefault="008811B3">
            <w:r>
              <w:rPr>
                <w:sz w:val="18"/>
              </w:rPr>
              <w:t>[STATUS]</w:t>
            </w:r>
          </w:p>
        </w:tc>
        <w:tc>
          <w:tcPr>
            <w:tcW w:w="3744" w:type="dxa"/>
            <w:tcMar>
              <w:top w:w="70" w:type="dxa"/>
              <w:left w:w="90" w:type="dxa"/>
              <w:bottom w:w="70" w:type="dxa"/>
              <w:right w:w="90" w:type="dxa"/>
            </w:tcMar>
          </w:tcPr>
          <w:p w:rsidR="00223469" w:rsidRDefault="008811B3">
            <w:r>
              <w:rPr>
                <w:sz w:val="18"/>
              </w:rPr>
              <w:t>[TARGET]</w:t>
            </w:r>
          </w:p>
        </w:tc>
      </w:tr>
      <w:tr w:rsidR="00223469">
        <w:trPr>
          <w:jc w:val="center"/>
        </w:trPr>
        <w:tc>
          <w:tcPr>
            <w:tcW w:w="3312" w:type="dxa"/>
            <w:shd w:val="clear" w:color="auto" w:fill="F5F8FC"/>
            <w:tcMar>
              <w:top w:w="70" w:type="dxa"/>
              <w:left w:w="90" w:type="dxa"/>
              <w:bottom w:w="70" w:type="dxa"/>
              <w:right w:w="90" w:type="dxa"/>
            </w:tcMar>
          </w:tcPr>
          <w:p w:rsidR="00223469" w:rsidRDefault="008811B3">
            <w:r>
              <w:rPr>
                <w:sz w:val="18"/>
              </w:rPr>
              <w:t>Model / prompt evaluation</w:t>
            </w:r>
          </w:p>
        </w:tc>
        <w:tc>
          <w:tcPr>
            <w:tcW w:w="3168" w:type="dxa"/>
            <w:shd w:val="clear" w:color="auto" w:fill="F5F8FC"/>
            <w:tcMar>
              <w:top w:w="70" w:type="dxa"/>
              <w:left w:w="90" w:type="dxa"/>
              <w:bottom w:w="70" w:type="dxa"/>
              <w:right w:w="90" w:type="dxa"/>
            </w:tcMar>
          </w:tcPr>
          <w:p w:rsidR="00223469" w:rsidRDefault="008811B3">
            <w:r>
              <w:rPr>
                <w:sz w:val="18"/>
              </w:rPr>
              <w:t>[STATUS]</w:t>
            </w:r>
          </w:p>
        </w:tc>
        <w:tc>
          <w:tcPr>
            <w:tcW w:w="3744" w:type="dxa"/>
            <w:shd w:val="clear" w:color="auto" w:fill="F5F8FC"/>
            <w:tcMar>
              <w:top w:w="70" w:type="dxa"/>
              <w:left w:w="90" w:type="dxa"/>
              <w:bottom w:w="70" w:type="dxa"/>
              <w:right w:w="90" w:type="dxa"/>
            </w:tcMar>
          </w:tcPr>
          <w:p w:rsidR="00223469" w:rsidRDefault="008811B3">
            <w:r>
              <w:rPr>
                <w:sz w:val="18"/>
              </w:rPr>
              <w:t>[TARGET]</w:t>
            </w:r>
          </w:p>
        </w:tc>
      </w:tr>
      <w:tr w:rsidR="00223469">
        <w:trPr>
          <w:jc w:val="center"/>
        </w:trPr>
        <w:tc>
          <w:tcPr>
            <w:tcW w:w="3312" w:type="dxa"/>
            <w:tcMar>
              <w:top w:w="70" w:type="dxa"/>
              <w:left w:w="90" w:type="dxa"/>
              <w:bottom w:w="70" w:type="dxa"/>
              <w:right w:w="90" w:type="dxa"/>
            </w:tcMar>
          </w:tcPr>
          <w:p w:rsidR="00223469" w:rsidRDefault="008811B3">
            <w:r>
              <w:rPr>
                <w:sz w:val="18"/>
              </w:rPr>
              <w:t>AI operations / monitoring</w:t>
            </w:r>
          </w:p>
        </w:tc>
        <w:tc>
          <w:tcPr>
            <w:tcW w:w="3168" w:type="dxa"/>
            <w:tcMar>
              <w:top w:w="70" w:type="dxa"/>
              <w:left w:w="90" w:type="dxa"/>
              <w:bottom w:w="70" w:type="dxa"/>
              <w:right w:w="90" w:type="dxa"/>
            </w:tcMar>
          </w:tcPr>
          <w:p w:rsidR="00223469" w:rsidRDefault="008811B3">
            <w:r>
              <w:rPr>
                <w:sz w:val="18"/>
              </w:rPr>
              <w:t>[STATUS]</w:t>
            </w:r>
          </w:p>
        </w:tc>
        <w:tc>
          <w:tcPr>
            <w:tcW w:w="3744" w:type="dxa"/>
            <w:tcMar>
              <w:top w:w="70" w:type="dxa"/>
              <w:left w:w="90" w:type="dxa"/>
              <w:bottom w:w="70" w:type="dxa"/>
              <w:right w:w="90" w:type="dxa"/>
            </w:tcMar>
          </w:tcPr>
          <w:p w:rsidR="00223469" w:rsidRDefault="008811B3">
            <w:r>
              <w:rPr>
                <w:sz w:val="18"/>
              </w:rPr>
              <w:t>[TARGET]</w:t>
            </w:r>
          </w:p>
        </w:tc>
      </w:tr>
    </w:tbl>
    <w:p w:rsidR="00223469" w:rsidRDefault="00223469">
      <w:pPr>
        <w:spacing w:after="20"/>
      </w:pPr>
    </w:p>
    <w:p w:rsidR="00223469" w:rsidRDefault="008811B3">
      <w:pPr>
        <w:pStyle w:val="Heading1"/>
      </w:pPr>
      <w:bookmarkStart w:id="3" w:name="sec3"/>
      <w:r>
        <w:t>3. AI Objectives &amp; Success Measures</w:t>
      </w:r>
      <w:bookmarkEnd w:id="3"/>
    </w:p>
    <w:p w:rsidR="00223469" w:rsidRDefault="008811B3">
      <w:r>
        <w:t xml:space="preserve">Select, revise or add objectives that reflect the actual initiative. Keep objectives outcome-based and measurable </w:t>
      </w:r>
      <w:r>
        <w:t>rather than simply stating that the organization wants to “use AI.”</w:t>
      </w:r>
    </w:p>
    <w:p w:rsidR="00223469" w:rsidRDefault="008811B3">
      <w:r>
        <w:t>☐</w:t>
      </w:r>
      <w:r>
        <w:t xml:space="preserve"> Automate or augment defined workflows without removing required human accountability.</w:t>
      </w:r>
    </w:p>
    <w:p w:rsidR="00223469" w:rsidRDefault="008811B3">
      <w:r>
        <w:t>☐</w:t>
      </w:r>
      <w:r>
        <w:t xml:space="preserve"> Improve service quality, response time, productivity or user experience.</w:t>
      </w:r>
    </w:p>
    <w:p w:rsidR="00223469" w:rsidRDefault="008811B3">
      <w:r>
        <w:t>☐</w:t>
      </w:r>
      <w:r>
        <w:t xml:space="preserve"> Enable secure access to</w:t>
      </w:r>
      <w:r>
        <w:t xml:space="preserve"> approved organizational knowledge and data.</w:t>
      </w:r>
    </w:p>
    <w:p w:rsidR="00223469" w:rsidRDefault="008811B3">
      <w:r>
        <w:t>☐</w:t>
      </w:r>
      <w:r>
        <w:t xml:space="preserve"> Create measurable operational, financial or service-delivery value.</w:t>
      </w:r>
    </w:p>
    <w:p w:rsidR="00223469" w:rsidRDefault="008811B3">
      <w:r>
        <w:t>☐</w:t>
      </w:r>
      <w:r>
        <w:t xml:space="preserve"> Integrate AI capabilities with existing enterprise systems and workflows.</w:t>
      </w:r>
    </w:p>
    <w:p w:rsidR="00223469" w:rsidRDefault="008811B3">
      <w:r>
        <w:t>☐</w:t>
      </w:r>
      <w:r>
        <w:t xml:space="preserve"> Establish governance, evaluation, monitoring and human-oversigh</w:t>
      </w:r>
      <w:r>
        <w:t>t controls appropriate to risk.</w:t>
      </w:r>
    </w:p>
    <w:p w:rsidR="00223469" w:rsidRDefault="008811B3">
      <w:r>
        <w:t>☐</w:t>
      </w:r>
      <w:r>
        <w:t xml:space="preserve"> Reduce vendor lock-in through documented architecture, data portability and model/provider flexibility where practical.</w:t>
      </w:r>
    </w:p>
    <w:p w:rsidR="00223469" w:rsidRDefault="008811B3">
      <w:r>
        <w:t>☐</w:t>
      </w:r>
      <w:r>
        <w:t xml:space="preserve"> Build internal capability through documentation, training and knowledge transfer.</w:t>
      </w:r>
    </w:p>
    <w:p w:rsidR="00223469" w:rsidRDefault="008811B3">
      <w:pPr>
        <w:pStyle w:val="Heading2"/>
      </w:pPr>
      <w:r>
        <w:lastRenderedPageBreak/>
        <w:t>3.1 Key Performanc</w:t>
      </w:r>
      <w:r>
        <w:t>e Indicators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736"/>
        <w:gridCol w:w="4752"/>
        <w:gridCol w:w="3168"/>
      </w:tblGrid>
      <w:tr w:rsidR="00223469">
        <w:trPr>
          <w:tblHeader/>
          <w:jc w:val="center"/>
        </w:trPr>
        <w:tc>
          <w:tcPr>
            <w:tcW w:w="2736" w:type="dxa"/>
            <w:shd w:val="clear" w:color="auto" w:fill="0B2A4A"/>
            <w:tcMar>
              <w:top w:w="70" w:type="dxa"/>
              <w:left w:w="90" w:type="dxa"/>
              <w:bottom w:w="70" w:type="dxa"/>
              <w:right w:w="90" w:type="dxa"/>
            </w:tcMar>
          </w:tcPr>
          <w:p w:rsidR="00223469" w:rsidRDefault="008811B3">
            <w:r>
              <w:rPr>
                <w:b/>
                <w:color w:val="FFFFFF"/>
                <w:sz w:val="18"/>
              </w:rPr>
              <w:t>OBJECTIVE</w:t>
            </w:r>
          </w:p>
        </w:tc>
        <w:tc>
          <w:tcPr>
            <w:tcW w:w="4752" w:type="dxa"/>
            <w:shd w:val="clear" w:color="auto" w:fill="0B2A4A"/>
            <w:tcMar>
              <w:top w:w="70" w:type="dxa"/>
              <w:left w:w="90" w:type="dxa"/>
              <w:bottom w:w="70" w:type="dxa"/>
              <w:right w:w="90" w:type="dxa"/>
            </w:tcMar>
          </w:tcPr>
          <w:p w:rsidR="00223469" w:rsidRDefault="008811B3">
            <w:r>
              <w:rPr>
                <w:b/>
                <w:color w:val="FFFFFF"/>
                <w:sz w:val="18"/>
              </w:rPr>
              <w:t>POTENTIAL KPI</w:t>
            </w:r>
          </w:p>
        </w:tc>
        <w:tc>
          <w:tcPr>
            <w:tcW w:w="3168" w:type="dxa"/>
            <w:shd w:val="clear" w:color="auto" w:fill="0B2A4A"/>
            <w:tcMar>
              <w:top w:w="70" w:type="dxa"/>
              <w:left w:w="90" w:type="dxa"/>
              <w:bottom w:w="70" w:type="dxa"/>
              <w:right w:w="90" w:type="dxa"/>
            </w:tcMar>
          </w:tcPr>
          <w:p w:rsidR="00223469" w:rsidRDefault="008811B3">
            <w:r>
              <w:rPr>
                <w:b/>
                <w:color w:val="FFFFFF"/>
                <w:sz w:val="18"/>
              </w:rPr>
              <w:t>TARGET / BASELINE</w:t>
            </w:r>
          </w:p>
        </w:tc>
      </w:tr>
      <w:tr w:rsidR="00223469">
        <w:trPr>
          <w:jc w:val="center"/>
        </w:trPr>
        <w:tc>
          <w:tcPr>
            <w:tcW w:w="2736" w:type="dxa"/>
            <w:tcMar>
              <w:top w:w="70" w:type="dxa"/>
              <w:left w:w="90" w:type="dxa"/>
              <w:bottom w:w="70" w:type="dxa"/>
              <w:right w:w="90" w:type="dxa"/>
            </w:tcMar>
          </w:tcPr>
          <w:p w:rsidR="00223469" w:rsidRDefault="008811B3">
            <w:r>
              <w:rPr>
                <w:sz w:val="18"/>
              </w:rPr>
              <w:t>Productivity</w:t>
            </w:r>
          </w:p>
        </w:tc>
        <w:tc>
          <w:tcPr>
            <w:tcW w:w="4752" w:type="dxa"/>
            <w:tcMar>
              <w:top w:w="70" w:type="dxa"/>
              <w:left w:w="90" w:type="dxa"/>
              <w:bottom w:w="70" w:type="dxa"/>
              <w:right w:w="90" w:type="dxa"/>
            </w:tcMar>
          </w:tcPr>
          <w:p w:rsidR="00223469" w:rsidRDefault="008811B3">
            <w:r>
              <w:rPr>
                <w:sz w:val="18"/>
              </w:rPr>
              <w:t>Time saved, cycle time, throughput</w:t>
            </w:r>
          </w:p>
        </w:tc>
        <w:tc>
          <w:tcPr>
            <w:tcW w:w="3168" w:type="dxa"/>
            <w:tcMar>
              <w:top w:w="70" w:type="dxa"/>
              <w:left w:w="90" w:type="dxa"/>
              <w:bottom w:w="70" w:type="dxa"/>
              <w:right w:w="90" w:type="dxa"/>
            </w:tcMar>
          </w:tcPr>
          <w:p w:rsidR="00223469" w:rsidRDefault="008811B3">
            <w:r>
              <w:rPr>
                <w:sz w:val="18"/>
              </w:rPr>
              <w:t>[BASELINE / TARGET]</w:t>
            </w:r>
          </w:p>
        </w:tc>
      </w:tr>
      <w:tr w:rsidR="00223469">
        <w:trPr>
          <w:jc w:val="center"/>
        </w:trPr>
        <w:tc>
          <w:tcPr>
            <w:tcW w:w="2736" w:type="dxa"/>
            <w:shd w:val="clear" w:color="auto" w:fill="F5F8FC"/>
            <w:tcMar>
              <w:top w:w="70" w:type="dxa"/>
              <w:left w:w="90" w:type="dxa"/>
              <w:bottom w:w="70" w:type="dxa"/>
              <w:right w:w="90" w:type="dxa"/>
            </w:tcMar>
          </w:tcPr>
          <w:p w:rsidR="00223469" w:rsidRDefault="008811B3">
            <w:r>
              <w:rPr>
                <w:sz w:val="18"/>
              </w:rPr>
              <w:t>Quality</w:t>
            </w:r>
          </w:p>
        </w:tc>
        <w:tc>
          <w:tcPr>
            <w:tcW w:w="4752" w:type="dxa"/>
            <w:shd w:val="clear" w:color="auto" w:fill="F5F8FC"/>
            <w:tcMar>
              <w:top w:w="70" w:type="dxa"/>
              <w:left w:w="90" w:type="dxa"/>
              <w:bottom w:w="70" w:type="dxa"/>
              <w:right w:w="90" w:type="dxa"/>
            </w:tcMar>
          </w:tcPr>
          <w:p w:rsidR="00223469" w:rsidRDefault="008811B3">
            <w:r>
              <w:rPr>
                <w:sz w:val="18"/>
              </w:rPr>
              <w:t>Accuracy, groundedness, error rate, rework</w:t>
            </w:r>
          </w:p>
        </w:tc>
        <w:tc>
          <w:tcPr>
            <w:tcW w:w="3168" w:type="dxa"/>
            <w:shd w:val="clear" w:color="auto" w:fill="F5F8FC"/>
            <w:tcMar>
              <w:top w:w="70" w:type="dxa"/>
              <w:left w:w="90" w:type="dxa"/>
              <w:bottom w:w="70" w:type="dxa"/>
              <w:right w:w="90" w:type="dxa"/>
            </w:tcMar>
          </w:tcPr>
          <w:p w:rsidR="00223469" w:rsidRDefault="008811B3">
            <w:r>
              <w:rPr>
                <w:sz w:val="18"/>
              </w:rPr>
              <w:t>[TARGET]</w:t>
            </w:r>
          </w:p>
        </w:tc>
      </w:tr>
      <w:tr w:rsidR="00223469">
        <w:trPr>
          <w:jc w:val="center"/>
        </w:trPr>
        <w:tc>
          <w:tcPr>
            <w:tcW w:w="2736" w:type="dxa"/>
            <w:tcMar>
              <w:top w:w="70" w:type="dxa"/>
              <w:left w:w="90" w:type="dxa"/>
              <w:bottom w:w="70" w:type="dxa"/>
              <w:right w:w="90" w:type="dxa"/>
            </w:tcMar>
          </w:tcPr>
          <w:p w:rsidR="00223469" w:rsidRDefault="008811B3">
            <w:r>
              <w:rPr>
                <w:sz w:val="18"/>
              </w:rPr>
              <w:t>Adoption</w:t>
            </w:r>
          </w:p>
        </w:tc>
        <w:tc>
          <w:tcPr>
            <w:tcW w:w="4752" w:type="dxa"/>
            <w:tcMar>
              <w:top w:w="70" w:type="dxa"/>
              <w:left w:w="90" w:type="dxa"/>
              <w:bottom w:w="70" w:type="dxa"/>
              <w:right w:w="90" w:type="dxa"/>
            </w:tcMar>
          </w:tcPr>
          <w:p w:rsidR="00223469" w:rsidRDefault="008811B3">
            <w:r>
              <w:rPr>
                <w:sz w:val="18"/>
              </w:rPr>
              <w:t>Active users, task completion, repeat usage</w:t>
            </w:r>
          </w:p>
        </w:tc>
        <w:tc>
          <w:tcPr>
            <w:tcW w:w="3168" w:type="dxa"/>
            <w:tcMar>
              <w:top w:w="70" w:type="dxa"/>
              <w:left w:w="90" w:type="dxa"/>
              <w:bottom w:w="70" w:type="dxa"/>
              <w:right w:w="90" w:type="dxa"/>
            </w:tcMar>
          </w:tcPr>
          <w:p w:rsidR="00223469" w:rsidRDefault="008811B3">
            <w:r>
              <w:rPr>
                <w:sz w:val="18"/>
              </w:rPr>
              <w:t>[TARGET]</w:t>
            </w:r>
          </w:p>
        </w:tc>
      </w:tr>
      <w:tr w:rsidR="00223469">
        <w:trPr>
          <w:jc w:val="center"/>
        </w:trPr>
        <w:tc>
          <w:tcPr>
            <w:tcW w:w="2736" w:type="dxa"/>
            <w:shd w:val="clear" w:color="auto" w:fill="F5F8FC"/>
            <w:tcMar>
              <w:top w:w="70" w:type="dxa"/>
              <w:left w:w="90" w:type="dxa"/>
              <w:bottom w:w="70" w:type="dxa"/>
              <w:right w:w="90" w:type="dxa"/>
            </w:tcMar>
          </w:tcPr>
          <w:p w:rsidR="00223469" w:rsidRDefault="008811B3">
            <w:r>
              <w:rPr>
                <w:sz w:val="18"/>
              </w:rPr>
              <w:t>Service</w:t>
            </w:r>
          </w:p>
        </w:tc>
        <w:tc>
          <w:tcPr>
            <w:tcW w:w="4752" w:type="dxa"/>
            <w:shd w:val="clear" w:color="auto" w:fill="F5F8FC"/>
            <w:tcMar>
              <w:top w:w="70" w:type="dxa"/>
              <w:left w:w="90" w:type="dxa"/>
              <w:bottom w:w="70" w:type="dxa"/>
              <w:right w:w="90" w:type="dxa"/>
            </w:tcMar>
          </w:tcPr>
          <w:p w:rsidR="00223469" w:rsidRDefault="008811B3">
            <w:r>
              <w:rPr>
                <w:sz w:val="18"/>
              </w:rPr>
              <w:t>Response time, resolution rate, satisfaction</w:t>
            </w:r>
          </w:p>
        </w:tc>
        <w:tc>
          <w:tcPr>
            <w:tcW w:w="3168" w:type="dxa"/>
            <w:shd w:val="clear" w:color="auto" w:fill="F5F8FC"/>
            <w:tcMar>
              <w:top w:w="70" w:type="dxa"/>
              <w:left w:w="90" w:type="dxa"/>
              <w:bottom w:w="70" w:type="dxa"/>
              <w:right w:w="90" w:type="dxa"/>
            </w:tcMar>
          </w:tcPr>
          <w:p w:rsidR="00223469" w:rsidRDefault="008811B3">
            <w:r>
              <w:rPr>
                <w:sz w:val="18"/>
              </w:rPr>
              <w:t>[TARGET]</w:t>
            </w:r>
          </w:p>
        </w:tc>
      </w:tr>
      <w:tr w:rsidR="00223469">
        <w:trPr>
          <w:jc w:val="center"/>
        </w:trPr>
        <w:tc>
          <w:tcPr>
            <w:tcW w:w="2736" w:type="dxa"/>
            <w:tcMar>
              <w:top w:w="70" w:type="dxa"/>
              <w:left w:w="90" w:type="dxa"/>
              <w:bottom w:w="70" w:type="dxa"/>
              <w:right w:w="90" w:type="dxa"/>
            </w:tcMar>
          </w:tcPr>
          <w:p w:rsidR="00223469" w:rsidRDefault="008811B3">
            <w:r>
              <w:rPr>
                <w:sz w:val="18"/>
              </w:rPr>
              <w:t>Risk</w:t>
            </w:r>
          </w:p>
        </w:tc>
        <w:tc>
          <w:tcPr>
            <w:tcW w:w="4752" w:type="dxa"/>
            <w:tcMar>
              <w:top w:w="70" w:type="dxa"/>
              <w:left w:w="90" w:type="dxa"/>
              <w:bottom w:w="70" w:type="dxa"/>
              <w:right w:w="90" w:type="dxa"/>
            </w:tcMar>
          </w:tcPr>
          <w:p w:rsidR="00223469" w:rsidRDefault="008811B3">
            <w:r>
              <w:rPr>
                <w:sz w:val="18"/>
              </w:rPr>
              <w:t>Escalation rate, policy violations, unsafe actions</w:t>
            </w:r>
          </w:p>
        </w:tc>
        <w:tc>
          <w:tcPr>
            <w:tcW w:w="3168" w:type="dxa"/>
            <w:tcMar>
              <w:top w:w="70" w:type="dxa"/>
              <w:left w:w="90" w:type="dxa"/>
              <w:bottom w:w="70" w:type="dxa"/>
              <w:right w:w="90" w:type="dxa"/>
            </w:tcMar>
          </w:tcPr>
          <w:p w:rsidR="00223469" w:rsidRDefault="008811B3">
            <w:r>
              <w:rPr>
                <w:sz w:val="18"/>
              </w:rPr>
              <w:t>[TARGET]</w:t>
            </w:r>
          </w:p>
        </w:tc>
      </w:tr>
      <w:tr w:rsidR="00223469">
        <w:trPr>
          <w:jc w:val="center"/>
        </w:trPr>
        <w:tc>
          <w:tcPr>
            <w:tcW w:w="2736" w:type="dxa"/>
            <w:shd w:val="clear" w:color="auto" w:fill="F5F8FC"/>
            <w:tcMar>
              <w:top w:w="70" w:type="dxa"/>
              <w:left w:w="90" w:type="dxa"/>
              <w:bottom w:w="70" w:type="dxa"/>
              <w:right w:w="90" w:type="dxa"/>
            </w:tcMar>
          </w:tcPr>
          <w:p w:rsidR="00223469" w:rsidRDefault="008811B3">
            <w:r>
              <w:rPr>
                <w:sz w:val="18"/>
              </w:rPr>
              <w:t>Cost</w:t>
            </w:r>
          </w:p>
        </w:tc>
        <w:tc>
          <w:tcPr>
            <w:tcW w:w="4752" w:type="dxa"/>
            <w:shd w:val="clear" w:color="auto" w:fill="F5F8FC"/>
            <w:tcMar>
              <w:top w:w="70" w:type="dxa"/>
              <w:left w:w="90" w:type="dxa"/>
              <w:bottom w:w="70" w:type="dxa"/>
              <w:right w:w="90" w:type="dxa"/>
            </w:tcMar>
          </w:tcPr>
          <w:p w:rsidR="00223469" w:rsidRDefault="008811B3">
            <w:r>
              <w:rPr>
                <w:sz w:val="18"/>
              </w:rPr>
              <w:t>Cost per task / inference / user / workflow</w:t>
            </w:r>
          </w:p>
        </w:tc>
        <w:tc>
          <w:tcPr>
            <w:tcW w:w="3168" w:type="dxa"/>
            <w:shd w:val="clear" w:color="auto" w:fill="F5F8FC"/>
            <w:tcMar>
              <w:top w:w="70" w:type="dxa"/>
              <w:left w:w="90" w:type="dxa"/>
              <w:bottom w:w="70" w:type="dxa"/>
              <w:right w:w="90" w:type="dxa"/>
            </w:tcMar>
          </w:tcPr>
          <w:p w:rsidR="00223469" w:rsidRDefault="008811B3">
            <w:r>
              <w:rPr>
                <w:sz w:val="18"/>
              </w:rPr>
              <w:t>[TARGET]</w:t>
            </w:r>
          </w:p>
        </w:tc>
      </w:tr>
      <w:tr w:rsidR="00223469">
        <w:trPr>
          <w:jc w:val="center"/>
        </w:trPr>
        <w:tc>
          <w:tcPr>
            <w:tcW w:w="2736" w:type="dxa"/>
            <w:tcMar>
              <w:top w:w="70" w:type="dxa"/>
              <w:left w:w="90" w:type="dxa"/>
              <w:bottom w:w="70" w:type="dxa"/>
              <w:right w:w="90" w:type="dxa"/>
            </w:tcMar>
          </w:tcPr>
          <w:p w:rsidR="00223469" w:rsidRDefault="008811B3">
            <w:r>
              <w:rPr>
                <w:sz w:val="18"/>
              </w:rPr>
              <w:t>Reliability</w:t>
            </w:r>
          </w:p>
        </w:tc>
        <w:tc>
          <w:tcPr>
            <w:tcW w:w="4752" w:type="dxa"/>
            <w:tcMar>
              <w:top w:w="70" w:type="dxa"/>
              <w:left w:w="90" w:type="dxa"/>
              <w:bottom w:w="70" w:type="dxa"/>
              <w:right w:w="90" w:type="dxa"/>
            </w:tcMar>
          </w:tcPr>
          <w:p w:rsidR="00223469" w:rsidRDefault="008811B3">
            <w:r>
              <w:rPr>
                <w:sz w:val="18"/>
              </w:rPr>
              <w:t>Availability, latency, failure rate</w:t>
            </w:r>
          </w:p>
        </w:tc>
        <w:tc>
          <w:tcPr>
            <w:tcW w:w="3168" w:type="dxa"/>
            <w:tcMar>
              <w:top w:w="70" w:type="dxa"/>
              <w:left w:w="90" w:type="dxa"/>
              <w:bottom w:w="70" w:type="dxa"/>
              <w:right w:w="90" w:type="dxa"/>
            </w:tcMar>
          </w:tcPr>
          <w:p w:rsidR="00223469" w:rsidRDefault="008811B3">
            <w:r>
              <w:rPr>
                <w:sz w:val="18"/>
              </w:rPr>
              <w:t>[TARGET]</w:t>
            </w:r>
          </w:p>
        </w:tc>
      </w:tr>
      <w:tr w:rsidR="00223469">
        <w:trPr>
          <w:jc w:val="center"/>
        </w:trPr>
        <w:tc>
          <w:tcPr>
            <w:tcW w:w="2736" w:type="dxa"/>
            <w:shd w:val="clear" w:color="auto" w:fill="F5F8FC"/>
            <w:tcMar>
              <w:top w:w="70" w:type="dxa"/>
              <w:left w:w="90" w:type="dxa"/>
              <w:bottom w:w="70" w:type="dxa"/>
              <w:right w:w="90" w:type="dxa"/>
            </w:tcMar>
          </w:tcPr>
          <w:p w:rsidR="00223469" w:rsidRDefault="008811B3">
            <w:r>
              <w:rPr>
                <w:sz w:val="18"/>
              </w:rPr>
              <w:t>Human oversight</w:t>
            </w:r>
          </w:p>
        </w:tc>
        <w:tc>
          <w:tcPr>
            <w:tcW w:w="4752" w:type="dxa"/>
            <w:shd w:val="clear" w:color="auto" w:fill="F5F8FC"/>
            <w:tcMar>
              <w:top w:w="70" w:type="dxa"/>
              <w:left w:w="90" w:type="dxa"/>
              <w:bottom w:w="70" w:type="dxa"/>
              <w:right w:w="90" w:type="dxa"/>
            </w:tcMar>
          </w:tcPr>
          <w:p w:rsidR="00223469" w:rsidRDefault="008811B3">
            <w:r>
              <w:rPr>
                <w:sz w:val="18"/>
              </w:rPr>
              <w:t>Approval / override / escalation metrics</w:t>
            </w:r>
          </w:p>
        </w:tc>
        <w:tc>
          <w:tcPr>
            <w:tcW w:w="3168" w:type="dxa"/>
            <w:shd w:val="clear" w:color="auto" w:fill="F5F8FC"/>
            <w:tcMar>
              <w:top w:w="70" w:type="dxa"/>
              <w:left w:w="90" w:type="dxa"/>
              <w:bottom w:w="70" w:type="dxa"/>
              <w:right w:w="90" w:type="dxa"/>
            </w:tcMar>
          </w:tcPr>
          <w:p w:rsidR="00223469" w:rsidRDefault="008811B3">
            <w:r>
              <w:rPr>
                <w:sz w:val="18"/>
              </w:rPr>
              <w:t>[TARGET]</w:t>
            </w:r>
          </w:p>
        </w:tc>
      </w:tr>
    </w:tbl>
    <w:p w:rsidR="00223469" w:rsidRDefault="00223469">
      <w:pPr>
        <w:spacing w:after="20"/>
      </w:pPr>
    </w:p>
    <w:p w:rsidR="00223469" w:rsidRDefault="008811B3">
      <w:pPr>
        <w:pStyle w:val="Heading1"/>
      </w:pPr>
      <w:bookmarkStart w:id="4" w:name="sec4"/>
      <w:r>
        <w:t>4. Current-State Systems, Data &amp; AI Maturity</w:t>
      </w:r>
      <w:bookmarkEnd w:id="4"/>
    </w:p>
    <w:p w:rsidR="00223469" w:rsidRDefault="008811B3">
      <w:pPr>
        <w:pStyle w:val="Heading2"/>
      </w:pPr>
      <w:r>
        <w:t>4.1 Systems &amp; Integration Inventory</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880"/>
        <w:gridCol w:w="2880"/>
        <w:gridCol w:w="2448"/>
        <w:gridCol w:w="2304"/>
      </w:tblGrid>
      <w:tr w:rsidR="00223469">
        <w:trPr>
          <w:tblHeader/>
          <w:jc w:val="center"/>
        </w:trPr>
        <w:tc>
          <w:tcPr>
            <w:tcW w:w="2880" w:type="dxa"/>
            <w:shd w:val="clear" w:color="auto" w:fill="0B2A4A"/>
            <w:tcMar>
              <w:top w:w="70" w:type="dxa"/>
              <w:left w:w="90" w:type="dxa"/>
              <w:bottom w:w="70" w:type="dxa"/>
              <w:right w:w="90" w:type="dxa"/>
            </w:tcMar>
          </w:tcPr>
          <w:p w:rsidR="00223469" w:rsidRDefault="008811B3">
            <w:r>
              <w:rPr>
                <w:b/>
                <w:color w:val="FFFFFF"/>
                <w:sz w:val="18"/>
              </w:rPr>
              <w:t>SYSTEM / PLATFORM</w:t>
            </w:r>
          </w:p>
        </w:tc>
        <w:tc>
          <w:tcPr>
            <w:tcW w:w="2880" w:type="dxa"/>
            <w:shd w:val="clear" w:color="auto" w:fill="0B2A4A"/>
            <w:tcMar>
              <w:top w:w="70" w:type="dxa"/>
              <w:left w:w="90" w:type="dxa"/>
              <w:bottom w:w="70" w:type="dxa"/>
              <w:right w:w="90" w:type="dxa"/>
            </w:tcMar>
          </w:tcPr>
          <w:p w:rsidR="00223469" w:rsidRDefault="008811B3">
            <w:r>
              <w:rPr>
                <w:b/>
                <w:color w:val="FFFFFF"/>
                <w:sz w:val="18"/>
              </w:rPr>
              <w:t>PURPOSE</w:t>
            </w:r>
          </w:p>
        </w:tc>
        <w:tc>
          <w:tcPr>
            <w:tcW w:w="2448" w:type="dxa"/>
            <w:shd w:val="clear" w:color="auto" w:fill="0B2A4A"/>
            <w:tcMar>
              <w:top w:w="70" w:type="dxa"/>
              <w:left w:w="90" w:type="dxa"/>
              <w:bottom w:w="70" w:type="dxa"/>
              <w:right w:w="90" w:type="dxa"/>
            </w:tcMar>
          </w:tcPr>
          <w:p w:rsidR="00223469" w:rsidRDefault="008811B3">
            <w:r>
              <w:rPr>
                <w:b/>
                <w:color w:val="FFFFFF"/>
                <w:sz w:val="18"/>
              </w:rPr>
              <w:t>INTEGRATION METHOD</w:t>
            </w:r>
          </w:p>
        </w:tc>
        <w:tc>
          <w:tcPr>
            <w:tcW w:w="2304" w:type="dxa"/>
            <w:shd w:val="clear" w:color="auto" w:fill="0B2A4A"/>
            <w:tcMar>
              <w:top w:w="70" w:type="dxa"/>
              <w:left w:w="90" w:type="dxa"/>
              <w:bottom w:w="70" w:type="dxa"/>
              <w:right w:w="90" w:type="dxa"/>
            </w:tcMar>
          </w:tcPr>
          <w:p w:rsidR="00223469" w:rsidRDefault="008811B3">
            <w:r>
              <w:rPr>
                <w:b/>
                <w:color w:val="FFFFFF"/>
                <w:sz w:val="18"/>
              </w:rPr>
              <w:t>DATA SENSITIVITY</w:t>
            </w:r>
          </w:p>
        </w:tc>
      </w:tr>
      <w:tr w:rsidR="00223469">
        <w:trPr>
          <w:jc w:val="center"/>
        </w:trPr>
        <w:tc>
          <w:tcPr>
            <w:tcW w:w="2880" w:type="dxa"/>
            <w:tcMar>
              <w:top w:w="70" w:type="dxa"/>
              <w:left w:w="90" w:type="dxa"/>
              <w:bottom w:w="70" w:type="dxa"/>
              <w:right w:w="90" w:type="dxa"/>
            </w:tcMar>
          </w:tcPr>
          <w:p w:rsidR="00223469" w:rsidRDefault="008811B3">
            <w:r>
              <w:rPr>
                <w:sz w:val="18"/>
              </w:rPr>
              <w:t>[CRM / ERP / CASE SYSTEM]</w:t>
            </w:r>
          </w:p>
        </w:tc>
        <w:tc>
          <w:tcPr>
            <w:tcW w:w="2880" w:type="dxa"/>
            <w:tcMar>
              <w:top w:w="70" w:type="dxa"/>
              <w:left w:w="90" w:type="dxa"/>
              <w:bottom w:w="70" w:type="dxa"/>
              <w:right w:w="90" w:type="dxa"/>
            </w:tcMar>
          </w:tcPr>
          <w:p w:rsidR="00223469" w:rsidRDefault="008811B3">
            <w:r>
              <w:rPr>
                <w:sz w:val="18"/>
              </w:rPr>
              <w:t>[PURPOSE]</w:t>
            </w:r>
          </w:p>
        </w:tc>
        <w:tc>
          <w:tcPr>
            <w:tcW w:w="2448" w:type="dxa"/>
            <w:tcMar>
              <w:top w:w="70" w:type="dxa"/>
              <w:left w:w="90" w:type="dxa"/>
              <w:bottom w:w="70" w:type="dxa"/>
              <w:right w:w="90" w:type="dxa"/>
            </w:tcMar>
          </w:tcPr>
          <w:p w:rsidR="00223469" w:rsidRDefault="008811B3">
            <w:r>
              <w:rPr>
                <w:sz w:val="18"/>
              </w:rPr>
              <w:t xml:space="preserve">[API / FILE / DB / </w:t>
            </w:r>
            <w:r>
              <w:rPr>
                <w:sz w:val="18"/>
              </w:rPr>
              <w:t>MANUAL]</w:t>
            </w:r>
          </w:p>
        </w:tc>
        <w:tc>
          <w:tcPr>
            <w:tcW w:w="2304" w:type="dxa"/>
            <w:tcMar>
              <w:top w:w="70" w:type="dxa"/>
              <w:left w:w="90" w:type="dxa"/>
              <w:bottom w:w="70" w:type="dxa"/>
              <w:right w:w="90" w:type="dxa"/>
            </w:tcMar>
          </w:tcPr>
          <w:p w:rsidR="00223469" w:rsidRDefault="008811B3">
            <w:r>
              <w:rPr>
                <w:sz w:val="18"/>
              </w:rPr>
              <w:t>[CLASSIFICATION]</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sz w:val="18"/>
              </w:rPr>
              <w:t>[DOCUMENT / KNOWLEDGE SYSTEM]</w:t>
            </w:r>
          </w:p>
        </w:tc>
        <w:tc>
          <w:tcPr>
            <w:tcW w:w="2880" w:type="dxa"/>
            <w:shd w:val="clear" w:color="auto" w:fill="F5F8FC"/>
            <w:tcMar>
              <w:top w:w="70" w:type="dxa"/>
              <w:left w:w="90" w:type="dxa"/>
              <w:bottom w:w="70" w:type="dxa"/>
              <w:right w:w="90" w:type="dxa"/>
            </w:tcMar>
          </w:tcPr>
          <w:p w:rsidR="00223469" w:rsidRDefault="008811B3">
            <w:r>
              <w:rPr>
                <w:sz w:val="18"/>
              </w:rPr>
              <w:t>[PURPOSE]</w:t>
            </w:r>
          </w:p>
        </w:tc>
        <w:tc>
          <w:tcPr>
            <w:tcW w:w="2448" w:type="dxa"/>
            <w:shd w:val="clear" w:color="auto" w:fill="F5F8FC"/>
            <w:tcMar>
              <w:top w:w="70" w:type="dxa"/>
              <w:left w:w="90" w:type="dxa"/>
              <w:bottom w:w="70" w:type="dxa"/>
              <w:right w:w="90" w:type="dxa"/>
            </w:tcMar>
          </w:tcPr>
          <w:p w:rsidR="00223469" w:rsidRDefault="008811B3">
            <w:r>
              <w:rPr>
                <w:sz w:val="18"/>
              </w:rPr>
              <w:t>[API / CONNECTOR]</w:t>
            </w:r>
          </w:p>
        </w:tc>
        <w:tc>
          <w:tcPr>
            <w:tcW w:w="2304" w:type="dxa"/>
            <w:shd w:val="clear" w:color="auto" w:fill="F5F8FC"/>
            <w:tcMar>
              <w:top w:w="70" w:type="dxa"/>
              <w:left w:w="90" w:type="dxa"/>
              <w:bottom w:w="70" w:type="dxa"/>
              <w:right w:w="90" w:type="dxa"/>
            </w:tcMar>
          </w:tcPr>
          <w:p w:rsidR="00223469" w:rsidRDefault="008811B3">
            <w:r>
              <w:rPr>
                <w:sz w:val="18"/>
              </w:rPr>
              <w:t>[CLASSIFICATION]</w:t>
            </w:r>
          </w:p>
        </w:tc>
      </w:tr>
      <w:tr w:rsidR="00223469">
        <w:trPr>
          <w:jc w:val="center"/>
        </w:trPr>
        <w:tc>
          <w:tcPr>
            <w:tcW w:w="2880" w:type="dxa"/>
            <w:tcMar>
              <w:top w:w="70" w:type="dxa"/>
              <w:left w:w="90" w:type="dxa"/>
              <w:bottom w:w="70" w:type="dxa"/>
              <w:right w:w="90" w:type="dxa"/>
            </w:tcMar>
          </w:tcPr>
          <w:p w:rsidR="00223469" w:rsidRDefault="008811B3">
            <w:r>
              <w:rPr>
                <w:sz w:val="18"/>
              </w:rPr>
              <w:t>[IDENTITY PLATFORM]</w:t>
            </w:r>
          </w:p>
        </w:tc>
        <w:tc>
          <w:tcPr>
            <w:tcW w:w="2880" w:type="dxa"/>
            <w:tcMar>
              <w:top w:w="70" w:type="dxa"/>
              <w:left w:w="90" w:type="dxa"/>
              <w:bottom w:w="70" w:type="dxa"/>
              <w:right w:w="90" w:type="dxa"/>
            </w:tcMar>
          </w:tcPr>
          <w:p w:rsidR="00223469" w:rsidRDefault="008811B3">
            <w:r>
              <w:rPr>
                <w:sz w:val="18"/>
              </w:rPr>
              <w:t>[PURPOSE]</w:t>
            </w:r>
          </w:p>
        </w:tc>
        <w:tc>
          <w:tcPr>
            <w:tcW w:w="2448" w:type="dxa"/>
            <w:tcMar>
              <w:top w:w="70" w:type="dxa"/>
              <w:left w:w="90" w:type="dxa"/>
              <w:bottom w:w="70" w:type="dxa"/>
              <w:right w:w="90" w:type="dxa"/>
            </w:tcMar>
          </w:tcPr>
          <w:p w:rsidR="00223469" w:rsidRDefault="008811B3">
            <w:r>
              <w:rPr>
                <w:sz w:val="18"/>
              </w:rPr>
              <w:t>[SSO / OIDC / SAML]</w:t>
            </w:r>
          </w:p>
        </w:tc>
        <w:tc>
          <w:tcPr>
            <w:tcW w:w="2304" w:type="dxa"/>
            <w:tcMar>
              <w:top w:w="70" w:type="dxa"/>
              <w:left w:w="90" w:type="dxa"/>
              <w:bottom w:w="70" w:type="dxa"/>
              <w:right w:w="90" w:type="dxa"/>
            </w:tcMar>
          </w:tcPr>
          <w:p w:rsidR="00223469" w:rsidRDefault="008811B3">
            <w:r>
              <w:rPr>
                <w:sz w:val="18"/>
              </w:rPr>
              <w:t>[CLASSIFICATION]</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sz w:val="18"/>
              </w:rPr>
              <w:t>[CLOUD / DATA PLATFORM]</w:t>
            </w:r>
          </w:p>
        </w:tc>
        <w:tc>
          <w:tcPr>
            <w:tcW w:w="2880" w:type="dxa"/>
            <w:shd w:val="clear" w:color="auto" w:fill="F5F8FC"/>
            <w:tcMar>
              <w:top w:w="70" w:type="dxa"/>
              <w:left w:w="90" w:type="dxa"/>
              <w:bottom w:w="70" w:type="dxa"/>
              <w:right w:w="90" w:type="dxa"/>
            </w:tcMar>
          </w:tcPr>
          <w:p w:rsidR="00223469" w:rsidRDefault="008811B3">
            <w:r>
              <w:rPr>
                <w:sz w:val="18"/>
              </w:rPr>
              <w:t>[PURPOSE]</w:t>
            </w:r>
          </w:p>
        </w:tc>
        <w:tc>
          <w:tcPr>
            <w:tcW w:w="2448" w:type="dxa"/>
            <w:shd w:val="clear" w:color="auto" w:fill="F5F8FC"/>
            <w:tcMar>
              <w:top w:w="70" w:type="dxa"/>
              <w:left w:w="90" w:type="dxa"/>
              <w:bottom w:w="70" w:type="dxa"/>
              <w:right w:w="90" w:type="dxa"/>
            </w:tcMar>
          </w:tcPr>
          <w:p w:rsidR="00223469" w:rsidRDefault="008811B3">
            <w:r>
              <w:rPr>
                <w:sz w:val="18"/>
              </w:rPr>
              <w:t>[METHOD]</w:t>
            </w:r>
          </w:p>
        </w:tc>
        <w:tc>
          <w:tcPr>
            <w:tcW w:w="2304" w:type="dxa"/>
            <w:shd w:val="clear" w:color="auto" w:fill="F5F8FC"/>
            <w:tcMar>
              <w:top w:w="70" w:type="dxa"/>
              <w:left w:w="90" w:type="dxa"/>
              <w:bottom w:w="70" w:type="dxa"/>
              <w:right w:w="90" w:type="dxa"/>
            </w:tcMar>
          </w:tcPr>
          <w:p w:rsidR="00223469" w:rsidRDefault="008811B3">
            <w:r>
              <w:rPr>
                <w:sz w:val="18"/>
              </w:rPr>
              <w:t>[CLASSIFICATION]</w:t>
            </w:r>
          </w:p>
        </w:tc>
      </w:tr>
    </w:tbl>
    <w:p w:rsidR="00223469" w:rsidRDefault="00223469">
      <w:pPr>
        <w:spacing w:after="20"/>
      </w:pPr>
    </w:p>
    <w:p w:rsidR="00223469" w:rsidRDefault="008811B3">
      <w:pPr>
        <w:pStyle w:val="Heading2"/>
      </w:pPr>
      <w:r>
        <w:t xml:space="preserve">4.2 Data &amp; Knowledge </w:t>
      </w:r>
      <w:r>
        <w:t>Sources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304"/>
        <w:gridCol w:w="1728"/>
        <w:gridCol w:w="2160"/>
        <w:gridCol w:w="2448"/>
        <w:gridCol w:w="1872"/>
      </w:tblGrid>
      <w:tr w:rsidR="00223469">
        <w:trPr>
          <w:tblHeader/>
          <w:jc w:val="center"/>
        </w:trPr>
        <w:tc>
          <w:tcPr>
            <w:tcW w:w="2304" w:type="dxa"/>
            <w:shd w:val="clear" w:color="auto" w:fill="0B2A4A"/>
            <w:tcMar>
              <w:top w:w="70" w:type="dxa"/>
              <w:left w:w="90" w:type="dxa"/>
              <w:bottom w:w="70" w:type="dxa"/>
              <w:right w:w="90" w:type="dxa"/>
            </w:tcMar>
          </w:tcPr>
          <w:p w:rsidR="00223469" w:rsidRDefault="008811B3">
            <w:r>
              <w:rPr>
                <w:b/>
                <w:color w:val="FFFFFF"/>
                <w:sz w:val="18"/>
              </w:rPr>
              <w:t>DATA SOURCE</w:t>
            </w:r>
          </w:p>
        </w:tc>
        <w:tc>
          <w:tcPr>
            <w:tcW w:w="1728" w:type="dxa"/>
            <w:shd w:val="clear" w:color="auto" w:fill="0B2A4A"/>
            <w:tcMar>
              <w:top w:w="70" w:type="dxa"/>
              <w:left w:w="90" w:type="dxa"/>
              <w:bottom w:w="70" w:type="dxa"/>
              <w:right w:w="90" w:type="dxa"/>
            </w:tcMar>
          </w:tcPr>
          <w:p w:rsidR="00223469" w:rsidRDefault="008811B3">
            <w:r>
              <w:rPr>
                <w:b/>
                <w:color w:val="FFFFFF"/>
                <w:sz w:val="18"/>
              </w:rPr>
              <w:t>OWNER</w:t>
            </w:r>
          </w:p>
        </w:tc>
        <w:tc>
          <w:tcPr>
            <w:tcW w:w="2160" w:type="dxa"/>
            <w:shd w:val="clear" w:color="auto" w:fill="0B2A4A"/>
            <w:tcMar>
              <w:top w:w="70" w:type="dxa"/>
              <w:left w:w="90" w:type="dxa"/>
              <w:bottom w:w="70" w:type="dxa"/>
              <w:right w:w="90" w:type="dxa"/>
            </w:tcMar>
          </w:tcPr>
          <w:p w:rsidR="00223469" w:rsidRDefault="008811B3">
            <w:r>
              <w:rPr>
                <w:b/>
                <w:color w:val="FFFFFF"/>
                <w:sz w:val="18"/>
              </w:rPr>
              <w:t>FORMAT / VOLUME</w:t>
            </w:r>
          </w:p>
        </w:tc>
        <w:tc>
          <w:tcPr>
            <w:tcW w:w="2448" w:type="dxa"/>
            <w:shd w:val="clear" w:color="auto" w:fill="0B2A4A"/>
            <w:tcMar>
              <w:top w:w="70" w:type="dxa"/>
              <w:left w:w="90" w:type="dxa"/>
              <w:bottom w:w="70" w:type="dxa"/>
              <w:right w:w="90" w:type="dxa"/>
            </w:tcMar>
          </w:tcPr>
          <w:p w:rsidR="00223469" w:rsidRDefault="008811B3">
            <w:r>
              <w:rPr>
                <w:b/>
                <w:color w:val="FFFFFF"/>
                <w:sz w:val="18"/>
              </w:rPr>
              <w:t>QUALITY / LIMITATIONS</w:t>
            </w:r>
          </w:p>
        </w:tc>
        <w:tc>
          <w:tcPr>
            <w:tcW w:w="1872" w:type="dxa"/>
            <w:shd w:val="clear" w:color="auto" w:fill="0B2A4A"/>
            <w:tcMar>
              <w:top w:w="70" w:type="dxa"/>
              <w:left w:w="90" w:type="dxa"/>
              <w:bottom w:w="70" w:type="dxa"/>
              <w:right w:w="90" w:type="dxa"/>
            </w:tcMar>
          </w:tcPr>
          <w:p w:rsidR="00223469" w:rsidRDefault="008811B3">
            <w:r>
              <w:rPr>
                <w:b/>
                <w:color w:val="FFFFFF"/>
                <w:sz w:val="18"/>
              </w:rPr>
              <w:t>PERMITTED AI USE</w:t>
            </w:r>
          </w:p>
        </w:tc>
      </w:tr>
      <w:tr w:rsidR="00223469">
        <w:trPr>
          <w:jc w:val="center"/>
        </w:trPr>
        <w:tc>
          <w:tcPr>
            <w:tcW w:w="2304" w:type="dxa"/>
            <w:tcMar>
              <w:top w:w="70" w:type="dxa"/>
              <w:left w:w="90" w:type="dxa"/>
              <w:bottom w:w="70" w:type="dxa"/>
              <w:right w:w="90" w:type="dxa"/>
            </w:tcMar>
          </w:tcPr>
          <w:p w:rsidR="00223469" w:rsidRDefault="008811B3">
            <w:r>
              <w:rPr>
                <w:sz w:val="18"/>
              </w:rPr>
              <w:t>[SOURCE]</w:t>
            </w:r>
          </w:p>
        </w:tc>
        <w:tc>
          <w:tcPr>
            <w:tcW w:w="1728" w:type="dxa"/>
            <w:tcMar>
              <w:top w:w="70" w:type="dxa"/>
              <w:left w:w="90" w:type="dxa"/>
              <w:bottom w:w="70" w:type="dxa"/>
              <w:right w:w="90" w:type="dxa"/>
            </w:tcMar>
          </w:tcPr>
          <w:p w:rsidR="00223469" w:rsidRDefault="008811B3">
            <w:r>
              <w:rPr>
                <w:sz w:val="18"/>
              </w:rPr>
              <w:t>[OWNER]</w:t>
            </w:r>
          </w:p>
        </w:tc>
        <w:tc>
          <w:tcPr>
            <w:tcW w:w="2160" w:type="dxa"/>
            <w:tcMar>
              <w:top w:w="70" w:type="dxa"/>
              <w:left w:w="90" w:type="dxa"/>
              <w:bottom w:w="70" w:type="dxa"/>
              <w:right w:w="90" w:type="dxa"/>
            </w:tcMar>
          </w:tcPr>
          <w:p w:rsidR="00223469" w:rsidRDefault="008811B3">
            <w:r>
              <w:rPr>
                <w:sz w:val="18"/>
              </w:rPr>
              <w:t>[FORMAT / SIZE]</w:t>
            </w:r>
          </w:p>
        </w:tc>
        <w:tc>
          <w:tcPr>
            <w:tcW w:w="2448" w:type="dxa"/>
            <w:tcMar>
              <w:top w:w="70" w:type="dxa"/>
              <w:left w:w="90" w:type="dxa"/>
              <w:bottom w:w="70" w:type="dxa"/>
              <w:right w:w="90" w:type="dxa"/>
            </w:tcMar>
          </w:tcPr>
          <w:p w:rsidR="00223469" w:rsidRDefault="008811B3">
            <w:r>
              <w:rPr>
                <w:sz w:val="18"/>
              </w:rPr>
              <w:t>[KNOWN ISSUES]</w:t>
            </w:r>
          </w:p>
        </w:tc>
        <w:tc>
          <w:tcPr>
            <w:tcW w:w="1872" w:type="dxa"/>
            <w:tcMar>
              <w:top w:w="70" w:type="dxa"/>
              <w:left w:w="90" w:type="dxa"/>
              <w:bottom w:w="70" w:type="dxa"/>
              <w:right w:w="90" w:type="dxa"/>
            </w:tcMar>
          </w:tcPr>
          <w:p w:rsidR="00223469" w:rsidRDefault="008811B3">
            <w:r>
              <w:rPr>
                <w:sz w:val="18"/>
              </w:rPr>
              <w:t>[YES / NO / CONDITIONAL]</w:t>
            </w:r>
          </w:p>
        </w:tc>
      </w:tr>
      <w:tr w:rsidR="00223469">
        <w:trPr>
          <w:jc w:val="center"/>
        </w:trPr>
        <w:tc>
          <w:tcPr>
            <w:tcW w:w="2304" w:type="dxa"/>
            <w:shd w:val="clear" w:color="auto" w:fill="F5F8FC"/>
            <w:tcMar>
              <w:top w:w="70" w:type="dxa"/>
              <w:left w:w="90" w:type="dxa"/>
              <w:bottom w:w="70" w:type="dxa"/>
              <w:right w:w="90" w:type="dxa"/>
            </w:tcMar>
          </w:tcPr>
          <w:p w:rsidR="00223469" w:rsidRDefault="008811B3">
            <w:r>
              <w:rPr>
                <w:sz w:val="18"/>
              </w:rPr>
              <w:t>[SOURCE]</w:t>
            </w:r>
          </w:p>
        </w:tc>
        <w:tc>
          <w:tcPr>
            <w:tcW w:w="1728" w:type="dxa"/>
            <w:shd w:val="clear" w:color="auto" w:fill="F5F8FC"/>
            <w:tcMar>
              <w:top w:w="70" w:type="dxa"/>
              <w:left w:w="90" w:type="dxa"/>
              <w:bottom w:w="70" w:type="dxa"/>
              <w:right w:w="90" w:type="dxa"/>
            </w:tcMar>
          </w:tcPr>
          <w:p w:rsidR="00223469" w:rsidRDefault="008811B3">
            <w:r>
              <w:rPr>
                <w:sz w:val="18"/>
              </w:rPr>
              <w:t>[OWNER]</w:t>
            </w:r>
          </w:p>
        </w:tc>
        <w:tc>
          <w:tcPr>
            <w:tcW w:w="2160" w:type="dxa"/>
            <w:shd w:val="clear" w:color="auto" w:fill="F5F8FC"/>
            <w:tcMar>
              <w:top w:w="70" w:type="dxa"/>
              <w:left w:w="90" w:type="dxa"/>
              <w:bottom w:w="70" w:type="dxa"/>
              <w:right w:w="90" w:type="dxa"/>
            </w:tcMar>
          </w:tcPr>
          <w:p w:rsidR="00223469" w:rsidRDefault="008811B3">
            <w:r>
              <w:rPr>
                <w:sz w:val="18"/>
              </w:rPr>
              <w:t>[FORMAT / SIZE]</w:t>
            </w:r>
          </w:p>
        </w:tc>
        <w:tc>
          <w:tcPr>
            <w:tcW w:w="2448" w:type="dxa"/>
            <w:shd w:val="clear" w:color="auto" w:fill="F5F8FC"/>
            <w:tcMar>
              <w:top w:w="70" w:type="dxa"/>
              <w:left w:w="90" w:type="dxa"/>
              <w:bottom w:w="70" w:type="dxa"/>
              <w:right w:w="90" w:type="dxa"/>
            </w:tcMar>
          </w:tcPr>
          <w:p w:rsidR="00223469" w:rsidRDefault="008811B3">
            <w:r>
              <w:rPr>
                <w:sz w:val="18"/>
              </w:rPr>
              <w:t>[KNOWN ISSUES]</w:t>
            </w:r>
          </w:p>
        </w:tc>
        <w:tc>
          <w:tcPr>
            <w:tcW w:w="1872" w:type="dxa"/>
            <w:shd w:val="clear" w:color="auto" w:fill="F5F8FC"/>
            <w:tcMar>
              <w:top w:w="70" w:type="dxa"/>
              <w:left w:w="90" w:type="dxa"/>
              <w:bottom w:w="70" w:type="dxa"/>
              <w:right w:w="90" w:type="dxa"/>
            </w:tcMar>
          </w:tcPr>
          <w:p w:rsidR="00223469" w:rsidRDefault="008811B3">
            <w:r>
              <w:rPr>
                <w:sz w:val="18"/>
              </w:rPr>
              <w:t>[YES / NO / CONDITIONAL]</w:t>
            </w:r>
          </w:p>
        </w:tc>
      </w:tr>
    </w:tbl>
    <w:p w:rsidR="00223469" w:rsidRDefault="00223469">
      <w:pPr>
        <w:spacing w:after="20"/>
      </w:pPr>
    </w:p>
    <w:p w:rsidR="00223469" w:rsidRDefault="008811B3">
      <w:pPr>
        <w:pStyle w:val="Heading2"/>
      </w:pPr>
      <w:r>
        <w:t xml:space="preserve">4.3 Existing AI / </w:t>
      </w:r>
      <w:r>
        <w:t>Automation</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160"/>
        <w:gridCol w:w="3024"/>
        <w:gridCol w:w="1872"/>
        <w:gridCol w:w="2160"/>
        <w:gridCol w:w="2016"/>
      </w:tblGrid>
      <w:tr w:rsidR="00223469">
        <w:trPr>
          <w:tblHeader/>
          <w:jc w:val="center"/>
        </w:trPr>
        <w:tc>
          <w:tcPr>
            <w:tcW w:w="2160" w:type="dxa"/>
            <w:shd w:val="clear" w:color="auto" w:fill="0B2A4A"/>
            <w:tcMar>
              <w:top w:w="70" w:type="dxa"/>
              <w:left w:w="90" w:type="dxa"/>
              <w:bottom w:w="70" w:type="dxa"/>
              <w:right w:w="90" w:type="dxa"/>
            </w:tcMar>
          </w:tcPr>
          <w:p w:rsidR="00223469" w:rsidRDefault="008811B3">
            <w:r>
              <w:rPr>
                <w:b/>
                <w:color w:val="FFFFFF"/>
                <w:sz w:val="18"/>
              </w:rPr>
              <w:t>TOOL / MODEL</w:t>
            </w:r>
          </w:p>
        </w:tc>
        <w:tc>
          <w:tcPr>
            <w:tcW w:w="3024" w:type="dxa"/>
            <w:shd w:val="clear" w:color="auto" w:fill="0B2A4A"/>
            <w:tcMar>
              <w:top w:w="70" w:type="dxa"/>
              <w:left w:w="90" w:type="dxa"/>
              <w:bottom w:w="70" w:type="dxa"/>
              <w:right w:w="90" w:type="dxa"/>
            </w:tcMar>
          </w:tcPr>
          <w:p w:rsidR="00223469" w:rsidRDefault="008811B3">
            <w:r>
              <w:rPr>
                <w:b/>
                <w:color w:val="FFFFFF"/>
                <w:sz w:val="18"/>
              </w:rPr>
              <w:t>USE CASE</w:t>
            </w:r>
          </w:p>
        </w:tc>
        <w:tc>
          <w:tcPr>
            <w:tcW w:w="1872" w:type="dxa"/>
            <w:shd w:val="clear" w:color="auto" w:fill="0B2A4A"/>
            <w:tcMar>
              <w:top w:w="70" w:type="dxa"/>
              <w:left w:w="90" w:type="dxa"/>
              <w:bottom w:w="70" w:type="dxa"/>
              <w:right w:w="90" w:type="dxa"/>
            </w:tcMar>
          </w:tcPr>
          <w:p w:rsidR="00223469" w:rsidRDefault="008811B3">
            <w:r>
              <w:rPr>
                <w:b/>
                <w:color w:val="FFFFFF"/>
                <w:sz w:val="18"/>
              </w:rPr>
              <w:t>OWNER</w:t>
            </w:r>
          </w:p>
        </w:tc>
        <w:tc>
          <w:tcPr>
            <w:tcW w:w="2160" w:type="dxa"/>
            <w:shd w:val="clear" w:color="auto" w:fill="0B2A4A"/>
            <w:tcMar>
              <w:top w:w="70" w:type="dxa"/>
              <w:left w:w="90" w:type="dxa"/>
              <w:bottom w:w="70" w:type="dxa"/>
              <w:right w:w="90" w:type="dxa"/>
            </w:tcMar>
          </w:tcPr>
          <w:p w:rsidR="00223469" w:rsidRDefault="008811B3">
            <w:r>
              <w:rPr>
                <w:b/>
                <w:color w:val="FFFFFF"/>
                <w:sz w:val="18"/>
              </w:rPr>
              <w:t>DATA USED</w:t>
            </w:r>
          </w:p>
        </w:tc>
        <w:tc>
          <w:tcPr>
            <w:tcW w:w="2016" w:type="dxa"/>
            <w:shd w:val="clear" w:color="auto" w:fill="0B2A4A"/>
            <w:tcMar>
              <w:top w:w="70" w:type="dxa"/>
              <w:left w:w="90" w:type="dxa"/>
              <w:bottom w:w="70" w:type="dxa"/>
              <w:right w:w="90" w:type="dxa"/>
            </w:tcMar>
          </w:tcPr>
          <w:p w:rsidR="00223469" w:rsidRDefault="008811B3">
            <w:r>
              <w:rPr>
                <w:b/>
                <w:color w:val="FFFFFF"/>
                <w:sz w:val="18"/>
              </w:rPr>
              <w:t>STATUS / ISSUE</w:t>
            </w:r>
          </w:p>
        </w:tc>
      </w:tr>
      <w:tr w:rsidR="00223469">
        <w:trPr>
          <w:jc w:val="center"/>
        </w:trPr>
        <w:tc>
          <w:tcPr>
            <w:tcW w:w="2160" w:type="dxa"/>
            <w:tcMar>
              <w:top w:w="70" w:type="dxa"/>
              <w:left w:w="90" w:type="dxa"/>
              <w:bottom w:w="70" w:type="dxa"/>
              <w:right w:w="90" w:type="dxa"/>
            </w:tcMar>
          </w:tcPr>
          <w:p w:rsidR="00223469" w:rsidRDefault="008811B3">
            <w:r>
              <w:rPr>
                <w:sz w:val="18"/>
              </w:rPr>
              <w:t>[TOOL]</w:t>
            </w:r>
          </w:p>
        </w:tc>
        <w:tc>
          <w:tcPr>
            <w:tcW w:w="3024" w:type="dxa"/>
            <w:tcMar>
              <w:top w:w="70" w:type="dxa"/>
              <w:left w:w="90" w:type="dxa"/>
              <w:bottom w:w="70" w:type="dxa"/>
              <w:right w:w="90" w:type="dxa"/>
            </w:tcMar>
          </w:tcPr>
          <w:p w:rsidR="00223469" w:rsidRDefault="008811B3">
            <w:r>
              <w:rPr>
                <w:sz w:val="18"/>
              </w:rPr>
              <w:t>[USE CASE]</w:t>
            </w:r>
          </w:p>
        </w:tc>
        <w:tc>
          <w:tcPr>
            <w:tcW w:w="1872" w:type="dxa"/>
            <w:tcMar>
              <w:top w:w="70" w:type="dxa"/>
              <w:left w:w="90" w:type="dxa"/>
              <w:bottom w:w="70" w:type="dxa"/>
              <w:right w:w="90" w:type="dxa"/>
            </w:tcMar>
          </w:tcPr>
          <w:p w:rsidR="00223469" w:rsidRDefault="008811B3">
            <w:r>
              <w:rPr>
                <w:sz w:val="18"/>
              </w:rPr>
              <w:t>[OWNER]</w:t>
            </w:r>
          </w:p>
        </w:tc>
        <w:tc>
          <w:tcPr>
            <w:tcW w:w="2160" w:type="dxa"/>
            <w:tcMar>
              <w:top w:w="70" w:type="dxa"/>
              <w:left w:w="90" w:type="dxa"/>
              <w:bottom w:w="70" w:type="dxa"/>
              <w:right w:w="90" w:type="dxa"/>
            </w:tcMar>
          </w:tcPr>
          <w:p w:rsidR="00223469" w:rsidRDefault="008811B3">
            <w:r>
              <w:rPr>
                <w:sz w:val="18"/>
              </w:rPr>
              <w:t>[DATA]</w:t>
            </w:r>
          </w:p>
        </w:tc>
        <w:tc>
          <w:tcPr>
            <w:tcW w:w="2016" w:type="dxa"/>
            <w:tcMar>
              <w:top w:w="70" w:type="dxa"/>
              <w:left w:w="90" w:type="dxa"/>
              <w:bottom w:w="70" w:type="dxa"/>
              <w:right w:w="90" w:type="dxa"/>
            </w:tcMar>
          </w:tcPr>
          <w:p w:rsidR="00223469" w:rsidRDefault="008811B3">
            <w:r>
              <w:rPr>
                <w:sz w:val="18"/>
              </w:rPr>
              <w:t>[PILOT / PROD / ISSUE]</w:t>
            </w:r>
          </w:p>
        </w:tc>
      </w:tr>
      <w:tr w:rsidR="00223469">
        <w:trPr>
          <w:jc w:val="center"/>
        </w:trPr>
        <w:tc>
          <w:tcPr>
            <w:tcW w:w="2160" w:type="dxa"/>
            <w:shd w:val="clear" w:color="auto" w:fill="F5F8FC"/>
            <w:tcMar>
              <w:top w:w="70" w:type="dxa"/>
              <w:left w:w="90" w:type="dxa"/>
              <w:bottom w:w="70" w:type="dxa"/>
              <w:right w:w="90" w:type="dxa"/>
            </w:tcMar>
          </w:tcPr>
          <w:p w:rsidR="00223469" w:rsidRDefault="008811B3">
            <w:r>
              <w:rPr>
                <w:sz w:val="18"/>
              </w:rPr>
              <w:t>[TOOL]</w:t>
            </w:r>
          </w:p>
        </w:tc>
        <w:tc>
          <w:tcPr>
            <w:tcW w:w="3024" w:type="dxa"/>
            <w:shd w:val="clear" w:color="auto" w:fill="F5F8FC"/>
            <w:tcMar>
              <w:top w:w="70" w:type="dxa"/>
              <w:left w:w="90" w:type="dxa"/>
              <w:bottom w:w="70" w:type="dxa"/>
              <w:right w:w="90" w:type="dxa"/>
            </w:tcMar>
          </w:tcPr>
          <w:p w:rsidR="00223469" w:rsidRDefault="008811B3">
            <w:r>
              <w:rPr>
                <w:sz w:val="18"/>
              </w:rPr>
              <w:t>[USE CASE]</w:t>
            </w:r>
          </w:p>
        </w:tc>
        <w:tc>
          <w:tcPr>
            <w:tcW w:w="1872" w:type="dxa"/>
            <w:shd w:val="clear" w:color="auto" w:fill="F5F8FC"/>
            <w:tcMar>
              <w:top w:w="70" w:type="dxa"/>
              <w:left w:w="90" w:type="dxa"/>
              <w:bottom w:w="70" w:type="dxa"/>
              <w:right w:w="90" w:type="dxa"/>
            </w:tcMar>
          </w:tcPr>
          <w:p w:rsidR="00223469" w:rsidRDefault="008811B3">
            <w:r>
              <w:rPr>
                <w:sz w:val="18"/>
              </w:rPr>
              <w:t>[OWNER]</w:t>
            </w:r>
          </w:p>
        </w:tc>
        <w:tc>
          <w:tcPr>
            <w:tcW w:w="2160" w:type="dxa"/>
            <w:shd w:val="clear" w:color="auto" w:fill="F5F8FC"/>
            <w:tcMar>
              <w:top w:w="70" w:type="dxa"/>
              <w:left w:w="90" w:type="dxa"/>
              <w:bottom w:w="70" w:type="dxa"/>
              <w:right w:w="90" w:type="dxa"/>
            </w:tcMar>
          </w:tcPr>
          <w:p w:rsidR="00223469" w:rsidRDefault="008811B3">
            <w:r>
              <w:rPr>
                <w:sz w:val="18"/>
              </w:rPr>
              <w:t>[DATA]</w:t>
            </w:r>
          </w:p>
        </w:tc>
        <w:tc>
          <w:tcPr>
            <w:tcW w:w="2016" w:type="dxa"/>
            <w:shd w:val="clear" w:color="auto" w:fill="F5F8FC"/>
            <w:tcMar>
              <w:top w:w="70" w:type="dxa"/>
              <w:left w:w="90" w:type="dxa"/>
              <w:bottom w:w="70" w:type="dxa"/>
              <w:right w:w="90" w:type="dxa"/>
            </w:tcMar>
          </w:tcPr>
          <w:p w:rsidR="00223469" w:rsidRDefault="008811B3">
            <w:r>
              <w:rPr>
                <w:sz w:val="18"/>
              </w:rPr>
              <w:t>[STATUS]</w:t>
            </w:r>
          </w:p>
        </w:tc>
      </w:tr>
    </w:tbl>
    <w:p w:rsidR="00223469" w:rsidRDefault="00223469">
      <w:pPr>
        <w:spacing w:after="20"/>
      </w:pPr>
    </w:p>
    <w:p w:rsidR="00223469" w:rsidRDefault="008811B3">
      <w:pPr>
        <w:pStyle w:val="Heading1"/>
      </w:pPr>
      <w:bookmarkStart w:id="5" w:name="sec5"/>
      <w:r>
        <w:lastRenderedPageBreak/>
        <w:t>5. Scope of Work</w:t>
      </w:r>
      <w:bookmarkEnd w:id="5"/>
    </w:p>
    <w:p w:rsidR="00223469" w:rsidRDefault="008811B3">
      <w:pPr>
        <w:pStyle w:val="Heading2"/>
      </w:pPr>
      <w:r>
        <w:t>5.1 Scope of Work Summary</w:t>
      </w:r>
    </w:p>
    <w:p w:rsidR="00223469" w:rsidRDefault="008811B3">
      <w:r>
        <w:t xml:space="preserve">The selected vendor will provide end-to-end AI </w:t>
      </w:r>
      <w:r>
        <w:t>strategy, discovery, design, development, integration, evaluation, deployment and knowledge-transfer services for [PROJECT / PROGRAM]. The vendor must translate approved use cases into secure, measurable and supportable AI capabilities while preserving hum</w:t>
      </w:r>
      <w:r>
        <w:t>an accountability and aligning with the organization’s architecture, data, security and governance requirements.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880"/>
        <w:gridCol w:w="7488"/>
      </w:tblGrid>
      <w:tr w:rsidR="00223469">
        <w:trPr>
          <w:tblHeader/>
          <w:jc w:val="center"/>
        </w:trPr>
        <w:tc>
          <w:tcPr>
            <w:tcW w:w="2880" w:type="dxa"/>
            <w:shd w:val="clear" w:color="auto" w:fill="0B2A4A"/>
            <w:tcMar>
              <w:top w:w="70" w:type="dxa"/>
              <w:left w:w="90" w:type="dxa"/>
              <w:bottom w:w="70" w:type="dxa"/>
              <w:right w:w="90" w:type="dxa"/>
            </w:tcMar>
          </w:tcPr>
          <w:p w:rsidR="00223469" w:rsidRDefault="008811B3">
            <w:r>
              <w:rPr>
                <w:b/>
                <w:color w:val="FFFFFF"/>
                <w:sz w:val="18"/>
              </w:rPr>
              <w:t>WORKSTREAM</w:t>
            </w:r>
          </w:p>
        </w:tc>
        <w:tc>
          <w:tcPr>
            <w:tcW w:w="7488" w:type="dxa"/>
            <w:shd w:val="clear" w:color="auto" w:fill="0B2A4A"/>
            <w:tcMar>
              <w:top w:w="70" w:type="dxa"/>
              <w:left w:w="90" w:type="dxa"/>
              <w:bottom w:w="70" w:type="dxa"/>
              <w:right w:w="90" w:type="dxa"/>
            </w:tcMar>
          </w:tcPr>
          <w:p w:rsidR="00223469" w:rsidRDefault="008811B3">
            <w:r>
              <w:rPr>
                <w:b/>
                <w:color w:val="FFFFFF"/>
                <w:sz w:val="18"/>
              </w:rPr>
              <w:t>SUMMARY OF EXPECTED WORK</w:t>
            </w:r>
          </w:p>
        </w:tc>
      </w:tr>
      <w:tr w:rsidR="00223469">
        <w:trPr>
          <w:jc w:val="center"/>
        </w:trPr>
        <w:tc>
          <w:tcPr>
            <w:tcW w:w="2880" w:type="dxa"/>
            <w:tcMar>
              <w:top w:w="70" w:type="dxa"/>
              <w:left w:w="90" w:type="dxa"/>
              <w:bottom w:w="70" w:type="dxa"/>
              <w:right w:w="90" w:type="dxa"/>
            </w:tcMar>
          </w:tcPr>
          <w:p w:rsidR="00223469" w:rsidRDefault="008811B3">
            <w:r>
              <w:rPr>
                <w:b/>
                <w:sz w:val="18"/>
              </w:rPr>
              <w:t>Discovery &amp; AI Readiness</w:t>
            </w:r>
          </w:p>
        </w:tc>
        <w:tc>
          <w:tcPr>
            <w:tcW w:w="7488" w:type="dxa"/>
            <w:tcMar>
              <w:top w:w="70" w:type="dxa"/>
              <w:left w:w="90" w:type="dxa"/>
              <w:bottom w:w="70" w:type="dxa"/>
              <w:right w:w="90" w:type="dxa"/>
            </w:tcMar>
          </w:tcPr>
          <w:p w:rsidR="00223469" w:rsidRDefault="008811B3">
            <w:r>
              <w:rPr>
                <w:sz w:val="18"/>
              </w:rPr>
              <w:t xml:space="preserve">Stakeholder discovery, current-state assessment, data/system inventory, risk and </w:t>
            </w:r>
            <w:r>
              <w:rPr>
                <w:sz w:val="18"/>
              </w:rPr>
              <w:t>feasibility review.</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b/>
                <w:sz w:val="18"/>
              </w:rPr>
              <w:t>Use-Case Prioritization</w:t>
            </w:r>
          </w:p>
        </w:tc>
        <w:tc>
          <w:tcPr>
            <w:tcW w:w="7488" w:type="dxa"/>
            <w:shd w:val="clear" w:color="auto" w:fill="F5F8FC"/>
            <w:tcMar>
              <w:top w:w="70" w:type="dxa"/>
              <w:left w:w="90" w:type="dxa"/>
              <w:bottom w:w="70" w:type="dxa"/>
              <w:right w:w="90" w:type="dxa"/>
            </w:tcMar>
          </w:tcPr>
          <w:p w:rsidR="00223469" w:rsidRDefault="008811B3">
            <w:r>
              <w:rPr>
                <w:sz w:val="18"/>
              </w:rPr>
              <w:t>Rank candidate use cases by business value, feasibility, risk, data readiness and implementation effort.</w:t>
            </w:r>
          </w:p>
        </w:tc>
      </w:tr>
      <w:tr w:rsidR="00223469">
        <w:trPr>
          <w:jc w:val="center"/>
        </w:trPr>
        <w:tc>
          <w:tcPr>
            <w:tcW w:w="2880" w:type="dxa"/>
            <w:tcMar>
              <w:top w:w="70" w:type="dxa"/>
              <w:left w:w="90" w:type="dxa"/>
              <w:bottom w:w="70" w:type="dxa"/>
              <w:right w:w="90" w:type="dxa"/>
            </w:tcMar>
          </w:tcPr>
          <w:p w:rsidR="00223469" w:rsidRDefault="008811B3">
            <w:r>
              <w:rPr>
                <w:b/>
                <w:sz w:val="18"/>
              </w:rPr>
              <w:t>Solution Architecture</w:t>
            </w:r>
          </w:p>
        </w:tc>
        <w:tc>
          <w:tcPr>
            <w:tcW w:w="7488" w:type="dxa"/>
            <w:tcMar>
              <w:top w:w="70" w:type="dxa"/>
              <w:left w:w="90" w:type="dxa"/>
              <w:bottom w:w="70" w:type="dxa"/>
              <w:right w:w="90" w:type="dxa"/>
            </w:tcMar>
          </w:tcPr>
          <w:p w:rsidR="00223469" w:rsidRDefault="008811B3">
            <w:r>
              <w:rPr>
                <w:sz w:val="18"/>
              </w:rPr>
              <w:t xml:space="preserve">Define target architecture, model/provider approach, RAG, integrations, identity, </w:t>
            </w:r>
            <w:r>
              <w:rPr>
                <w:sz w:val="18"/>
              </w:rPr>
              <w:t>data flows and operating model.</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b/>
                <w:sz w:val="18"/>
              </w:rPr>
              <w:t>Prototype / Pilot</w:t>
            </w:r>
          </w:p>
        </w:tc>
        <w:tc>
          <w:tcPr>
            <w:tcW w:w="7488" w:type="dxa"/>
            <w:shd w:val="clear" w:color="auto" w:fill="F5F8FC"/>
            <w:tcMar>
              <w:top w:w="70" w:type="dxa"/>
              <w:left w:w="90" w:type="dxa"/>
              <w:bottom w:w="70" w:type="dxa"/>
              <w:right w:w="90" w:type="dxa"/>
            </w:tcMar>
          </w:tcPr>
          <w:p w:rsidR="00223469" w:rsidRDefault="008811B3">
            <w:r>
              <w:rPr>
                <w:sz w:val="18"/>
              </w:rPr>
              <w:t>Build and evaluate a controlled prototype or pilot with measurable success criteria and documented limitations.</w:t>
            </w:r>
          </w:p>
        </w:tc>
      </w:tr>
      <w:tr w:rsidR="00223469">
        <w:trPr>
          <w:jc w:val="center"/>
        </w:trPr>
        <w:tc>
          <w:tcPr>
            <w:tcW w:w="2880" w:type="dxa"/>
            <w:tcMar>
              <w:top w:w="70" w:type="dxa"/>
              <w:left w:w="90" w:type="dxa"/>
              <w:bottom w:w="70" w:type="dxa"/>
              <w:right w:w="90" w:type="dxa"/>
            </w:tcMar>
          </w:tcPr>
          <w:p w:rsidR="00223469" w:rsidRDefault="008811B3">
            <w:r>
              <w:rPr>
                <w:b/>
                <w:sz w:val="18"/>
              </w:rPr>
              <w:t>Production Development</w:t>
            </w:r>
          </w:p>
        </w:tc>
        <w:tc>
          <w:tcPr>
            <w:tcW w:w="7488" w:type="dxa"/>
            <w:tcMar>
              <w:top w:w="70" w:type="dxa"/>
              <w:left w:w="90" w:type="dxa"/>
              <w:bottom w:w="70" w:type="dxa"/>
              <w:right w:w="90" w:type="dxa"/>
            </w:tcMar>
          </w:tcPr>
          <w:p w:rsidR="00223469" w:rsidRDefault="008811B3">
            <w:r>
              <w:rPr>
                <w:sz w:val="18"/>
              </w:rPr>
              <w:t>Develop approved AI application, agent, workflow, model integration o</w:t>
            </w:r>
            <w:r>
              <w:rPr>
                <w:sz w:val="18"/>
              </w:rPr>
              <w:t>r automation capabilities.</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b/>
                <w:sz w:val="18"/>
              </w:rPr>
              <w:t>Security &amp; Governance</w:t>
            </w:r>
          </w:p>
        </w:tc>
        <w:tc>
          <w:tcPr>
            <w:tcW w:w="7488" w:type="dxa"/>
            <w:shd w:val="clear" w:color="auto" w:fill="F5F8FC"/>
            <w:tcMar>
              <w:top w:w="70" w:type="dxa"/>
              <w:left w:w="90" w:type="dxa"/>
              <w:bottom w:w="70" w:type="dxa"/>
              <w:right w:w="90" w:type="dxa"/>
            </w:tcMar>
          </w:tcPr>
          <w:p w:rsidR="00223469" w:rsidRDefault="008811B3">
            <w:r>
              <w:rPr>
                <w:sz w:val="18"/>
              </w:rPr>
              <w:t>Implement controls for access, prompt injection, data handling, permissions, logging, human approval and incident response.</w:t>
            </w:r>
          </w:p>
        </w:tc>
      </w:tr>
      <w:tr w:rsidR="00223469">
        <w:trPr>
          <w:jc w:val="center"/>
        </w:trPr>
        <w:tc>
          <w:tcPr>
            <w:tcW w:w="2880" w:type="dxa"/>
            <w:tcMar>
              <w:top w:w="70" w:type="dxa"/>
              <w:left w:w="90" w:type="dxa"/>
              <w:bottom w:w="70" w:type="dxa"/>
              <w:right w:w="90" w:type="dxa"/>
            </w:tcMar>
          </w:tcPr>
          <w:p w:rsidR="00223469" w:rsidRDefault="008811B3">
            <w:r>
              <w:rPr>
                <w:b/>
                <w:sz w:val="18"/>
              </w:rPr>
              <w:t>Evaluation &amp; Validation</w:t>
            </w:r>
          </w:p>
        </w:tc>
        <w:tc>
          <w:tcPr>
            <w:tcW w:w="7488" w:type="dxa"/>
            <w:tcMar>
              <w:top w:w="70" w:type="dxa"/>
              <w:left w:w="90" w:type="dxa"/>
              <w:bottom w:w="70" w:type="dxa"/>
              <w:right w:w="90" w:type="dxa"/>
            </w:tcMar>
          </w:tcPr>
          <w:p w:rsidR="00223469" w:rsidRDefault="008811B3">
            <w:r>
              <w:rPr>
                <w:sz w:val="18"/>
              </w:rPr>
              <w:t xml:space="preserve">Test accuracy, groundedness, safety, security, </w:t>
            </w:r>
            <w:r>
              <w:rPr>
                <w:sz w:val="18"/>
              </w:rPr>
              <w:t>performance, cost, usability and regression behavior.</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b/>
                <w:sz w:val="18"/>
              </w:rPr>
              <w:t>Deployment &amp; Operations</w:t>
            </w:r>
          </w:p>
        </w:tc>
        <w:tc>
          <w:tcPr>
            <w:tcW w:w="7488" w:type="dxa"/>
            <w:shd w:val="clear" w:color="auto" w:fill="F5F8FC"/>
            <w:tcMar>
              <w:top w:w="70" w:type="dxa"/>
              <w:left w:w="90" w:type="dxa"/>
              <w:bottom w:w="70" w:type="dxa"/>
              <w:right w:w="90" w:type="dxa"/>
            </w:tcMar>
          </w:tcPr>
          <w:p w:rsidR="00223469" w:rsidRDefault="008811B3">
            <w:r>
              <w:rPr>
                <w:sz w:val="18"/>
              </w:rPr>
              <w:t>Implement CI/CD, environments, observability, model/prompt versioning, support, training and knowledge transfer.</w:t>
            </w:r>
          </w:p>
        </w:tc>
      </w:tr>
    </w:tbl>
    <w:p w:rsidR="00223469" w:rsidRDefault="00223469">
      <w:pPr>
        <w:spacing w:after="20"/>
      </w:pPr>
    </w:p>
    <w:p w:rsidR="00223469" w:rsidRDefault="008811B3">
      <w:pPr>
        <w:pStyle w:val="Heading2"/>
      </w:pPr>
      <w:r>
        <w:t>5.2 Discovery, Strategy &amp; AI Readiness</w:t>
      </w:r>
    </w:p>
    <w:p w:rsidR="00223469" w:rsidRDefault="008811B3">
      <w:pPr>
        <w:pStyle w:val="ListBullet"/>
      </w:pPr>
      <w:r>
        <w:t>Kickoff and stakeholder</w:t>
      </w:r>
      <w:r>
        <w:t xml:space="preserve"> discovery.</w:t>
      </w:r>
    </w:p>
    <w:p w:rsidR="00223469" w:rsidRDefault="008811B3">
      <w:pPr>
        <w:pStyle w:val="ListBullet"/>
      </w:pPr>
      <w:r>
        <w:t>Current-state AI, data, architecture, security and workflow assessment.</w:t>
      </w:r>
    </w:p>
    <w:p w:rsidR="00223469" w:rsidRDefault="008811B3">
      <w:pPr>
        <w:pStyle w:val="ListBullet"/>
      </w:pPr>
      <w:r>
        <w:t>Use-case inventory and prioritization framework.</w:t>
      </w:r>
    </w:p>
    <w:p w:rsidR="00223469" w:rsidRDefault="008811B3">
      <w:pPr>
        <w:pStyle w:val="ListBullet"/>
      </w:pPr>
      <w:r>
        <w:t>AI risk and governance gap assessment.</w:t>
      </w:r>
    </w:p>
    <w:p w:rsidR="00223469" w:rsidRDefault="008811B3">
      <w:pPr>
        <w:pStyle w:val="ListBullet"/>
      </w:pPr>
      <w:r>
        <w:t>Target-state roadmap and implementation sequencing.</w:t>
      </w:r>
    </w:p>
    <w:p w:rsidR="00223469" w:rsidRDefault="008811B3">
      <w:pPr>
        <w:pStyle w:val="Heading2"/>
      </w:pPr>
      <w:r>
        <w:t>5.3 Use-Case Definition &amp; Requir</w:t>
      </w:r>
      <w:r>
        <w:t>ements</w:t>
      </w:r>
    </w:p>
    <w:p w:rsidR="00223469" w:rsidRDefault="008811B3">
      <w:pPr>
        <w:pStyle w:val="ListBullet"/>
      </w:pPr>
      <w:r>
        <w:t>Document users, tasks, inputs, outputs and decision authority for each use case.</w:t>
      </w:r>
    </w:p>
    <w:p w:rsidR="00223469" w:rsidRDefault="008811B3">
      <w:pPr>
        <w:pStyle w:val="ListBullet"/>
      </w:pPr>
      <w:r>
        <w:t>Define measurable success criteria and unacceptable outcomes.</w:t>
      </w:r>
    </w:p>
    <w:p w:rsidR="00223469" w:rsidRDefault="008811B3">
      <w:pPr>
        <w:pStyle w:val="ListBullet"/>
      </w:pPr>
      <w:r>
        <w:t>Identify when AI may recommend, draft, classify, retrieve, summarize, decide or act.</w:t>
      </w:r>
    </w:p>
    <w:p w:rsidR="00223469" w:rsidRDefault="008811B3">
      <w:pPr>
        <w:pStyle w:val="ListBullet"/>
      </w:pPr>
      <w:r>
        <w:t>Define human-review a</w:t>
      </w:r>
      <w:r>
        <w:t>nd escalation requirements.</w:t>
      </w:r>
    </w:p>
    <w:p w:rsidR="00223469" w:rsidRDefault="008811B3">
      <w:pPr>
        <w:pStyle w:val="ListBullet"/>
      </w:pPr>
      <w:r>
        <w:t>Identify required integrations and data sources.</w:t>
      </w:r>
    </w:p>
    <w:p w:rsidR="00223469" w:rsidRDefault="008811B3">
      <w:pPr>
        <w:pStyle w:val="Heading2"/>
      </w:pPr>
      <w:r>
        <w:t>5.4 Data &amp; Knowledge Preparation</w:t>
      </w:r>
    </w:p>
    <w:p w:rsidR="00223469" w:rsidRDefault="008811B3">
      <w:pPr>
        <w:pStyle w:val="ListBullet"/>
      </w:pPr>
      <w:r>
        <w:t>Data/source inventory and access approvals.</w:t>
      </w:r>
    </w:p>
    <w:p w:rsidR="00223469" w:rsidRDefault="008811B3">
      <w:pPr>
        <w:pStyle w:val="ListBullet"/>
      </w:pPr>
      <w:r>
        <w:t>Data quality and metadata assessment.</w:t>
      </w:r>
    </w:p>
    <w:p w:rsidR="00223469" w:rsidRDefault="008811B3">
      <w:pPr>
        <w:pStyle w:val="ListBullet"/>
      </w:pPr>
      <w:r>
        <w:t xml:space="preserve">Knowledge-base design, document ingestion and chunking strategy </w:t>
      </w:r>
      <w:r>
        <w:t>where RAG is used.</w:t>
      </w:r>
    </w:p>
    <w:p w:rsidR="00223469" w:rsidRDefault="008811B3">
      <w:pPr>
        <w:pStyle w:val="ListBullet"/>
      </w:pPr>
      <w:r>
        <w:t>PII/sensitive data treatment and redaction strategy where applicable.</w:t>
      </w:r>
    </w:p>
    <w:p w:rsidR="00223469" w:rsidRDefault="008811B3">
      <w:pPr>
        <w:pStyle w:val="ListBullet"/>
      </w:pPr>
      <w:r>
        <w:t>Data lineage, retention, deletion and refresh processes.</w:t>
      </w:r>
    </w:p>
    <w:p w:rsidR="00223469" w:rsidRDefault="008811B3">
      <w:pPr>
        <w:pStyle w:val="Heading2"/>
      </w:pPr>
      <w:r>
        <w:lastRenderedPageBreak/>
        <w:t>5.5 Prototype / Pilot</w:t>
      </w:r>
    </w:p>
    <w:p w:rsidR="00223469" w:rsidRDefault="008811B3">
      <w:pPr>
        <w:pStyle w:val="ListBullet"/>
      </w:pPr>
      <w:r>
        <w:t>Build a bounded pilot using approved data and environments.</w:t>
      </w:r>
    </w:p>
    <w:p w:rsidR="00223469" w:rsidRDefault="008811B3">
      <w:pPr>
        <w:pStyle w:val="ListBullet"/>
      </w:pPr>
      <w:r>
        <w:t xml:space="preserve">Establish baseline and </w:t>
      </w:r>
      <w:r>
        <w:t>target metrics.</w:t>
      </w:r>
    </w:p>
    <w:p w:rsidR="00223469" w:rsidRDefault="008811B3">
      <w:pPr>
        <w:pStyle w:val="ListBullet"/>
      </w:pPr>
      <w:r>
        <w:t>Test user workflows, model behavior, cost and latency.</w:t>
      </w:r>
    </w:p>
    <w:p w:rsidR="00223469" w:rsidRDefault="008811B3">
      <w:pPr>
        <w:pStyle w:val="ListBullet"/>
      </w:pPr>
      <w:r>
        <w:t>Document limitations, risks, failure modes and production-readiness gaps.</w:t>
      </w:r>
    </w:p>
    <w:p w:rsidR="00223469" w:rsidRDefault="008811B3">
      <w:pPr>
        <w:pStyle w:val="ListBullet"/>
      </w:pPr>
      <w:r>
        <w:t>Provide a go / revise / stop recommendation based on evidence.</w:t>
      </w:r>
    </w:p>
    <w:p w:rsidR="00223469" w:rsidRDefault="008811B3">
      <w:pPr>
        <w:pStyle w:val="Heading2"/>
      </w:pPr>
      <w:r>
        <w:t>5.6 AI Application / Agent Development</w:t>
      </w:r>
    </w:p>
    <w:p w:rsidR="00223469" w:rsidRDefault="008811B3">
      <w:pPr>
        <w:pStyle w:val="ListBullet"/>
      </w:pPr>
      <w:r>
        <w:t>Develop a</w:t>
      </w:r>
      <w:r>
        <w:t>pproved AI interfaces, workflows, agents, orchestration or automation.</w:t>
      </w:r>
    </w:p>
    <w:p w:rsidR="00223469" w:rsidRDefault="008811B3">
      <w:pPr>
        <w:pStyle w:val="ListBullet"/>
      </w:pPr>
      <w:r>
        <w:t>Implement tool/function calling with least-privilege permissions.</w:t>
      </w:r>
    </w:p>
    <w:p w:rsidR="00223469" w:rsidRDefault="008811B3">
      <w:pPr>
        <w:pStyle w:val="ListBullet"/>
      </w:pPr>
      <w:r>
        <w:t>Implement human approval gates for consequential actions where required.</w:t>
      </w:r>
    </w:p>
    <w:p w:rsidR="00223469" w:rsidRDefault="008811B3">
      <w:pPr>
        <w:pStyle w:val="ListBullet"/>
      </w:pPr>
      <w:r>
        <w:t>Provide fallback, timeout and error-handling b</w:t>
      </w:r>
      <w:r>
        <w:t>ehavior.</w:t>
      </w:r>
    </w:p>
    <w:p w:rsidR="00223469" w:rsidRDefault="008811B3">
      <w:pPr>
        <w:pStyle w:val="ListBullet"/>
      </w:pPr>
      <w:r>
        <w:t>Separate model reasoning/generation from deterministic business rules where appropriate.</w:t>
      </w:r>
    </w:p>
    <w:p w:rsidR="00223469" w:rsidRDefault="008811B3">
      <w:pPr>
        <w:pStyle w:val="Heading2"/>
      </w:pPr>
      <w:r>
        <w:t>5.7 Integrations &amp; Enterprise Systems</w:t>
      </w:r>
    </w:p>
    <w:p w:rsidR="00223469" w:rsidRDefault="008811B3">
      <w:pPr>
        <w:pStyle w:val="ListBullet"/>
      </w:pPr>
      <w:r>
        <w:t>Integrate with approved APIs, databases, identity systems, CRM/ERP, document stores or workflow platforms.</w:t>
      </w:r>
    </w:p>
    <w:p w:rsidR="00223469" w:rsidRDefault="008811B3">
      <w:pPr>
        <w:pStyle w:val="ListBullet"/>
      </w:pPr>
      <w:r>
        <w:t xml:space="preserve">Use secure </w:t>
      </w:r>
      <w:r>
        <w:t>service accounts, secrets management and approved authentication methods.</w:t>
      </w:r>
    </w:p>
    <w:p w:rsidR="00223469" w:rsidRDefault="008811B3">
      <w:pPr>
        <w:pStyle w:val="ListBullet"/>
      </w:pPr>
      <w:r>
        <w:t>Document API dependencies, rate limits and failure handling.</w:t>
      </w:r>
    </w:p>
    <w:p w:rsidR="00223469" w:rsidRDefault="008811B3">
      <w:pPr>
        <w:pStyle w:val="ListBullet"/>
      </w:pPr>
      <w:r>
        <w:t>Avoid unnecessary direct database access when supported APIs are available.</w:t>
      </w:r>
    </w:p>
    <w:p w:rsidR="00223469" w:rsidRDefault="008811B3">
      <w:pPr>
        <w:pStyle w:val="Heading2"/>
      </w:pPr>
      <w:r>
        <w:t>5.8 Security, Governance &amp; Controls</w:t>
      </w:r>
    </w:p>
    <w:p w:rsidR="00223469" w:rsidRDefault="008811B3">
      <w:pPr>
        <w:pStyle w:val="ListBullet"/>
      </w:pPr>
      <w:r>
        <w:t>Threat mo</w:t>
      </w:r>
      <w:r>
        <w:t>del the AI solution and connected systems.</w:t>
      </w:r>
    </w:p>
    <w:p w:rsidR="00223469" w:rsidRDefault="008811B3">
      <w:pPr>
        <w:pStyle w:val="ListBullet"/>
      </w:pPr>
      <w:r>
        <w:t>Implement prompt-injection and malicious-input defenses appropriate to the architecture.</w:t>
      </w:r>
    </w:p>
    <w:p w:rsidR="00223469" w:rsidRDefault="008811B3">
      <w:pPr>
        <w:pStyle w:val="ListBullet"/>
      </w:pPr>
      <w:r>
        <w:t>Control data exfiltration, tool abuse, excessive permissions and unsafe autonomous actions.</w:t>
      </w:r>
    </w:p>
    <w:p w:rsidR="00223469" w:rsidRDefault="008811B3">
      <w:pPr>
        <w:pStyle w:val="ListBullet"/>
      </w:pPr>
      <w:r>
        <w:t>Implement audit logs and traceab</w:t>
      </w:r>
      <w:r>
        <w:t>ility for material AI interactions.</w:t>
      </w:r>
    </w:p>
    <w:p w:rsidR="00223469" w:rsidRDefault="008811B3">
      <w:pPr>
        <w:pStyle w:val="ListBullet"/>
      </w:pPr>
      <w:r>
        <w:t>Document governance responsibilities, approval paths and incident response.</w:t>
      </w:r>
    </w:p>
    <w:p w:rsidR="00223469" w:rsidRDefault="008811B3">
      <w:pPr>
        <w:pStyle w:val="Heading2"/>
      </w:pPr>
      <w:r>
        <w:t>5.9 Evaluation, Testing &amp; Assurance</w:t>
      </w:r>
    </w:p>
    <w:p w:rsidR="00223469" w:rsidRDefault="008811B3">
      <w:pPr>
        <w:pStyle w:val="ListBullet"/>
      </w:pPr>
      <w:r>
        <w:t>Create repeatable evaluation datasets and test cases.</w:t>
      </w:r>
    </w:p>
    <w:p w:rsidR="00223469" w:rsidRDefault="008811B3">
      <w:pPr>
        <w:pStyle w:val="ListBullet"/>
      </w:pPr>
      <w:r>
        <w:t>Measure accuracy, groundedness, relevance and task suc</w:t>
      </w:r>
      <w:r>
        <w:t>cess.</w:t>
      </w:r>
    </w:p>
    <w:p w:rsidR="00223469" w:rsidRDefault="008811B3">
      <w:pPr>
        <w:pStyle w:val="ListBullet"/>
      </w:pPr>
      <w:r>
        <w:t>Test unsafe outputs, adversarial prompts, unauthorized access and failure modes.</w:t>
      </w:r>
    </w:p>
    <w:p w:rsidR="00223469" w:rsidRDefault="008811B3">
      <w:pPr>
        <w:pStyle w:val="ListBullet"/>
      </w:pPr>
      <w:r>
        <w:t>Perform regression testing when models, prompts, data or tools change.</w:t>
      </w:r>
    </w:p>
    <w:p w:rsidR="00223469" w:rsidRDefault="008811B3">
      <w:pPr>
        <w:pStyle w:val="ListBullet"/>
      </w:pPr>
      <w:r>
        <w:t>Validate performance, latency, cost and scalability.</w:t>
      </w:r>
    </w:p>
    <w:p w:rsidR="00223469" w:rsidRDefault="008811B3">
      <w:pPr>
        <w:pStyle w:val="Heading2"/>
      </w:pPr>
      <w:r>
        <w:t>5.10 Deployment, Training &amp; Transition</w:t>
      </w:r>
    </w:p>
    <w:p w:rsidR="00223469" w:rsidRDefault="008811B3">
      <w:pPr>
        <w:pStyle w:val="ListBullet"/>
      </w:pPr>
      <w:r>
        <w:t>Produc</w:t>
      </w:r>
      <w:r>
        <w:t>tion deployment and environment configuration.</w:t>
      </w:r>
    </w:p>
    <w:p w:rsidR="00223469" w:rsidRDefault="008811B3">
      <w:pPr>
        <w:pStyle w:val="ListBullet"/>
      </w:pPr>
      <w:r>
        <w:t>Operational dashboards, alerts and runbooks.</w:t>
      </w:r>
    </w:p>
    <w:p w:rsidR="00223469" w:rsidRDefault="008811B3">
      <w:pPr>
        <w:pStyle w:val="ListBullet"/>
      </w:pPr>
      <w:r>
        <w:t>Administrator and user training.</w:t>
      </w:r>
    </w:p>
    <w:p w:rsidR="00223469" w:rsidRDefault="008811B3">
      <w:pPr>
        <w:pStyle w:val="ListBullet"/>
      </w:pPr>
      <w:r>
        <w:t>Technical documentation and knowledge transfer.</w:t>
      </w:r>
    </w:p>
    <w:p w:rsidR="00223469" w:rsidRDefault="008811B3">
      <w:pPr>
        <w:pStyle w:val="ListBullet"/>
      </w:pPr>
      <w:r>
        <w:t>Transition support and handoff to internal or managed operations teams.</w:t>
      </w:r>
    </w:p>
    <w:p w:rsidR="00650BB0" w:rsidRDefault="00650BB0">
      <w:pPr>
        <w:spacing w:after="200" w:line="276" w:lineRule="auto"/>
        <w:rPr>
          <w:rFonts w:asciiTheme="majorHAnsi" w:eastAsiaTheme="majorEastAsia" w:hAnsiTheme="majorHAnsi" w:cstheme="majorBidi"/>
          <w:b/>
          <w:bCs/>
          <w:color w:val="0B2A4A"/>
          <w:sz w:val="32"/>
          <w:szCs w:val="28"/>
        </w:rPr>
      </w:pPr>
      <w:bookmarkStart w:id="6" w:name="sec6"/>
      <w:r>
        <w:br w:type="page"/>
      </w:r>
    </w:p>
    <w:p w:rsidR="00223469" w:rsidRDefault="008811B3">
      <w:pPr>
        <w:pStyle w:val="Heading1"/>
      </w:pPr>
      <w:r>
        <w:lastRenderedPageBreak/>
        <w:t>6. AI Use C</w:t>
      </w:r>
      <w:r>
        <w:t>ases &amp; Functional Requirements</w:t>
      </w:r>
      <w:bookmarkEnd w:id="6"/>
    </w:p>
    <w:p w:rsidR="00223469" w:rsidRDefault="008811B3">
      <w:r>
        <w:t>The organization should identify intended AI capabilities and define the boundary of each use case. Vendors should not assume that the same level of autonomy is acceptable for every workflow.</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1296"/>
        <w:gridCol w:w="6336"/>
        <w:gridCol w:w="1152"/>
        <w:gridCol w:w="2016"/>
      </w:tblGrid>
      <w:tr w:rsidR="00223469">
        <w:trPr>
          <w:tblHeader/>
          <w:jc w:val="center"/>
        </w:trPr>
        <w:tc>
          <w:tcPr>
            <w:tcW w:w="1296" w:type="dxa"/>
            <w:shd w:val="clear" w:color="auto" w:fill="0B2A4A"/>
            <w:tcMar>
              <w:top w:w="70" w:type="dxa"/>
              <w:left w:w="90" w:type="dxa"/>
              <w:bottom w:w="70" w:type="dxa"/>
              <w:right w:w="90" w:type="dxa"/>
            </w:tcMar>
          </w:tcPr>
          <w:p w:rsidR="00223469" w:rsidRDefault="008811B3">
            <w:r>
              <w:rPr>
                <w:b/>
                <w:color w:val="FFFFFF"/>
                <w:sz w:val="18"/>
              </w:rPr>
              <w:t>REQ. ID</w:t>
            </w:r>
          </w:p>
        </w:tc>
        <w:tc>
          <w:tcPr>
            <w:tcW w:w="6336" w:type="dxa"/>
            <w:shd w:val="clear" w:color="auto" w:fill="0B2A4A"/>
            <w:tcMar>
              <w:top w:w="70" w:type="dxa"/>
              <w:left w:w="90" w:type="dxa"/>
              <w:bottom w:w="70" w:type="dxa"/>
              <w:right w:w="90" w:type="dxa"/>
            </w:tcMar>
          </w:tcPr>
          <w:p w:rsidR="00223469" w:rsidRDefault="008811B3">
            <w:r>
              <w:rPr>
                <w:b/>
                <w:color w:val="FFFFFF"/>
                <w:sz w:val="18"/>
              </w:rPr>
              <w:t>FUNCTIONAL REQUIREMENT</w:t>
            </w:r>
          </w:p>
        </w:tc>
        <w:tc>
          <w:tcPr>
            <w:tcW w:w="1152" w:type="dxa"/>
            <w:shd w:val="clear" w:color="auto" w:fill="0B2A4A"/>
            <w:tcMar>
              <w:top w:w="70" w:type="dxa"/>
              <w:left w:w="90" w:type="dxa"/>
              <w:bottom w:w="70" w:type="dxa"/>
              <w:right w:w="90" w:type="dxa"/>
            </w:tcMar>
          </w:tcPr>
          <w:p w:rsidR="00223469" w:rsidRDefault="008811B3">
            <w:r>
              <w:rPr>
                <w:b/>
                <w:color w:val="FFFFFF"/>
                <w:sz w:val="18"/>
              </w:rPr>
              <w:t>PRIORITY</w:t>
            </w:r>
          </w:p>
        </w:tc>
        <w:tc>
          <w:tcPr>
            <w:tcW w:w="2016" w:type="dxa"/>
            <w:shd w:val="clear" w:color="auto" w:fill="0B2A4A"/>
            <w:tcMar>
              <w:top w:w="70" w:type="dxa"/>
              <w:left w:w="90" w:type="dxa"/>
              <w:bottom w:w="70" w:type="dxa"/>
              <w:right w:w="90" w:type="dxa"/>
            </w:tcMar>
          </w:tcPr>
          <w:p w:rsidR="00223469" w:rsidRDefault="008811B3">
            <w:r>
              <w:rPr>
                <w:b/>
                <w:color w:val="FFFFFF"/>
                <w:sz w:val="18"/>
              </w:rPr>
              <w:t>BIDDER RESPONSE</w:t>
            </w:r>
          </w:p>
        </w:tc>
      </w:tr>
      <w:tr w:rsidR="00223469">
        <w:trPr>
          <w:jc w:val="center"/>
        </w:trPr>
        <w:tc>
          <w:tcPr>
            <w:tcW w:w="1296" w:type="dxa"/>
            <w:tcMar>
              <w:top w:w="70" w:type="dxa"/>
              <w:left w:w="90" w:type="dxa"/>
              <w:bottom w:w="70" w:type="dxa"/>
              <w:right w:w="90" w:type="dxa"/>
            </w:tcMar>
          </w:tcPr>
          <w:p w:rsidR="00223469" w:rsidRDefault="008811B3">
            <w:r>
              <w:rPr>
                <w:sz w:val="18"/>
              </w:rPr>
              <w:t>AI-F-001</w:t>
            </w:r>
          </w:p>
        </w:tc>
        <w:tc>
          <w:tcPr>
            <w:tcW w:w="6336" w:type="dxa"/>
            <w:tcMar>
              <w:top w:w="70" w:type="dxa"/>
              <w:left w:w="90" w:type="dxa"/>
              <w:bottom w:w="70" w:type="dxa"/>
              <w:right w:w="90" w:type="dxa"/>
            </w:tcMar>
          </w:tcPr>
          <w:p w:rsidR="00223469" w:rsidRDefault="008811B3">
            <w:r>
              <w:rPr>
                <w:sz w:val="18"/>
              </w:rPr>
              <w:t>Support approved users and roles with defined access controls.</w:t>
            </w:r>
          </w:p>
        </w:tc>
        <w:tc>
          <w:tcPr>
            <w:tcW w:w="1152" w:type="dxa"/>
            <w:tcMar>
              <w:top w:w="70" w:type="dxa"/>
              <w:left w:w="90" w:type="dxa"/>
              <w:bottom w:w="70" w:type="dxa"/>
              <w:right w:w="90" w:type="dxa"/>
            </w:tcMar>
          </w:tcPr>
          <w:p w:rsidR="00223469" w:rsidRDefault="008811B3">
            <w:r>
              <w:rPr>
                <w:sz w:val="18"/>
              </w:rPr>
              <w:t>[M/P/O]</w:t>
            </w:r>
          </w:p>
        </w:tc>
        <w:tc>
          <w:tcPr>
            <w:tcW w:w="2016" w:type="dxa"/>
            <w:tcMar>
              <w:top w:w="70" w:type="dxa"/>
              <w:left w:w="90" w:type="dxa"/>
              <w:bottom w:w="70" w:type="dxa"/>
              <w:right w:w="90" w:type="dxa"/>
            </w:tcMar>
          </w:tcPr>
          <w:p w:rsidR="00223469" w:rsidRDefault="008811B3">
            <w:r>
              <w:rPr>
                <w:sz w:val="18"/>
              </w:rPr>
              <w:t>[COMPLY / PARTIAL / NO]</w:t>
            </w:r>
          </w:p>
        </w:tc>
      </w:tr>
      <w:tr w:rsidR="00223469">
        <w:trPr>
          <w:jc w:val="center"/>
        </w:trPr>
        <w:tc>
          <w:tcPr>
            <w:tcW w:w="1296" w:type="dxa"/>
            <w:shd w:val="clear" w:color="auto" w:fill="F5F8FC"/>
            <w:tcMar>
              <w:top w:w="70" w:type="dxa"/>
              <w:left w:w="90" w:type="dxa"/>
              <w:bottom w:w="70" w:type="dxa"/>
              <w:right w:w="90" w:type="dxa"/>
            </w:tcMar>
          </w:tcPr>
          <w:p w:rsidR="00223469" w:rsidRDefault="008811B3">
            <w:r>
              <w:rPr>
                <w:sz w:val="18"/>
              </w:rPr>
              <w:t>AI-F-002</w:t>
            </w:r>
          </w:p>
        </w:tc>
        <w:tc>
          <w:tcPr>
            <w:tcW w:w="6336" w:type="dxa"/>
            <w:shd w:val="clear" w:color="auto" w:fill="F5F8FC"/>
            <w:tcMar>
              <w:top w:w="70" w:type="dxa"/>
              <w:left w:w="90" w:type="dxa"/>
              <w:bottom w:w="70" w:type="dxa"/>
              <w:right w:w="90" w:type="dxa"/>
            </w:tcMar>
          </w:tcPr>
          <w:p w:rsidR="00223469" w:rsidRDefault="008811B3">
            <w:r>
              <w:rPr>
                <w:sz w:val="18"/>
              </w:rPr>
              <w:t>Use only approved organizational data sources for retrieval or generation.</w:t>
            </w:r>
          </w:p>
        </w:tc>
        <w:tc>
          <w:tcPr>
            <w:tcW w:w="1152" w:type="dxa"/>
            <w:shd w:val="clear" w:color="auto" w:fill="F5F8FC"/>
            <w:tcMar>
              <w:top w:w="70" w:type="dxa"/>
              <w:left w:w="90" w:type="dxa"/>
              <w:bottom w:w="70" w:type="dxa"/>
              <w:right w:w="90" w:type="dxa"/>
            </w:tcMar>
          </w:tcPr>
          <w:p w:rsidR="00223469" w:rsidRDefault="008811B3">
            <w:r>
              <w:rPr>
                <w:sz w:val="18"/>
              </w:rPr>
              <w:t>[M/P/O]</w:t>
            </w:r>
          </w:p>
        </w:tc>
        <w:tc>
          <w:tcPr>
            <w:tcW w:w="2016" w:type="dxa"/>
            <w:shd w:val="clear" w:color="auto" w:fill="F5F8FC"/>
            <w:tcMar>
              <w:top w:w="70" w:type="dxa"/>
              <w:left w:w="90" w:type="dxa"/>
              <w:bottom w:w="70" w:type="dxa"/>
              <w:right w:w="90" w:type="dxa"/>
            </w:tcMar>
          </w:tcPr>
          <w:p w:rsidR="00223469" w:rsidRDefault="00223469"/>
        </w:tc>
      </w:tr>
      <w:tr w:rsidR="00223469">
        <w:trPr>
          <w:jc w:val="center"/>
        </w:trPr>
        <w:tc>
          <w:tcPr>
            <w:tcW w:w="1296" w:type="dxa"/>
            <w:tcMar>
              <w:top w:w="70" w:type="dxa"/>
              <w:left w:w="90" w:type="dxa"/>
              <w:bottom w:w="70" w:type="dxa"/>
              <w:right w:w="90" w:type="dxa"/>
            </w:tcMar>
          </w:tcPr>
          <w:p w:rsidR="00223469" w:rsidRDefault="008811B3">
            <w:r>
              <w:rPr>
                <w:sz w:val="18"/>
              </w:rPr>
              <w:t>AI-F-003</w:t>
            </w:r>
          </w:p>
        </w:tc>
        <w:tc>
          <w:tcPr>
            <w:tcW w:w="6336" w:type="dxa"/>
            <w:tcMar>
              <w:top w:w="70" w:type="dxa"/>
              <w:left w:w="90" w:type="dxa"/>
              <w:bottom w:w="70" w:type="dxa"/>
              <w:right w:w="90" w:type="dxa"/>
            </w:tcMar>
          </w:tcPr>
          <w:p w:rsidR="00223469" w:rsidRDefault="008811B3">
            <w:r>
              <w:rPr>
                <w:sz w:val="18"/>
              </w:rPr>
              <w:t xml:space="preserve">Provide citations / </w:t>
            </w:r>
            <w:r>
              <w:rPr>
                <w:sz w:val="18"/>
              </w:rPr>
              <w:t>source references for knowledge-grounded answers where required.</w:t>
            </w:r>
          </w:p>
        </w:tc>
        <w:tc>
          <w:tcPr>
            <w:tcW w:w="1152" w:type="dxa"/>
            <w:tcMar>
              <w:top w:w="70" w:type="dxa"/>
              <w:left w:w="90" w:type="dxa"/>
              <w:bottom w:w="70" w:type="dxa"/>
              <w:right w:w="90" w:type="dxa"/>
            </w:tcMar>
          </w:tcPr>
          <w:p w:rsidR="00223469" w:rsidRDefault="008811B3">
            <w:r>
              <w:rPr>
                <w:sz w:val="18"/>
              </w:rPr>
              <w:t>[M/P/O]</w:t>
            </w:r>
          </w:p>
        </w:tc>
        <w:tc>
          <w:tcPr>
            <w:tcW w:w="2016" w:type="dxa"/>
            <w:tcMar>
              <w:top w:w="70" w:type="dxa"/>
              <w:left w:w="90" w:type="dxa"/>
              <w:bottom w:w="70" w:type="dxa"/>
              <w:right w:w="90" w:type="dxa"/>
            </w:tcMar>
          </w:tcPr>
          <w:p w:rsidR="00223469" w:rsidRDefault="00223469"/>
        </w:tc>
      </w:tr>
      <w:tr w:rsidR="00223469">
        <w:trPr>
          <w:jc w:val="center"/>
        </w:trPr>
        <w:tc>
          <w:tcPr>
            <w:tcW w:w="1296" w:type="dxa"/>
            <w:shd w:val="clear" w:color="auto" w:fill="F5F8FC"/>
            <w:tcMar>
              <w:top w:w="70" w:type="dxa"/>
              <w:left w:w="90" w:type="dxa"/>
              <w:bottom w:w="70" w:type="dxa"/>
              <w:right w:w="90" w:type="dxa"/>
            </w:tcMar>
          </w:tcPr>
          <w:p w:rsidR="00223469" w:rsidRDefault="008811B3">
            <w:r>
              <w:rPr>
                <w:sz w:val="18"/>
              </w:rPr>
              <w:t>AI-F-004</w:t>
            </w:r>
          </w:p>
        </w:tc>
        <w:tc>
          <w:tcPr>
            <w:tcW w:w="6336" w:type="dxa"/>
            <w:shd w:val="clear" w:color="auto" w:fill="F5F8FC"/>
            <w:tcMar>
              <w:top w:w="70" w:type="dxa"/>
              <w:left w:w="90" w:type="dxa"/>
              <w:bottom w:w="70" w:type="dxa"/>
              <w:right w:w="90" w:type="dxa"/>
            </w:tcMar>
          </w:tcPr>
          <w:p w:rsidR="00223469" w:rsidRDefault="008811B3">
            <w:r>
              <w:rPr>
                <w:sz w:val="18"/>
              </w:rPr>
              <w:t>Escalate low-confidence, ambiguous or high-risk cases to a human.</w:t>
            </w:r>
          </w:p>
        </w:tc>
        <w:tc>
          <w:tcPr>
            <w:tcW w:w="1152" w:type="dxa"/>
            <w:shd w:val="clear" w:color="auto" w:fill="F5F8FC"/>
            <w:tcMar>
              <w:top w:w="70" w:type="dxa"/>
              <w:left w:w="90" w:type="dxa"/>
              <w:bottom w:w="70" w:type="dxa"/>
              <w:right w:w="90" w:type="dxa"/>
            </w:tcMar>
          </w:tcPr>
          <w:p w:rsidR="00223469" w:rsidRDefault="008811B3">
            <w:r>
              <w:rPr>
                <w:sz w:val="18"/>
              </w:rPr>
              <w:t>[M/P/O]</w:t>
            </w:r>
          </w:p>
        </w:tc>
        <w:tc>
          <w:tcPr>
            <w:tcW w:w="2016" w:type="dxa"/>
            <w:shd w:val="clear" w:color="auto" w:fill="F5F8FC"/>
            <w:tcMar>
              <w:top w:w="70" w:type="dxa"/>
              <w:left w:w="90" w:type="dxa"/>
              <w:bottom w:w="70" w:type="dxa"/>
              <w:right w:w="90" w:type="dxa"/>
            </w:tcMar>
          </w:tcPr>
          <w:p w:rsidR="00223469" w:rsidRDefault="00223469"/>
        </w:tc>
      </w:tr>
      <w:tr w:rsidR="00223469">
        <w:trPr>
          <w:jc w:val="center"/>
        </w:trPr>
        <w:tc>
          <w:tcPr>
            <w:tcW w:w="1296" w:type="dxa"/>
            <w:tcMar>
              <w:top w:w="70" w:type="dxa"/>
              <w:left w:w="90" w:type="dxa"/>
              <w:bottom w:w="70" w:type="dxa"/>
              <w:right w:w="90" w:type="dxa"/>
            </w:tcMar>
          </w:tcPr>
          <w:p w:rsidR="00223469" w:rsidRDefault="008811B3">
            <w:r>
              <w:rPr>
                <w:sz w:val="18"/>
              </w:rPr>
              <w:t>AI-F-005</w:t>
            </w:r>
          </w:p>
        </w:tc>
        <w:tc>
          <w:tcPr>
            <w:tcW w:w="6336" w:type="dxa"/>
            <w:tcMar>
              <w:top w:w="70" w:type="dxa"/>
              <w:left w:w="90" w:type="dxa"/>
              <w:bottom w:w="70" w:type="dxa"/>
              <w:right w:w="90" w:type="dxa"/>
            </w:tcMar>
          </w:tcPr>
          <w:p w:rsidR="00223469" w:rsidRDefault="008811B3">
            <w:r>
              <w:rPr>
                <w:sz w:val="18"/>
              </w:rPr>
              <w:t>Support human approval before consequential actions where required.</w:t>
            </w:r>
          </w:p>
        </w:tc>
        <w:tc>
          <w:tcPr>
            <w:tcW w:w="1152" w:type="dxa"/>
            <w:tcMar>
              <w:top w:w="70" w:type="dxa"/>
              <w:left w:w="90" w:type="dxa"/>
              <w:bottom w:w="70" w:type="dxa"/>
              <w:right w:w="90" w:type="dxa"/>
            </w:tcMar>
          </w:tcPr>
          <w:p w:rsidR="00223469" w:rsidRDefault="008811B3">
            <w:r>
              <w:rPr>
                <w:sz w:val="18"/>
              </w:rPr>
              <w:t>[M/P/O]</w:t>
            </w:r>
          </w:p>
        </w:tc>
        <w:tc>
          <w:tcPr>
            <w:tcW w:w="2016" w:type="dxa"/>
            <w:tcMar>
              <w:top w:w="70" w:type="dxa"/>
              <w:left w:w="90" w:type="dxa"/>
              <w:bottom w:w="70" w:type="dxa"/>
              <w:right w:w="90" w:type="dxa"/>
            </w:tcMar>
          </w:tcPr>
          <w:p w:rsidR="00223469" w:rsidRDefault="00223469"/>
        </w:tc>
      </w:tr>
      <w:tr w:rsidR="00223469">
        <w:trPr>
          <w:jc w:val="center"/>
        </w:trPr>
        <w:tc>
          <w:tcPr>
            <w:tcW w:w="1296" w:type="dxa"/>
            <w:shd w:val="clear" w:color="auto" w:fill="F5F8FC"/>
            <w:tcMar>
              <w:top w:w="70" w:type="dxa"/>
              <w:left w:w="90" w:type="dxa"/>
              <w:bottom w:w="70" w:type="dxa"/>
              <w:right w:w="90" w:type="dxa"/>
            </w:tcMar>
          </w:tcPr>
          <w:p w:rsidR="00223469" w:rsidRDefault="008811B3">
            <w:r>
              <w:rPr>
                <w:sz w:val="18"/>
              </w:rPr>
              <w:t>AI-F-006</w:t>
            </w:r>
          </w:p>
        </w:tc>
        <w:tc>
          <w:tcPr>
            <w:tcW w:w="6336" w:type="dxa"/>
            <w:shd w:val="clear" w:color="auto" w:fill="F5F8FC"/>
            <w:tcMar>
              <w:top w:w="70" w:type="dxa"/>
              <w:left w:w="90" w:type="dxa"/>
              <w:bottom w:w="70" w:type="dxa"/>
              <w:right w:w="90" w:type="dxa"/>
            </w:tcMar>
          </w:tcPr>
          <w:p w:rsidR="00223469" w:rsidRDefault="008811B3">
            <w:r>
              <w:rPr>
                <w:sz w:val="18"/>
              </w:rPr>
              <w:t>Log material user requests, model outputs, tool calls and approvals subject to policy.</w:t>
            </w:r>
          </w:p>
        </w:tc>
        <w:tc>
          <w:tcPr>
            <w:tcW w:w="1152" w:type="dxa"/>
            <w:shd w:val="clear" w:color="auto" w:fill="F5F8FC"/>
            <w:tcMar>
              <w:top w:w="70" w:type="dxa"/>
              <w:left w:w="90" w:type="dxa"/>
              <w:bottom w:w="70" w:type="dxa"/>
              <w:right w:w="90" w:type="dxa"/>
            </w:tcMar>
          </w:tcPr>
          <w:p w:rsidR="00223469" w:rsidRDefault="008811B3">
            <w:r>
              <w:rPr>
                <w:sz w:val="18"/>
              </w:rPr>
              <w:t>[M/P/O]</w:t>
            </w:r>
          </w:p>
        </w:tc>
        <w:tc>
          <w:tcPr>
            <w:tcW w:w="2016" w:type="dxa"/>
            <w:shd w:val="clear" w:color="auto" w:fill="F5F8FC"/>
            <w:tcMar>
              <w:top w:w="70" w:type="dxa"/>
              <w:left w:w="90" w:type="dxa"/>
              <w:bottom w:w="70" w:type="dxa"/>
              <w:right w:w="90" w:type="dxa"/>
            </w:tcMar>
          </w:tcPr>
          <w:p w:rsidR="00223469" w:rsidRDefault="00223469"/>
        </w:tc>
      </w:tr>
      <w:tr w:rsidR="00223469">
        <w:trPr>
          <w:jc w:val="center"/>
        </w:trPr>
        <w:tc>
          <w:tcPr>
            <w:tcW w:w="1296" w:type="dxa"/>
            <w:tcMar>
              <w:top w:w="70" w:type="dxa"/>
              <w:left w:w="90" w:type="dxa"/>
              <w:bottom w:w="70" w:type="dxa"/>
              <w:right w:w="90" w:type="dxa"/>
            </w:tcMar>
          </w:tcPr>
          <w:p w:rsidR="00223469" w:rsidRDefault="008811B3">
            <w:r>
              <w:rPr>
                <w:sz w:val="18"/>
              </w:rPr>
              <w:t>AI-F-007</w:t>
            </w:r>
          </w:p>
        </w:tc>
        <w:tc>
          <w:tcPr>
            <w:tcW w:w="6336" w:type="dxa"/>
            <w:tcMar>
              <w:top w:w="70" w:type="dxa"/>
              <w:left w:w="90" w:type="dxa"/>
              <w:bottom w:w="70" w:type="dxa"/>
              <w:right w:w="90" w:type="dxa"/>
            </w:tcMar>
          </w:tcPr>
          <w:p w:rsidR="00223469" w:rsidRDefault="008811B3">
            <w:r>
              <w:rPr>
                <w:sz w:val="18"/>
              </w:rPr>
              <w:t>Support configurable prompts, policies, tools and knowledge sources without code changes where practical.</w:t>
            </w:r>
          </w:p>
        </w:tc>
        <w:tc>
          <w:tcPr>
            <w:tcW w:w="1152" w:type="dxa"/>
            <w:tcMar>
              <w:top w:w="70" w:type="dxa"/>
              <w:left w:w="90" w:type="dxa"/>
              <w:bottom w:w="70" w:type="dxa"/>
              <w:right w:w="90" w:type="dxa"/>
            </w:tcMar>
          </w:tcPr>
          <w:p w:rsidR="00223469" w:rsidRDefault="008811B3">
            <w:r>
              <w:rPr>
                <w:sz w:val="18"/>
              </w:rPr>
              <w:t>[M/P/O]</w:t>
            </w:r>
          </w:p>
        </w:tc>
        <w:tc>
          <w:tcPr>
            <w:tcW w:w="2016" w:type="dxa"/>
            <w:tcMar>
              <w:top w:w="70" w:type="dxa"/>
              <w:left w:w="90" w:type="dxa"/>
              <w:bottom w:w="70" w:type="dxa"/>
              <w:right w:w="90" w:type="dxa"/>
            </w:tcMar>
          </w:tcPr>
          <w:p w:rsidR="00223469" w:rsidRDefault="00223469"/>
        </w:tc>
      </w:tr>
      <w:tr w:rsidR="00223469">
        <w:trPr>
          <w:jc w:val="center"/>
        </w:trPr>
        <w:tc>
          <w:tcPr>
            <w:tcW w:w="1296" w:type="dxa"/>
            <w:shd w:val="clear" w:color="auto" w:fill="F5F8FC"/>
            <w:tcMar>
              <w:top w:w="70" w:type="dxa"/>
              <w:left w:w="90" w:type="dxa"/>
              <w:bottom w:w="70" w:type="dxa"/>
              <w:right w:w="90" w:type="dxa"/>
            </w:tcMar>
          </w:tcPr>
          <w:p w:rsidR="00223469" w:rsidRDefault="008811B3">
            <w:r>
              <w:rPr>
                <w:sz w:val="18"/>
              </w:rPr>
              <w:t>AI-F-008</w:t>
            </w:r>
          </w:p>
        </w:tc>
        <w:tc>
          <w:tcPr>
            <w:tcW w:w="6336" w:type="dxa"/>
            <w:shd w:val="clear" w:color="auto" w:fill="F5F8FC"/>
            <w:tcMar>
              <w:top w:w="70" w:type="dxa"/>
              <w:left w:w="90" w:type="dxa"/>
              <w:bottom w:w="70" w:type="dxa"/>
              <w:right w:w="90" w:type="dxa"/>
            </w:tcMar>
          </w:tcPr>
          <w:p w:rsidR="00223469" w:rsidRDefault="008811B3">
            <w:r>
              <w:rPr>
                <w:sz w:val="18"/>
              </w:rPr>
              <w:t>Provide fallback behavior</w:t>
            </w:r>
            <w:r>
              <w:rPr>
                <w:sz w:val="18"/>
              </w:rPr>
              <w:t xml:space="preserve"> when models or integrations are unavailable.</w:t>
            </w:r>
          </w:p>
        </w:tc>
        <w:tc>
          <w:tcPr>
            <w:tcW w:w="1152" w:type="dxa"/>
            <w:shd w:val="clear" w:color="auto" w:fill="F5F8FC"/>
            <w:tcMar>
              <w:top w:w="70" w:type="dxa"/>
              <w:left w:w="90" w:type="dxa"/>
              <w:bottom w:w="70" w:type="dxa"/>
              <w:right w:w="90" w:type="dxa"/>
            </w:tcMar>
          </w:tcPr>
          <w:p w:rsidR="00223469" w:rsidRDefault="008811B3">
            <w:r>
              <w:rPr>
                <w:sz w:val="18"/>
              </w:rPr>
              <w:t>[M/P/O]</w:t>
            </w:r>
          </w:p>
        </w:tc>
        <w:tc>
          <w:tcPr>
            <w:tcW w:w="2016" w:type="dxa"/>
            <w:shd w:val="clear" w:color="auto" w:fill="F5F8FC"/>
            <w:tcMar>
              <w:top w:w="70" w:type="dxa"/>
              <w:left w:w="90" w:type="dxa"/>
              <w:bottom w:w="70" w:type="dxa"/>
              <w:right w:w="90" w:type="dxa"/>
            </w:tcMar>
          </w:tcPr>
          <w:p w:rsidR="00223469" w:rsidRDefault="00223469"/>
        </w:tc>
      </w:tr>
    </w:tbl>
    <w:p w:rsidR="00223469" w:rsidRDefault="00223469">
      <w:pPr>
        <w:spacing w:after="20"/>
      </w:pPr>
    </w:p>
    <w:p w:rsidR="00223469" w:rsidRDefault="008811B3">
      <w:pPr>
        <w:pStyle w:val="Heading2"/>
      </w:pPr>
      <w:r>
        <w:t>6.1 AI Agent Action Requirements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880"/>
        <w:gridCol w:w="3312"/>
        <w:gridCol w:w="4032"/>
      </w:tblGrid>
      <w:tr w:rsidR="00223469">
        <w:trPr>
          <w:tblHeader/>
          <w:jc w:val="center"/>
        </w:trPr>
        <w:tc>
          <w:tcPr>
            <w:tcW w:w="2880" w:type="dxa"/>
            <w:shd w:val="clear" w:color="auto" w:fill="0B2A4A"/>
            <w:tcMar>
              <w:top w:w="70" w:type="dxa"/>
              <w:left w:w="90" w:type="dxa"/>
              <w:bottom w:w="70" w:type="dxa"/>
              <w:right w:w="90" w:type="dxa"/>
            </w:tcMar>
          </w:tcPr>
          <w:p w:rsidR="00223469" w:rsidRDefault="008811B3">
            <w:r>
              <w:rPr>
                <w:b/>
                <w:color w:val="FFFFFF"/>
                <w:sz w:val="18"/>
              </w:rPr>
              <w:t>ACTION CATEGORY</w:t>
            </w:r>
          </w:p>
        </w:tc>
        <w:tc>
          <w:tcPr>
            <w:tcW w:w="3312" w:type="dxa"/>
            <w:shd w:val="clear" w:color="auto" w:fill="0B2A4A"/>
            <w:tcMar>
              <w:top w:w="70" w:type="dxa"/>
              <w:left w:w="90" w:type="dxa"/>
              <w:bottom w:w="70" w:type="dxa"/>
              <w:right w:w="90" w:type="dxa"/>
            </w:tcMar>
          </w:tcPr>
          <w:p w:rsidR="00223469" w:rsidRDefault="008811B3">
            <w:r>
              <w:rPr>
                <w:b/>
                <w:color w:val="FFFFFF"/>
                <w:sz w:val="18"/>
              </w:rPr>
              <w:t>DEFAULT CONTROL</w:t>
            </w:r>
          </w:p>
        </w:tc>
        <w:tc>
          <w:tcPr>
            <w:tcW w:w="4032" w:type="dxa"/>
            <w:shd w:val="clear" w:color="auto" w:fill="0B2A4A"/>
            <w:tcMar>
              <w:top w:w="70" w:type="dxa"/>
              <w:left w:w="90" w:type="dxa"/>
              <w:bottom w:w="70" w:type="dxa"/>
              <w:right w:w="90" w:type="dxa"/>
            </w:tcMar>
          </w:tcPr>
          <w:p w:rsidR="00223469" w:rsidRDefault="008811B3">
            <w:r>
              <w:rPr>
                <w:b/>
                <w:color w:val="FFFFFF"/>
                <w:sz w:val="18"/>
              </w:rPr>
              <w:t>EXAMPLE</w:t>
            </w:r>
          </w:p>
        </w:tc>
      </w:tr>
      <w:tr w:rsidR="00223469">
        <w:trPr>
          <w:jc w:val="center"/>
        </w:trPr>
        <w:tc>
          <w:tcPr>
            <w:tcW w:w="2880" w:type="dxa"/>
            <w:tcMar>
              <w:top w:w="70" w:type="dxa"/>
              <w:left w:w="90" w:type="dxa"/>
              <w:bottom w:w="70" w:type="dxa"/>
              <w:right w:w="90" w:type="dxa"/>
            </w:tcMar>
          </w:tcPr>
          <w:p w:rsidR="00223469" w:rsidRDefault="008811B3">
            <w:r>
              <w:rPr>
                <w:sz w:val="18"/>
              </w:rPr>
              <w:t>Read / Retrieve</w:t>
            </w:r>
          </w:p>
        </w:tc>
        <w:tc>
          <w:tcPr>
            <w:tcW w:w="3312" w:type="dxa"/>
            <w:tcMar>
              <w:top w:w="70" w:type="dxa"/>
              <w:left w:w="90" w:type="dxa"/>
              <w:bottom w:w="70" w:type="dxa"/>
              <w:right w:w="90" w:type="dxa"/>
            </w:tcMar>
          </w:tcPr>
          <w:p w:rsidR="00223469" w:rsidRDefault="008811B3">
            <w:r>
              <w:rPr>
                <w:sz w:val="18"/>
              </w:rPr>
              <w:t>Role-based access</w:t>
            </w:r>
          </w:p>
        </w:tc>
        <w:tc>
          <w:tcPr>
            <w:tcW w:w="4032" w:type="dxa"/>
            <w:tcMar>
              <w:top w:w="70" w:type="dxa"/>
              <w:left w:w="90" w:type="dxa"/>
              <w:bottom w:w="70" w:type="dxa"/>
              <w:right w:w="90" w:type="dxa"/>
            </w:tcMar>
          </w:tcPr>
          <w:p w:rsidR="00223469" w:rsidRDefault="008811B3">
            <w:r>
              <w:rPr>
                <w:sz w:val="18"/>
              </w:rPr>
              <w:t>Search approved knowledge base</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sz w:val="18"/>
              </w:rPr>
              <w:t>Draft / Recommend</w:t>
            </w:r>
          </w:p>
        </w:tc>
        <w:tc>
          <w:tcPr>
            <w:tcW w:w="3312" w:type="dxa"/>
            <w:shd w:val="clear" w:color="auto" w:fill="F5F8FC"/>
            <w:tcMar>
              <w:top w:w="70" w:type="dxa"/>
              <w:left w:w="90" w:type="dxa"/>
              <w:bottom w:w="70" w:type="dxa"/>
              <w:right w:w="90" w:type="dxa"/>
            </w:tcMar>
          </w:tcPr>
          <w:p w:rsidR="00223469" w:rsidRDefault="008811B3">
            <w:r>
              <w:rPr>
                <w:sz w:val="18"/>
              </w:rPr>
              <w:t>User review</w:t>
            </w:r>
          </w:p>
        </w:tc>
        <w:tc>
          <w:tcPr>
            <w:tcW w:w="4032" w:type="dxa"/>
            <w:shd w:val="clear" w:color="auto" w:fill="F5F8FC"/>
            <w:tcMar>
              <w:top w:w="70" w:type="dxa"/>
              <w:left w:w="90" w:type="dxa"/>
              <w:bottom w:w="70" w:type="dxa"/>
              <w:right w:w="90" w:type="dxa"/>
            </w:tcMar>
          </w:tcPr>
          <w:p w:rsidR="00223469" w:rsidRDefault="008811B3">
            <w:r>
              <w:rPr>
                <w:sz w:val="18"/>
              </w:rPr>
              <w:t xml:space="preserve">Draft response or </w:t>
            </w:r>
            <w:r>
              <w:rPr>
                <w:sz w:val="18"/>
              </w:rPr>
              <w:t>recommendation</w:t>
            </w:r>
          </w:p>
        </w:tc>
      </w:tr>
      <w:tr w:rsidR="00223469">
        <w:trPr>
          <w:jc w:val="center"/>
        </w:trPr>
        <w:tc>
          <w:tcPr>
            <w:tcW w:w="2880" w:type="dxa"/>
            <w:tcMar>
              <w:top w:w="70" w:type="dxa"/>
              <w:left w:w="90" w:type="dxa"/>
              <w:bottom w:w="70" w:type="dxa"/>
              <w:right w:w="90" w:type="dxa"/>
            </w:tcMar>
          </w:tcPr>
          <w:p w:rsidR="00223469" w:rsidRDefault="008811B3">
            <w:r>
              <w:rPr>
                <w:sz w:val="18"/>
              </w:rPr>
              <w:t>Create / Modify Record</w:t>
            </w:r>
          </w:p>
        </w:tc>
        <w:tc>
          <w:tcPr>
            <w:tcW w:w="3312" w:type="dxa"/>
            <w:tcMar>
              <w:top w:w="70" w:type="dxa"/>
              <w:left w:w="90" w:type="dxa"/>
              <w:bottom w:w="70" w:type="dxa"/>
              <w:right w:w="90" w:type="dxa"/>
            </w:tcMar>
          </w:tcPr>
          <w:p w:rsidR="00223469" w:rsidRDefault="008811B3">
            <w:r>
              <w:rPr>
                <w:sz w:val="18"/>
              </w:rPr>
              <w:t>Human approval or policy gate</w:t>
            </w:r>
          </w:p>
        </w:tc>
        <w:tc>
          <w:tcPr>
            <w:tcW w:w="4032" w:type="dxa"/>
            <w:tcMar>
              <w:top w:w="70" w:type="dxa"/>
              <w:left w:w="90" w:type="dxa"/>
              <w:bottom w:w="70" w:type="dxa"/>
              <w:right w:w="90" w:type="dxa"/>
            </w:tcMar>
          </w:tcPr>
          <w:p w:rsidR="00223469" w:rsidRDefault="008811B3">
            <w:r>
              <w:rPr>
                <w:sz w:val="18"/>
              </w:rPr>
              <w:t>Create CRM case / update ticket</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sz w:val="18"/>
              </w:rPr>
              <w:t>Financial / Contractual</w:t>
            </w:r>
          </w:p>
        </w:tc>
        <w:tc>
          <w:tcPr>
            <w:tcW w:w="3312" w:type="dxa"/>
            <w:shd w:val="clear" w:color="auto" w:fill="F5F8FC"/>
            <w:tcMar>
              <w:top w:w="70" w:type="dxa"/>
              <w:left w:w="90" w:type="dxa"/>
              <w:bottom w:w="70" w:type="dxa"/>
              <w:right w:w="90" w:type="dxa"/>
            </w:tcMar>
          </w:tcPr>
          <w:p w:rsidR="00223469" w:rsidRDefault="008811B3">
            <w:r>
              <w:rPr>
                <w:sz w:val="18"/>
              </w:rPr>
              <w:t>Explicit approval and transaction controls</w:t>
            </w:r>
          </w:p>
        </w:tc>
        <w:tc>
          <w:tcPr>
            <w:tcW w:w="4032" w:type="dxa"/>
            <w:shd w:val="clear" w:color="auto" w:fill="F5F8FC"/>
            <w:tcMar>
              <w:top w:w="70" w:type="dxa"/>
              <w:left w:w="90" w:type="dxa"/>
              <w:bottom w:w="70" w:type="dxa"/>
              <w:right w:w="90" w:type="dxa"/>
            </w:tcMar>
          </w:tcPr>
          <w:p w:rsidR="00223469" w:rsidRDefault="008811B3">
            <w:r>
              <w:rPr>
                <w:sz w:val="18"/>
              </w:rPr>
              <w:t>Issue refund / approve purchase</w:t>
            </w:r>
          </w:p>
        </w:tc>
      </w:tr>
      <w:tr w:rsidR="00223469">
        <w:trPr>
          <w:jc w:val="center"/>
        </w:trPr>
        <w:tc>
          <w:tcPr>
            <w:tcW w:w="2880" w:type="dxa"/>
            <w:tcMar>
              <w:top w:w="70" w:type="dxa"/>
              <w:left w:w="90" w:type="dxa"/>
              <w:bottom w:w="70" w:type="dxa"/>
              <w:right w:w="90" w:type="dxa"/>
            </w:tcMar>
          </w:tcPr>
          <w:p w:rsidR="00223469" w:rsidRDefault="008811B3">
            <w:r>
              <w:rPr>
                <w:sz w:val="18"/>
              </w:rPr>
              <w:t>Security / Access</w:t>
            </w:r>
          </w:p>
        </w:tc>
        <w:tc>
          <w:tcPr>
            <w:tcW w:w="3312" w:type="dxa"/>
            <w:tcMar>
              <w:top w:w="70" w:type="dxa"/>
              <w:left w:w="90" w:type="dxa"/>
              <w:bottom w:w="70" w:type="dxa"/>
              <w:right w:w="90" w:type="dxa"/>
            </w:tcMar>
          </w:tcPr>
          <w:p w:rsidR="00223469" w:rsidRDefault="008811B3">
            <w:r>
              <w:rPr>
                <w:sz w:val="18"/>
              </w:rPr>
              <w:t>Strict authorization and audit</w:t>
            </w:r>
          </w:p>
        </w:tc>
        <w:tc>
          <w:tcPr>
            <w:tcW w:w="4032" w:type="dxa"/>
            <w:tcMar>
              <w:top w:w="70" w:type="dxa"/>
              <w:left w:w="90" w:type="dxa"/>
              <w:bottom w:w="70" w:type="dxa"/>
              <w:right w:w="90" w:type="dxa"/>
            </w:tcMar>
          </w:tcPr>
          <w:p w:rsidR="00223469" w:rsidRDefault="008811B3">
            <w:r>
              <w:rPr>
                <w:sz w:val="18"/>
              </w:rPr>
              <w:t>Change user permissions</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sz w:val="18"/>
              </w:rPr>
              <w:t>External Communication</w:t>
            </w:r>
          </w:p>
        </w:tc>
        <w:tc>
          <w:tcPr>
            <w:tcW w:w="3312" w:type="dxa"/>
            <w:shd w:val="clear" w:color="auto" w:fill="F5F8FC"/>
            <w:tcMar>
              <w:top w:w="70" w:type="dxa"/>
              <w:left w:w="90" w:type="dxa"/>
              <w:bottom w:w="70" w:type="dxa"/>
              <w:right w:w="90" w:type="dxa"/>
            </w:tcMar>
          </w:tcPr>
          <w:p w:rsidR="00223469" w:rsidRDefault="008811B3">
            <w:r>
              <w:rPr>
                <w:sz w:val="18"/>
              </w:rPr>
              <w:t>Approval based on risk</w:t>
            </w:r>
          </w:p>
        </w:tc>
        <w:tc>
          <w:tcPr>
            <w:tcW w:w="4032" w:type="dxa"/>
            <w:shd w:val="clear" w:color="auto" w:fill="F5F8FC"/>
            <w:tcMar>
              <w:top w:w="70" w:type="dxa"/>
              <w:left w:w="90" w:type="dxa"/>
              <w:bottom w:w="70" w:type="dxa"/>
              <w:right w:w="90" w:type="dxa"/>
            </w:tcMar>
          </w:tcPr>
          <w:p w:rsidR="00223469" w:rsidRDefault="008811B3">
            <w:r>
              <w:rPr>
                <w:sz w:val="18"/>
              </w:rPr>
              <w:t>Send customer or public message</w:t>
            </w:r>
          </w:p>
        </w:tc>
      </w:tr>
    </w:tbl>
    <w:p w:rsidR="00223469" w:rsidRDefault="00223469">
      <w:pPr>
        <w:spacing w:after="20"/>
      </w:pPr>
    </w:p>
    <w:p w:rsidR="00223469" w:rsidRDefault="008811B3">
      <w:pPr>
        <w:pStyle w:val="Heading1"/>
      </w:pPr>
      <w:bookmarkStart w:id="7" w:name="sec7"/>
      <w:r>
        <w:t>7. Technical Architecture, Models &amp; Integrations</w:t>
      </w:r>
      <w:bookmarkEnd w:id="7"/>
    </w:p>
    <w:p w:rsidR="00223469" w:rsidRDefault="008811B3">
      <w:pPr>
        <w:pStyle w:val="Heading2"/>
      </w:pPr>
      <w:r>
        <w:t>7.1 Target Architecture Requirements</w:t>
      </w:r>
    </w:p>
    <w:p w:rsidR="00223469" w:rsidRDefault="008811B3">
      <w:pPr>
        <w:pStyle w:val="ListBullet"/>
      </w:pPr>
      <w:r>
        <w:t xml:space="preserve">Document logical and deployment architecture, trust boundaries </w:t>
      </w:r>
      <w:r>
        <w:t>and data flows.</w:t>
      </w:r>
    </w:p>
    <w:p w:rsidR="00223469" w:rsidRDefault="008811B3">
      <w:pPr>
        <w:pStyle w:val="ListBullet"/>
      </w:pPr>
      <w:r>
        <w:t>Use modular interfaces so model providers or components can be replaced where practical.</w:t>
      </w:r>
    </w:p>
    <w:p w:rsidR="00223469" w:rsidRDefault="008811B3">
      <w:pPr>
        <w:pStyle w:val="ListBullet"/>
      </w:pPr>
      <w:r>
        <w:t>Support organization-approved cloud, network and identity environments.</w:t>
      </w:r>
    </w:p>
    <w:p w:rsidR="00223469" w:rsidRDefault="008811B3">
      <w:pPr>
        <w:pStyle w:val="ListBullet"/>
      </w:pPr>
      <w:r>
        <w:t>Separate development, test and production environments.</w:t>
      </w:r>
    </w:p>
    <w:p w:rsidR="00223469" w:rsidRDefault="008811B3">
      <w:pPr>
        <w:pStyle w:val="ListBullet"/>
      </w:pPr>
      <w:r>
        <w:t>Define scalability, ava</w:t>
      </w:r>
      <w:r>
        <w:t>ilability, latency and performance requirements.</w:t>
      </w:r>
    </w:p>
    <w:p w:rsidR="00650BB0" w:rsidRDefault="00650BB0">
      <w:pPr>
        <w:spacing w:after="200" w:line="276" w:lineRule="auto"/>
        <w:rPr>
          <w:rFonts w:asciiTheme="majorHAnsi" w:eastAsiaTheme="majorEastAsia" w:hAnsiTheme="majorHAnsi" w:cstheme="majorBidi"/>
          <w:b/>
          <w:bCs/>
          <w:color w:val="0A66D8"/>
          <w:sz w:val="24"/>
          <w:szCs w:val="26"/>
        </w:rPr>
      </w:pPr>
      <w:r>
        <w:br w:type="page"/>
      </w:r>
    </w:p>
    <w:p w:rsidR="00223469" w:rsidRDefault="008811B3">
      <w:pPr>
        <w:pStyle w:val="Heading2"/>
      </w:pPr>
      <w:r>
        <w:lastRenderedPageBreak/>
        <w:t>7.2 Model / Provider Strategy</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024"/>
        <w:gridCol w:w="3888"/>
        <w:gridCol w:w="3600"/>
      </w:tblGrid>
      <w:tr w:rsidR="00223469">
        <w:trPr>
          <w:tblHeader/>
          <w:jc w:val="center"/>
        </w:trPr>
        <w:tc>
          <w:tcPr>
            <w:tcW w:w="3024" w:type="dxa"/>
            <w:shd w:val="clear" w:color="auto" w:fill="0B2A4A"/>
            <w:tcMar>
              <w:top w:w="70" w:type="dxa"/>
              <w:left w:w="90" w:type="dxa"/>
              <w:bottom w:w="70" w:type="dxa"/>
              <w:right w:w="90" w:type="dxa"/>
            </w:tcMar>
          </w:tcPr>
          <w:p w:rsidR="00223469" w:rsidRDefault="008811B3">
            <w:r>
              <w:rPr>
                <w:b/>
                <w:color w:val="FFFFFF"/>
                <w:sz w:val="18"/>
              </w:rPr>
              <w:t>AREA</w:t>
            </w:r>
          </w:p>
        </w:tc>
        <w:tc>
          <w:tcPr>
            <w:tcW w:w="3888" w:type="dxa"/>
            <w:shd w:val="clear" w:color="auto" w:fill="0B2A4A"/>
            <w:tcMar>
              <w:top w:w="70" w:type="dxa"/>
              <w:left w:w="90" w:type="dxa"/>
              <w:bottom w:w="70" w:type="dxa"/>
              <w:right w:w="90" w:type="dxa"/>
            </w:tcMar>
          </w:tcPr>
          <w:p w:rsidR="00223469" w:rsidRDefault="008811B3">
            <w:r>
              <w:rPr>
                <w:b/>
                <w:color w:val="FFFFFF"/>
                <w:sz w:val="18"/>
              </w:rPr>
              <w:t>ORGANIZATION REQUIREMENT</w:t>
            </w:r>
          </w:p>
        </w:tc>
        <w:tc>
          <w:tcPr>
            <w:tcW w:w="3600" w:type="dxa"/>
            <w:shd w:val="clear" w:color="auto" w:fill="0B2A4A"/>
            <w:tcMar>
              <w:top w:w="70" w:type="dxa"/>
              <w:left w:w="90" w:type="dxa"/>
              <w:bottom w:w="70" w:type="dxa"/>
              <w:right w:w="90" w:type="dxa"/>
            </w:tcMar>
          </w:tcPr>
          <w:p w:rsidR="00223469" w:rsidRDefault="008811B3">
            <w:r>
              <w:rPr>
                <w:b/>
                <w:color w:val="FFFFFF"/>
                <w:sz w:val="18"/>
              </w:rPr>
              <w:t>BIDDER RESPONSE</w:t>
            </w:r>
          </w:p>
        </w:tc>
      </w:tr>
      <w:tr w:rsidR="00223469">
        <w:trPr>
          <w:jc w:val="center"/>
        </w:trPr>
        <w:tc>
          <w:tcPr>
            <w:tcW w:w="3024" w:type="dxa"/>
            <w:tcMar>
              <w:top w:w="70" w:type="dxa"/>
              <w:left w:w="90" w:type="dxa"/>
              <w:bottom w:w="70" w:type="dxa"/>
              <w:right w:w="90" w:type="dxa"/>
            </w:tcMar>
          </w:tcPr>
          <w:p w:rsidR="00223469" w:rsidRDefault="008811B3">
            <w:r>
              <w:rPr>
                <w:sz w:val="18"/>
              </w:rPr>
              <w:t>Model providers</w:t>
            </w:r>
          </w:p>
        </w:tc>
        <w:tc>
          <w:tcPr>
            <w:tcW w:w="3888" w:type="dxa"/>
            <w:tcMar>
              <w:top w:w="70" w:type="dxa"/>
              <w:left w:w="90" w:type="dxa"/>
              <w:bottom w:w="70" w:type="dxa"/>
              <w:right w:w="90" w:type="dxa"/>
            </w:tcMar>
          </w:tcPr>
          <w:p w:rsidR="00223469" w:rsidRDefault="008811B3">
            <w:r>
              <w:rPr>
                <w:sz w:val="18"/>
              </w:rPr>
              <w:t>[APPROVED / RESTRICTED / VENDOR-PROPOSED]</w:t>
            </w:r>
          </w:p>
        </w:tc>
        <w:tc>
          <w:tcPr>
            <w:tcW w:w="3600" w:type="dxa"/>
            <w:tcMar>
              <w:top w:w="70" w:type="dxa"/>
              <w:left w:w="90" w:type="dxa"/>
              <w:bottom w:w="70" w:type="dxa"/>
              <w:right w:w="90" w:type="dxa"/>
            </w:tcMar>
          </w:tcPr>
          <w:p w:rsidR="00223469" w:rsidRDefault="00223469"/>
        </w:tc>
      </w:tr>
      <w:tr w:rsidR="00223469">
        <w:trPr>
          <w:jc w:val="center"/>
        </w:trPr>
        <w:tc>
          <w:tcPr>
            <w:tcW w:w="3024" w:type="dxa"/>
            <w:shd w:val="clear" w:color="auto" w:fill="F5F8FC"/>
            <w:tcMar>
              <w:top w:w="70" w:type="dxa"/>
              <w:left w:w="90" w:type="dxa"/>
              <w:bottom w:w="70" w:type="dxa"/>
              <w:right w:w="90" w:type="dxa"/>
            </w:tcMar>
          </w:tcPr>
          <w:p w:rsidR="00223469" w:rsidRDefault="008811B3">
            <w:r>
              <w:rPr>
                <w:sz w:val="18"/>
              </w:rPr>
              <w:t>Open vs proprietary models</w:t>
            </w:r>
          </w:p>
        </w:tc>
        <w:tc>
          <w:tcPr>
            <w:tcW w:w="3888" w:type="dxa"/>
            <w:shd w:val="clear" w:color="auto" w:fill="F5F8FC"/>
            <w:tcMar>
              <w:top w:w="70" w:type="dxa"/>
              <w:left w:w="90" w:type="dxa"/>
              <w:bottom w:w="70" w:type="dxa"/>
              <w:right w:w="90" w:type="dxa"/>
            </w:tcMar>
          </w:tcPr>
          <w:p w:rsidR="00223469" w:rsidRDefault="008811B3">
            <w:r>
              <w:rPr>
                <w:sz w:val="18"/>
              </w:rPr>
              <w:t>[REQUIREMENT / PREFERENCE]</w:t>
            </w:r>
          </w:p>
        </w:tc>
        <w:tc>
          <w:tcPr>
            <w:tcW w:w="3600" w:type="dxa"/>
            <w:shd w:val="clear" w:color="auto" w:fill="F5F8FC"/>
            <w:tcMar>
              <w:top w:w="70" w:type="dxa"/>
              <w:left w:w="90" w:type="dxa"/>
              <w:bottom w:w="70" w:type="dxa"/>
              <w:right w:w="90" w:type="dxa"/>
            </w:tcMar>
          </w:tcPr>
          <w:p w:rsidR="00223469" w:rsidRDefault="00223469"/>
        </w:tc>
      </w:tr>
      <w:tr w:rsidR="00223469">
        <w:trPr>
          <w:jc w:val="center"/>
        </w:trPr>
        <w:tc>
          <w:tcPr>
            <w:tcW w:w="3024" w:type="dxa"/>
            <w:tcMar>
              <w:top w:w="70" w:type="dxa"/>
              <w:left w:w="90" w:type="dxa"/>
              <w:bottom w:w="70" w:type="dxa"/>
              <w:right w:w="90" w:type="dxa"/>
            </w:tcMar>
          </w:tcPr>
          <w:p w:rsidR="00223469" w:rsidRDefault="008811B3">
            <w:r>
              <w:rPr>
                <w:sz w:val="18"/>
              </w:rPr>
              <w:t xml:space="preserve">Model </w:t>
            </w:r>
            <w:r>
              <w:rPr>
                <w:sz w:val="18"/>
              </w:rPr>
              <w:t>portability</w:t>
            </w:r>
          </w:p>
        </w:tc>
        <w:tc>
          <w:tcPr>
            <w:tcW w:w="3888" w:type="dxa"/>
            <w:tcMar>
              <w:top w:w="70" w:type="dxa"/>
              <w:left w:w="90" w:type="dxa"/>
              <w:bottom w:w="70" w:type="dxa"/>
              <w:right w:w="90" w:type="dxa"/>
            </w:tcMar>
          </w:tcPr>
          <w:p w:rsidR="00223469" w:rsidRDefault="008811B3">
            <w:r>
              <w:rPr>
                <w:sz w:val="18"/>
              </w:rPr>
              <w:t>[REQUIREMENT]</w:t>
            </w:r>
          </w:p>
        </w:tc>
        <w:tc>
          <w:tcPr>
            <w:tcW w:w="3600" w:type="dxa"/>
            <w:tcMar>
              <w:top w:w="70" w:type="dxa"/>
              <w:left w:w="90" w:type="dxa"/>
              <w:bottom w:w="70" w:type="dxa"/>
              <w:right w:w="90" w:type="dxa"/>
            </w:tcMar>
          </w:tcPr>
          <w:p w:rsidR="00223469" w:rsidRDefault="00223469"/>
        </w:tc>
      </w:tr>
      <w:tr w:rsidR="00223469">
        <w:trPr>
          <w:jc w:val="center"/>
        </w:trPr>
        <w:tc>
          <w:tcPr>
            <w:tcW w:w="3024" w:type="dxa"/>
            <w:shd w:val="clear" w:color="auto" w:fill="F5F8FC"/>
            <w:tcMar>
              <w:top w:w="70" w:type="dxa"/>
              <w:left w:w="90" w:type="dxa"/>
              <w:bottom w:w="70" w:type="dxa"/>
              <w:right w:w="90" w:type="dxa"/>
            </w:tcMar>
          </w:tcPr>
          <w:p w:rsidR="00223469" w:rsidRDefault="008811B3">
            <w:r>
              <w:rPr>
                <w:sz w:val="18"/>
              </w:rPr>
              <w:t>Fine-tuning</w:t>
            </w:r>
          </w:p>
        </w:tc>
        <w:tc>
          <w:tcPr>
            <w:tcW w:w="3888" w:type="dxa"/>
            <w:shd w:val="clear" w:color="auto" w:fill="F5F8FC"/>
            <w:tcMar>
              <w:top w:w="70" w:type="dxa"/>
              <w:left w:w="90" w:type="dxa"/>
              <w:bottom w:w="70" w:type="dxa"/>
              <w:right w:w="90" w:type="dxa"/>
            </w:tcMar>
          </w:tcPr>
          <w:p w:rsidR="00223469" w:rsidRDefault="008811B3">
            <w:r>
              <w:rPr>
                <w:sz w:val="18"/>
              </w:rPr>
              <w:t>[PERMITTED / RESTRICTED / N/A]</w:t>
            </w:r>
          </w:p>
        </w:tc>
        <w:tc>
          <w:tcPr>
            <w:tcW w:w="3600" w:type="dxa"/>
            <w:shd w:val="clear" w:color="auto" w:fill="F5F8FC"/>
            <w:tcMar>
              <w:top w:w="70" w:type="dxa"/>
              <w:left w:w="90" w:type="dxa"/>
              <w:bottom w:w="70" w:type="dxa"/>
              <w:right w:w="90" w:type="dxa"/>
            </w:tcMar>
          </w:tcPr>
          <w:p w:rsidR="00223469" w:rsidRDefault="00223469"/>
        </w:tc>
      </w:tr>
      <w:tr w:rsidR="00223469">
        <w:trPr>
          <w:jc w:val="center"/>
        </w:trPr>
        <w:tc>
          <w:tcPr>
            <w:tcW w:w="3024" w:type="dxa"/>
            <w:tcMar>
              <w:top w:w="70" w:type="dxa"/>
              <w:left w:w="90" w:type="dxa"/>
              <w:bottom w:w="70" w:type="dxa"/>
              <w:right w:w="90" w:type="dxa"/>
            </w:tcMar>
          </w:tcPr>
          <w:p w:rsidR="00223469" w:rsidRDefault="008811B3">
            <w:r>
              <w:rPr>
                <w:sz w:val="18"/>
              </w:rPr>
              <w:t>Data retention by model provider</w:t>
            </w:r>
          </w:p>
        </w:tc>
        <w:tc>
          <w:tcPr>
            <w:tcW w:w="3888" w:type="dxa"/>
            <w:tcMar>
              <w:top w:w="70" w:type="dxa"/>
              <w:left w:w="90" w:type="dxa"/>
              <w:bottom w:w="70" w:type="dxa"/>
              <w:right w:w="90" w:type="dxa"/>
            </w:tcMar>
          </w:tcPr>
          <w:p w:rsidR="00223469" w:rsidRDefault="008811B3">
            <w:r>
              <w:rPr>
                <w:sz w:val="18"/>
              </w:rPr>
              <w:t>[REQUIREMENT]</w:t>
            </w:r>
          </w:p>
        </w:tc>
        <w:tc>
          <w:tcPr>
            <w:tcW w:w="3600" w:type="dxa"/>
            <w:tcMar>
              <w:top w:w="70" w:type="dxa"/>
              <w:left w:w="90" w:type="dxa"/>
              <w:bottom w:w="70" w:type="dxa"/>
              <w:right w:w="90" w:type="dxa"/>
            </w:tcMar>
          </w:tcPr>
          <w:p w:rsidR="00223469" w:rsidRDefault="00223469"/>
        </w:tc>
      </w:tr>
      <w:tr w:rsidR="00223469">
        <w:trPr>
          <w:jc w:val="center"/>
        </w:trPr>
        <w:tc>
          <w:tcPr>
            <w:tcW w:w="3024" w:type="dxa"/>
            <w:shd w:val="clear" w:color="auto" w:fill="F5F8FC"/>
            <w:tcMar>
              <w:top w:w="70" w:type="dxa"/>
              <w:left w:w="90" w:type="dxa"/>
              <w:bottom w:w="70" w:type="dxa"/>
              <w:right w:w="90" w:type="dxa"/>
            </w:tcMar>
          </w:tcPr>
          <w:p w:rsidR="00223469" w:rsidRDefault="008811B3">
            <w:r>
              <w:rPr>
                <w:sz w:val="18"/>
              </w:rPr>
              <w:t>Regional processing / residency</w:t>
            </w:r>
          </w:p>
        </w:tc>
        <w:tc>
          <w:tcPr>
            <w:tcW w:w="3888" w:type="dxa"/>
            <w:shd w:val="clear" w:color="auto" w:fill="F5F8FC"/>
            <w:tcMar>
              <w:top w:w="70" w:type="dxa"/>
              <w:left w:w="90" w:type="dxa"/>
              <w:bottom w:w="70" w:type="dxa"/>
              <w:right w:w="90" w:type="dxa"/>
            </w:tcMar>
          </w:tcPr>
          <w:p w:rsidR="00223469" w:rsidRDefault="008811B3">
            <w:r>
              <w:rPr>
                <w:sz w:val="18"/>
              </w:rPr>
              <w:t>[IF APPLICABLE]</w:t>
            </w:r>
          </w:p>
        </w:tc>
        <w:tc>
          <w:tcPr>
            <w:tcW w:w="3600" w:type="dxa"/>
            <w:shd w:val="clear" w:color="auto" w:fill="F5F8FC"/>
            <w:tcMar>
              <w:top w:w="70" w:type="dxa"/>
              <w:left w:w="90" w:type="dxa"/>
              <w:bottom w:w="70" w:type="dxa"/>
              <w:right w:w="90" w:type="dxa"/>
            </w:tcMar>
          </w:tcPr>
          <w:p w:rsidR="00223469" w:rsidRDefault="00223469"/>
        </w:tc>
      </w:tr>
      <w:tr w:rsidR="00223469">
        <w:trPr>
          <w:jc w:val="center"/>
        </w:trPr>
        <w:tc>
          <w:tcPr>
            <w:tcW w:w="3024" w:type="dxa"/>
            <w:tcMar>
              <w:top w:w="70" w:type="dxa"/>
              <w:left w:w="90" w:type="dxa"/>
              <w:bottom w:w="70" w:type="dxa"/>
              <w:right w:w="90" w:type="dxa"/>
            </w:tcMar>
          </w:tcPr>
          <w:p w:rsidR="00223469" w:rsidRDefault="008811B3">
            <w:r>
              <w:rPr>
                <w:sz w:val="18"/>
              </w:rPr>
              <w:t>Model update controls</w:t>
            </w:r>
          </w:p>
        </w:tc>
        <w:tc>
          <w:tcPr>
            <w:tcW w:w="3888" w:type="dxa"/>
            <w:tcMar>
              <w:top w:w="70" w:type="dxa"/>
              <w:left w:w="90" w:type="dxa"/>
              <w:bottom w:w="70" w:type="dxa"/>
              <w:right w:w="90" w:type="dxa"/>
            </w:tcMar>
          </w:tcPr>
          <w:p w:rsidR="00223469" w:rsidRDefault="008811B3">
            <w:r>
              <w:rPr>
                <w:sz w:val="18"/>
              </w:rPr>
              <w:t>[REQUIREMENT]</w:t>
            </w:r>
          </w:p>
        </w:tc>
        <w:tc>
          <w:tcPr>
            <w:tcW w:w="3600" w:type="dxa"/>
            <w:tcMar>
              <w:top w:w="70" w:type="dxa"/>
              <w:left w:w="90" w:type="dxa"/>
              <w:bottom w:w="70" w:type="dxa"/>
              <w:right w:w="90" w:type="dxa"/>
            </w:tcMar>
          </w:tcPr>
          <w:p w:rsidR="00223469" w:rsidRDefault="00223469"/>
        </w:tc>
      </w:tr>
      <w:tr w:rsidR="00223469">
        <w:trPr>
          <w:jc w:val="center"/>
        </w:trPr>
        <w:tc>
          <w:tcPr>
            <w:tcW w:w="3024" w:type="dxa"/>
            <w:shd w:val="clear" w:color="auto" w:fill="F5F8FC"/>
            <w:tcMar>
              <w:top w:w="70" w:type="dxa"/>
              <w:left w:w="90" w:type="dxa"/>
              <w:bottom w:w="70" w:type="dxa"/>
              <w:right w:w="90" w:type="dxa"/>
            </w:tcMar>
          </w:tcPr>
          <w:p w:rsidR="00223469" w:rsidRDefault="008811B3">
            <w:r>
              <w:rPr>
                <w:sz w:val="18"/>
              </w:rPr>
              <w:t>Fallback / secondary model</w:t>
            </w:r>
          </w:p>
        </w:tc>
        <w:tc>
          <w:tcPr>
            <w:tcW w:w="3888" w:type="dxa"/>
            <w:shd w:val="clear" w:color="auto" w:fill="F5F8FC"/>
            <w:tcMar>
              <w:top w:w="70" w:type="dxa"/>
              <w:left w:w="90" w:type="dxa"/>
              <w:bottom w:w="70" w:type="dxa"/>
              <w:right w:w="90" w:type="dxa"/>
            </w:tcMar>
          </w:tcPr>
          <w:p w:rsidR="00223469" w:rsidRDefault="008811B3">
            <w:r>
              <w:rPr>
                <w:sz w:val="18"/>
              </w:rPr>
              <w:t xml:space="preserve">[REQUIREMENT / </w:t>
            </w:r>
            <w:r>
              <w:rPr>
                <w:sz w:val="18"/>
              </w:rPr>
              <w:t>OPTIONAL]</w:t>
            </w:r>
          </w:p>
        </w:tc>
        <w:tc>
          <w:tcPr>
            <w:tcW w:w="3600" w:type="dxa"/>
            <w:shd w:val="clear" w:color="auto" w:fill="F5F8FC"/>
            <w:tcMar>
              <w:top w:w="70" w:type="dxa"/>
              <w:left w:w="90" w:type="dxa"/>
              <w:bottom w:w="70" w:type="dxa"/>
              <w:right w:w="90" w:type="dxa"/>
            </w:tcMar>
          </w:tcPr>
          <w:p w:rsidR="00223469" w:rsidRDefault="00223469"/>
        </w:tc>
      </w:tr>
    </w:tbl>
    <w:p w:rsidR="00223469" w:rsidRDefault="00223469">
      <w:pPr>
        <w:spacing w:after="20"/>
      </w:pPr>
    </w:p>
    <w:p w:rsidR="00223469" w:rsidRDefault="008811B3">
      <w:pPr>
        <w:pStyle w:val="Heading2"/>
      </w:pPr>
      <w:r>
        <w:t>7.3 RAG / Knowledge Architecture</w:t>
      </w:r>
    </w:p>
    <w:p w:rsidR="00223469" w:rsidRDefault="008811B3">
      <w:pPr>
        <w:pStyle w:val="ListBullet"/>
      </w:pPr>
      <w:r>
        <w:t>Define ingestion, chunking, embedding, indexing and refresh strategy.</w:t>
      </w:r>
    </w:p>
    <w:p w:rsidR="00223469" w:rsidRDefault="008811B3">
      <w:pPr>
        <w:pStyle w:val="ListBullet"/>
      </w:pPr>
      <w:r>
        <w:t>Preserve document permissions through retrieval where required.</w:t>
      </w:r>
    </w:p>
    <w:p w:rsidR="00223469" w:rsidRDefault="008811B3">
      <w:pPr>
        <w:pStyle w:val="ListBullet"/>
      </w:pPr>
      <w:r>
        <w:t>Support metadata filtering and source citation.</w:t>
      </w:r>
    </w:p>
    <w:p w:rsidR="00223469" w:rsidRDefault="008811B3">
      <w:pPr>
        <w:pStyle w:val="ListBullet"/>
      </w:pPr>
      <w:r>
        <w:t xml:space="preserve">Document vector database / </w:t>
      </w:r>
      <w:r>
        <w:t>search technology and portability.</w:t>
      </w:r>
    </w:p>
    <w:p w:rsidR="00223469" w:rsidRDefault="008811B3">
      <w:pPr>
        <w:pStyle w:val="ListBullet"/>
      </w:pPr>
      <w:r>
        <w:t>Define stale-content, deleted-content and source-of-truth handling.</w:t>
      </w:r>
    </w:p>
    <w:p w:rsidR="00223469" w:rsidRDefault="008811B3">
      <w:pPr>
        <w:pStyle w:val="Heading2"/>
      </w:pPr>
      <w:r>
        <w:t>7.4 Integration Requirements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160"/>
        <w:gridCol w:w="2304"/>
        <w:gridCol w:w="2160"/>
        <w:gridCol w:w="2592"/>
        <w:gridCol w:w="1440"/>
      </w:tblGrid>
      <w:tr w:rsidR="00223469">
        <w:trPr>
          <w:tblHeader/>
          <w:jc w:val="center"/>
        </w:trPr>
        <w:tc>
          <w:tcPr>
            <w:tcW w:w="2160" w:type="dxa"/>
            <w:shd w:val="clear" w:color="auto" w:fill="0B2A4A"/>
            <w:tcMar>
              <w:top w:w="70" w:type="dxa"/>
              <w:left w:w="90" w:type="dxa"/>
              <w:bottom w:w="70" w:type="dxa"/>
              <w:right w:w="90" w:type="dxa"/>
            </w:tcMar>
          </w:tcPr>
          <w:p w:rsidR="00223469" w:rsidRDefault="008811B3">
            <w:r>
              <w:rPr>
                <w:b/>
                <w:color w:val="FFFFFF"/>
                <w:sz w:val="18"/>
              </w:rPr>
              <w:t>INTEGRATION</w:t>
            </w:r>
          </w:p>
        </w:tc>
        <w:tc>
          <w:tcPr>
            <w:tcW w:w="2304" w:type="dxa"/>
            <w:shd w:val="clear" w:color="auto" w:fill="0B2A4A"/>
            <w:tcMar>
              <w:top w:w="70" w:type="dxa"/>
              <w:left w:w="90" w:type="dxa"/>
              <w:bottom w:w="70" w:type="dxa"/>
              <w:right w:w="90" w:type="dxa"/>
            </w:tcMar>
          </w:tcPr>
          <w:p w:rsidR="00223469" w:rsidRDefault="008811B3">
            <w:r>
              <w:rPr>
                <w:b/>
                <w:color w:val="FFFFFF"/>
                <w:sz w:val="18"/>
              </w:rPr>
              <w:t>METHOD</w:t>
            </w:r>
          </w:p>
        </w:tc>
        <w:tc>
          <w:tcPr>
            <w:tcW w:w="2160" w:type="dxa"/>
            <w:shd w:val="clear" w:color="auto" w:fill="0B2A4A"/>
            <w:tcMar>
              <w:top w:w="70" w:type="dxa"/>
              <w:left w:w="90" w:type="dxa"/>
              <w:bottom w:w="70" w:type="dxa"/>
              <w:right w:w="90" w:type="dxa"/>
            </w:tcMar>
          </w:tcPr>
          <w:p w:rsidR="00223469" w:rsidRDefault="008811B3">
            <w:r>
              <w:rPr>
                <w:b/>
                <w:color w:val="FFFFFF"/>
                <w:sz w:val="18"/>
              </w:rPr>
              <w:t>AUTHENTICATION</w:t>
            </w:r>
          </w:p>
        </w:tc>
        <w:tc>
          <w:tcPr>
            <w:tcW w:w="2592" w:type="dxa"/>
            <w:shd w:val="clear" w:color="auto" w:fill="0B2A4A"/>
            <w:tcMar>
              <w:top w:w="70" w:type="dxa"/>
              <w:left w:w="90" w:type="dxa"/>
              <w:bottom w:w="70" w:type="dxa"/>
              <w:right w:w="90" w:type="dxa"/>
            </w:tcMar>
          </w:tcPr>
          <w:p w:rsidR="00223469" w:rsidRDefault="008811B3">
            <w:r>
              <w:rPr>
                <w:b/>
                <w:color w:val="FFFFFF"/>
                <w:sz w:val="18"/>
              </w:rPr>
              <w:t>DATA / ACTIONS</w:t>
            </w:r>
          </w:p>
        </w:tc>
        <w:tc>
          <w:tcPr>
            <w:tcW w:w="1440" w:type="dxa"/>
            <w:shd w:val="clear" w:color="auto" w:fill="0B2A4A"/>
            <w:tcMar>
              <w:top w:w="70" w:type="dxa"/>
              <w:left w:w="90" w:type="dxa"/>
              <w:bottom w:w="70" w:type="dxa"/>
              <w:right w:w="90" w:type="dxa"/>
            </w:tcMar>
          </w:tcPr>
          <w:p w:rsidR="00223469" w:rsidRDefault="008811B3">
            <w:r>
              <w:rPr>
                <w:b/>
                <w:color w:val="FFFFFF"/>
                <w:sz w:val="18"/>
              </w:rPr>
              <w:t>CRITICALITY</w:t>
            </w:r>
          </w:p>
        </w:tc>
      </w:tr>
      <w:tr w:rsidR="00223469">
        <w:trPr>
          <w:jc w:val="center"/>
        </w:trPr>
        <w:tc>
          <w:tcPr>
            <w:tcW w:w="2160" w:type="dxa"/>
            <w:tcMar>
              <w:top w:w="70" w:type="dxa"/>
              <w:left w:w="90" w:type="dxa"/>
              <w:bottom w:w="70" w:type="dxa"/>
              <w:right w:w="90" w:type="dxa"/>
            </w:tcMar>
          </w:tcPr>
          <w:p w:rsidR="00223469" w:rsidRDefault="008811B3">
            <w:r>
              <w:rPr>
                <w:sz w:val="18"/>
              </w:rPr>
              <w:t>[SYSTEM]</w:t>
            </w:r>
          </w:p>
        </w:tc>
        <w:tc>
          <w:tcPr>
            <w:tcW w:w="2304" w:type="dxa"/>
            <w:tcMar>
              <w:top w:w="70" w:type="dxa"/>
              <w:left w:w="90" w:type="dxa"/>
              <w:bottom w:w="70" w:type="dxa"/>
              <w:right w:w="90" w:type="dxa"/>
            </w:tcMar>
          </w:tcPr>
          <w:p w:rsidR="00223469" w:rsidRDefault="008811B3">
            <w:r>
              <w:rPr>
                <w:sz w:val="18"/>
              </w:rPr>
              <w:t>[API / CONNECTOR / EVENT]</w:t>
            </w:r>
          </w:p>
        </w:tc>
        <w:tc>
          <w:tcPr>
            <w:tcW w:w="2160" w:type="dxa"/>
            <w:tcMar>
              <w:top w:w="70" w:type="dxa"/>
              <w:left w:w="90" w:type="dxa"/>
              <w:bottom w:w="70" w:type="dxa"/>
              <w:right w:w="90" w:type="dxa"/>
            </w:tcMar>
          </w:tcPr>
          <w:p w:rsidR="00223469" w:rsidRDefault="008811B3">
            <w:r>
              <w:rPr>
                <w:sz w:val="18"/>
              </w:rPr>
              <w:t xml:space="preserve">[OIDC / OAUTH / KEY / </w:t>
            </w:r>
            <w:r>
              <w:rPr>
                <w:sz w:val="18"/>
              </w:rPr>
              <w:t>OTHER]</w:t>
            </w:r>
          </w:p>
        </w:tc>
        <w:tc>
          <w:tcPr>
            <w:tcW w:w="2592" w:type="dxa"/>
            <w:tcMar>
              <w:top w:w="70" w:type="dxa"/>
              <w:left w:w="90" w:type="dxa"/>
              <w:bottom w:w="70" w:type="dxa"/>
              <w:right w:w="90" w:type="dxa"/>
            </w:tcMar>
          </w:tcPr>
          <w:p w:rsidR="00223469" w:rsidRDefault="008811B3">
            <w:r>
              <w:rPr>
                <w:sz w:val="18"/>
              </w:rPr>
              <w:t>[READ / WRITE / ACTION]</w:t>
            </w:r>
          </w:p>
        </w:tc>
        <w:tc>
          <w:tcPr>
            <w:tcW w:w="1440" w:type="dxa"/>
            <w:tcMar>
              <w:top w:w="70" w:type="dxa"/>
              <w:left w:w="90" w:type="dxa"/>
              <w:bottom w:w="70" w:type="dxa"/>
              <w:right w:w="90" w:type="dxa"/>
            </w:tcMar>
          </w:tcPr>
          <w:p w:rsidR="00223469" w:rsidRDefault="008811B3">
            <w:r>
              <w:rPr>
                <w:sz w:val="18"/>
              </w:rPr>
              <w:t>[HIGH/MED/LOW]</w:t>
            </w:r>
          </w:p>
        </w:tc>
      </w:tr>
      <w:tr w:rsidR="00223469">
        <w:trPr>
          <w:jc w:val="center"/>
        </w:trPr>
        <w:tc>
          <w:tcPr>
            <w:tcW w:w="2160" w:type="dxa"/>
            <w:shd w:val="clear" w:color="auto" w:fill="F5F8FC"/>
            <w:tcMar>
              <w:top w:w="70" w:type="dxa"/>
              <w:left w:w="90" w:type="dxa"/>
              <w:bottom w:w="70" w:type="dxa"/>
              <w:right w:w="90" w:type="dxa"/>
            </w:tcMar>
          </w:tcPr>
          <w:p w:rsidR="00223469" w:rsidRDefault="008811B3">
            <w:r>
              <w:rPr>
                <w:sz w:val="18"/>
              </w:rPr>
              <w:t>[SYSTEM]</w:t>
            </w:r>
          </w:p>
        </w:tc>
        <w:tc>
          <w:tcPr>
            <w:tcW w:w="2304" w:type="dxa"/>
            <w:shd w:val="clear" w:color="auto" w:fill="F5F8FC"/>
            <w:tcMar>
              <w:top w:w="70" w:type="dxa"/>
              <w:left w:w="90" w:type="dxa"/>
              <w:bottom w:w="70" w:type="dxa"/>
              <w:right w:w="90" w:type="dxa"/>
            </w:tcMar>
          </w:tcPr>
          <w:p w:rsidR="00223469" w:rsidRDefault="008811B3">
            <w:r>
              <w:rPr>
                <w:sz w:val="18"/>
              </w:rPr>
              <w:t>[METHOD]</w:t>
            </w:r>
          </w:p>
        </w:tc>
        <w:tc>
          <w:tcPr>
            <w:tcW w:w="2160" w:type="dxa"/>
            <w:shd w:val="clear" w:color="auto" w:fill="F5F8FC"/>
            <w:tcMar>
              <w:top w:w="70" w:type="dxa"/>
              <w:left w:w="90" w:type="dxa"/>
              <w:bottom w:w="70" w:type="dxa"/>
              <w:right w:w="90" w:type="dxa"/>
            </w:tcMar>
          </w:tcPr>
          <w:p w:rsidR="00223469" w:rsidRDefault="008811B3">
            <w:r>
              <w:rPr>
                <w:sz w:val="18"/>
              </w:rPr>
              <w:t>[AUTH]</w:t>
            </w:r>
          </w:p>
        </w:tc>
        <w:tc>
          <w:tcPr>
            <w:tcW w:w="2592" w:type="dxa"/>
            <w:shd w:val="clear" w:color="auto" w:fill="F5F8FC"/>
            <w:tcMar>
              <w:top w:w="70" w:type="dxa"/>
              <w:left w:w="90" w:type="dxa"/>
              <w:bottom w:w="70" w:type="dxa"/>
              <w:right w:w="90" w:type="dxa"/>
            </w:tcMar>
          </w:tcPr>
          <w:p w:rsidR="00223469" w:rsidRDefault="008811B3">
            <w:r>
              <w:rPr>
                <w:sz w:val="18"/>
              </w:rPr>
              <w:t>[DATA / ACTIONS]</w:t>
            </w:r>
          </w:p>
        </w:tc>
        <w:tc>
          <w:tcPr>
            <w:tcW w:w="1440" w:type="dxa"/>
            <w:shd w:val="clear" w:color="auto" w:fill="F5F8FC"/>
            <w:tcMar>
              <w:top w:w="70" w:type="dxa"/>
              <w:left w:w="90" w:type="dxa"/>
              <w:bottom w:w="70" w:type="dxa"/>
              <w:right w:w="90" w:type="dxa"/>
            </w:tcMar>
          </w:tcPr>
          <w:p w:rsidR="00223469" w:rsidRDefault="008811B3">
            <w:r>
              <w:rPr>
                <w:sz w:val="18"/>
              </w:rPr>
              <w:t>[LEVEL]</w:t>
            </w:r>
          </w:p>
        </w:tc>
      </w:tr>
    </w:tbl>
    <w:p w:rsidR="00223469" w:rsidRDefault="00223469">
      <w:pPr>
        <w:spacing w:after="20"/>
      </w:pPr>
    </w:p>
    <w:p w:rsidR="00650BB0" w:rsidRDefault="00650BB0">
      <w:pPr>
        <w:spacing w:after="200" w:line="276" w:lineRule="auto"/>
        <w:rPr>
          <w:rFonts w:asciiTheme="majorHAnsi" w:eastAsiaTheme="majorEastAsia" w:hAnsiTheme="majorHAnsi" w:cstheme="majorBidi"/>
          <w:b/>
          <w:bCs/>
          <w:color w:val="0B2A4A"/>
          <w:sz w:val="32"/>
          <w:szCs w:val="28"/>
        </w:rPr>
      </w:pPr>
      <w:bookmarkStart w:id="8" w:name="sec8"/>
      <w:r>
        <w:br w:type="page"/>
      </w:r>
    </w:p>
    <w:p w:rsidR="00223469" w:rsidRDefault="008811B3">
      <w:pPr>
        <w:pStyle w:val="Heading1"/>
      </w:pPr>
      <w:r>
        <w:lastRenderedPageBreak/>
        <w:t>8. Data, Privacy, Security &amp; AI Governance</w:t>
      </w:r>
      <w:bookmarkEnd w:id="8"/>
    </w:p>
    <w:p w:rsidR="00223469" w:rsidRDefault="008811B3">
      <w:pPr>
        <w:pStyle w:val="Heading2"/>
      </w:pPr>
      <w:r>
        <w:t>8.1 Data Handling Requirements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024"/>
        <w:gridCol w:w="7488"/>
      </w:tblGrid>
      <w:tr w:rsidR="00223469">
        <w:trPr>
          <w:tblHeader/>
          <w:jc w:val="center"/>
        </w:trPr>
        <w:tc>
          <w:tcPr>
            <w:tcW w:w="3024" w:type="dxa"/>
            <w:shd w:val="clear" w:color="auto" w:fill="0B2A4A"/>
            <w:tcMar>
              <w:top w:w="70" w:type="dxa"/>
              <w:left w:w="90" w:type="dxa"/>
              <w:bottom w:w="70" w:type="dxa"/>
              <w:right w:w="90" w:type="dxa"/>
            </w:tcMar>
          </w:tcPr>
          <w:p w:rsidR="00223469" w:rsidRDefault="008811B3">
            <w:r>
              <w:rPr>
                <w:b/>
                <w:color w:val="FFFFFF"/>
                <w:sz w:val="18"/>
              </w:rPr>
              <w:t>CONTROL</w:t>
            </w:r>
          </w:p>
        </w:tc>
        <w:tc>
          <w:tcPr>
            <w:tcW w:w="7488" w:type="dxa"/>
            <w:shd w:val="clear" w:color="auto" w:fill="0B2A4A"/>
            <w:tcMar>
              <w:top w:w="70" w:type="dxa"/>
              <w:left w:w="90" w:type="dxa"/>
              <w:bottom w:w="70" w:type="dxa"/>
              <w:right w:w="90" w:type="dxa"/>
            </w:tcMar>
          </w:tcPr>
          <w:p w:rsidR="00223469" w:rsidRDefault="008811B3">
            <w:r>
              <w:rPr>
                <w:b/>
                <w:color w:val="FFFFFF"/>
                <w:sz w:val="18"/>
              </w:rPr>
              <w:t>REQUIREMENT</w:t>
            </w:r>
          </w:p>
        </w:tc>
      </w:tr>
      <w:tr w:rsidR="00223469">
        <w:trPr>
          <w:jc w:val="center"/>
        </w:trPr>
        <w:tc>
          <w:tcPr>
            <w:tcW w:w="3024" w:type="dxa"/>
            <w:tcMar>
              <w:top w:w="70" w:type="dxa"/>
              <w:left w:w="90" w:type="dxa"/>
              <w:bottom w:w="70" w:type="dxa"/>
              <w:right w:w="90" w:type="dxa"/>
            </w:tcMar>
          </w:tcPr>
          <w:p w:rsidR="00223469" w:rsidRDefault="008811B3">
            <w:r>
              <w:rPr>
                <w:b/>
                <w:sz w:val="18"/>
              </w:rPr>
              <w:t>Data ownership</w:t>
            </w:r>
          </w:p>
        </w:tc>
        <w:tc>
          <w:tcPr>
            <w:tcW w:w="7488" w:type="dxa"/>
            <w:tcMar>
              <w:top w:w="70" w:type="dxa"/>
              <w:left w:w="90" w:type="dxa"/>
              <w:bottom w:w="70" w:type="dxa"/>
              <w:right w:w="90" w:type="dxa"/>
            </w:tcMar>
          </w:tcPr>
          <w:p w:rsidR="00223469" w:rsidRDefault="008811B3">
            <w:r>
              <w:rPr>
                <w:sz w:val="18"/>
              </w:rPr>
              <w:t xml:space="preserve">Organization retains ownership of </w:t>
            </w:r>
            <w:r>
              <w:rPr>
                <w:sz w:val="18"/>
              </w:rPr>
              <w:t>organizational data and approved derived data as defined by contract.</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b/>
                <w:sz w:val="18"/>
              </w:rPr>
              <w:t>Training use</w:t>
            </w:r>
          </w:p>
        </w:tc>
        <w:tc>
          <w:tcPr>
            <w:tcW w:w="7488" w:type="dxa"/>
            <w:shd w:val="clear" w:color="auto" w:fill="F5F8FC"/>
            <w:tcMar>
              <w:top w:w="70" w:type="dxa"/>
              <w:left w:w="90" w:type="dxa"/>
              <w:bottom w:w="70" w:type="dxa"/>
              <w:right w:w="90" w:type="dxa"/>
            </w:tcMar>
          </w:tcPr>
          <w:p w:rsidR="00223469" w:rsidRDefault="008811B3">
            <w:r>
              <w:rPr>
                <w:sz w:val="18"/>
              </w:rPr>
              <w:t>Vendor/model provider may not use organization data for training unless expressly authorized.</w:t>
            </w:r>
          </w:p>
        </w:tc>
      </w:tr>
      <w:tr w:rsidR="00223469">
        <w:trPr>
          <w:jc w:val="center"/>
        </w:trPr>
        <w:tc>
          <w:tcPr>
            <w:tcW w:w="3024" w:type="dxa"/>
            <w:tcMar>
              <w:top w:w="70" w:type="dxa"/>
              <w:left w:w="90" w:type="dxa"/>
              <w:bottom w:w="70" w:type="dxa"/>
              <w:right w:w="90" w:type="dxa"/>
            </w:tcMar>
          </w:tcPr>
          <w:p w:rsidR="00223469" w:rsidRDefault="008811B3">
            <w:r>
              <w:rPr>
                <w:b/>
                <w:sz w:val="18"/>
              </w:rPr>
              <w:t>Retention</w:t>
            </w:r>
          </w:p>
        </w:tc>
        <w:tc>
          <w:tcPr>
            <w:tcW w:w="7488" w:type="dxa"/>
            <w:tcMar>
              <w:top w:w="70" w:type="dxa"/>
              <w:left w:w="90" w:type="dxa"/>
              <w:bottom w:w="70" w:type="dxa"/>
              <w:right w:w="90" w:type="dxa"/>
            </w:tcMar>
          </w:tcPr>
          <w:p w:rsidR="00223469" w:rsidRDefault="008811B3">
            <w:r>
              <w:rPr>
                <w:sz w:val="18"/>
              </w:rPr>
              <w:t>Define retention periods for prompts, outputs, logs, embeddings and</w:t>
            </w:r>
            <w:r>
              <w:rPr>
                <w:sz w:val="18"/>
              </w:rPr>
              <w:t xml:space="preserve"> uploaded content.</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b/>
                <w:sz w:val="18"/>
              </w:rPr>
              <w:t>Deletion</w:t>
            </w:r>
          </w:p>
        </w:tc>
        <w:tc>
          <w:tcPr>
            <w:tcW w:w="7488" w:type="dxa"/>
            <w:shd w:val="clear" w:color="auto" w:fill="F5F8FC"/>
            <w:tcMar>
              <w:top w:w="70" w:type="dxa"/>
              <w:left w:w="90" w:type="dxa"/>
              <w:bottom w:w="70" w:type="dxa"/>
              <w:right w:w="90" w:type="dxa"/>
            </w:tcMar>
          </w:tcPr>
          <w:p w:rsidR="00223469" w:rsidRDefault="008811B3">
            <w:r>
              <w:rPr>
                <w:sz w:val="18"/>
              </w:rPr>
              <w:t>Provide deletion process and confirmation at contract end or upon request where required.</w:t>
            </w:r>
          </w:p>
        </w:tc>
      </w:tr>
      <w:tr w:rsidR="00223469">
        <w:trPr>
          <w:jc w:val="center"/>
        </w:trPr>
        <w:tc>
          <w:tcPr>
            <w:tcW w:w="3024" w:type="dxa"/>
            <w:tcMar>
              <w:top w:w="70" w:type="dxa"/>
              <w:left w:w="90" w:type="dxa"/>
              <w:bottom w:w="70" w:type="dxa"/>
              <w:right w:w="90" w:type="dxa"/>
            </w:tcMar>
          </w:tcPr>
          <w:p w:rsidR="00223469" w:rsidRDefault="008811B3">
            <w:r>
              <w:rPr>
                <w:b/>
                <w:sz w:val="18"/>
              </w:rPr>
              <w:t>Subprocessors</w:t>
            </w:r>
          </w:p>
        </w:tc>
        <w:tc>
          <w:tcPr>
            <w:tcW w:w="7488" w:type="dxa"/>
            <w:tcMar>
              <w:top w:w="70" w:type="dxa"/>
              <w:left w:w="90" w:type="dxa"/>
              <w:bottom w:w="70" w:type="dxa"/>
              <w:right w:w="90" w:type="dxa"/>
            </w:tcMar>
          </w:tcPr>
          <w:p w:rsidR="00223469" w:rsidRDefault="008811B3">
            <w:r>
              <w:rPr>
                <w:sz w:val="18"/>
              </w:rPr>
              <w:t>Disclose material AI/model/cloud subprocessors and changes where contractually required.</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b/>
                <w:sz w:val="18"/>
              </w:rPr>
              <w:t>Export / portability</w:t>
            </w:r>
          </w:p>
        </w:tc>
        <w:tc>
          <w:tcPr>
            <w:tcW w:w="7488" w:type="dxa"/>
            <w:shd w:val="clear" w:color="auto" w:fill="F5F8FC"/>
            <w:tcMar>
              <w:top w:w="70" w:type="dxa"/>
              <w:left w:w="90" w:type="dxa"/>
              <w:bottom w:w="70" w:type="dxa"/>
              <w:right w:w="90" w:type="dxa"/>
            </w:tcMar>
          </w:tcPr>
          <w:p w:rsidR="00223469" w:rsidRDefault="008811B3">
            <w:r>
              <w:rPr>
                <w:sz w:val="18"/>
              </w:rPr>
              <w:t xml:space="preserve">Provide </w:t>
            </w:r>
            <w:r>
              <w:rPr>
                <w:sz w:val="18"/>
              </w:rPr>
              <w:t>usable export of organization data, configurations, prompts, evaluations and documentation as applicable.</w:t>
            </w:r>
          </w:p>
        </w:tc>
      </w:tr>
      <w:tr w:rsidR="00223469">
        <w:trPr>
          <w:jc w:val="center"/>
        </w:trPr>
        <w:tc>
          <w:tcPr>
            <w:tcW w:w="3024" w:type="dxa"/>
            <w:tcMar>
              <w:top w:w="70" w:type="dxa"/>
              <w:left w:w="90" w:type="dxa"/>
              <w:bottom w:w="70" w:type="dxa"/>
              <w:right w:w="90" w:type="dxa"/>
            </w:tcMar>
          </w:tcPr>
          <w:p w:rsidR="00223469" w:rsidRDefault="008811B3">
            <w:r>
              <w:rPr>
                <w:b/>
                <w:sz w:val="18"/>
              </w:rPr>
              <w:t>Data residency</w:t>
            </w:r>
          </w:p>
        </w:tc>
        <w:tc>
          <w:tcPr>
            <w:tcW w:w="7488" w:type="dxa"/>
            <w:tcMar>
              <w:top w:w="70" w:type="dxa"/>
              <w:left w:w="90" w:type="dxa"/>
              <w:bottom w:w="70" w:type="dxa"/>
              <w:right w:w="90" w:type="dxa"/>
            </w:tcMar>
          </w:tcPr>
          <w:p w:rsidR="00223469" w:rsidRDefault="008811B3">
            <w:r>
              <w:rPr>
                <w:sz w:val="18"/>
              </w:rPr>
              <w:t>Specify required regions or restrictions if applicable.</w:t>
            </w:r>
          </w:p>
        </w:tc>
      </w:tr>
    </w:tbl>
    <w:p w:rsidR="00223469" w:rsidRDefault="00223469">
      <w:pPr>
        <w:spacing w:after="20"/>
      </w:pPr>
    </w:p>
    <w:p w:rsidR="00223469" w:rsidRDefault="008811B3">
      <w:pPr>
        <w:pStyle w:val="Heading2"/>
      </w:pPr>
      <w:r>
        <w:t>8.2 AI Security Requirements</w:t>
      </w:r>
    </w:p>
    <w:p w:rsidR="00223469" w:rsidRDefault="008811B3">
      <w:pPr>
        <w:pStyle w:val="ListBullet"/>
      </w:pPr>
      <w:r>
        <w:t>Role-based access, least privilege and separati</w:t>
      </w:r>
      <w:r>
        <w:t>on of duties.</w:t>
      </w:r>
    </w:p>
    <w:p w:rsidR="00223469" w:rsidRDefault="008811B3">
      <w:pPr>
        <w:pStyle w:val="ListBullet"/>
      </w:pPr>
      <w:r>
        <w:t>Encryption in transit and at rest where applicable.</w:t>
      </w:r>
    </w:p>
    <w:p w:rsidR="00223469" w:rsidRDefault="008811B3">
      <w:pPr>
        <w:pStyle w:val="ListBullet"/>
      </w:pPr>
      <w:r>
        <w:t>Secrets management and credential rotation.</w:t>
      </w:r>
    </w:p>
    <w:p w:rsidR="00223469" w:rsidRDefault="008811B3">
      <w:pPr>
        <w:pStyle w:val="ListBullet"/>
      </w:pPr>
      <w:r>
        <w:t>Prompt-injection and malicious-content controls appropriate to the solution.</w:t>
      </w:r>
    </w:p>
    <w:p w:rsidR="00223469" w:rsidRDefault="008811B3">
      <w:pPr>
        <w:pStyle w:val="ListBullet"/>
      </w:pPr>
      <w:r>
        <w:t>Protection against unauthorized data retrieval and exfiltration.</w:t>
      </w:r>
    </w:p>
    <w:p w:rsidR="00223469" w:rsidRDefault="008811B3">
      <w:pPr>
        <w:pStyle w:val="ListBullet"/>
      </w:pPr>
      <w:r>
        <w:t>Tool/action allowlists and permission boundaries for agents.</w:t>
      </w:r>
    </w:p>
    <w:p w:rsidR="00223469" w:rsidRDefault="008811B3">
      <w:pPr>
        <w:pStyle w:val="ListBullet"/>
      </w:pPr>
      <w:r>
        <w:t>Rate limits, abuse prevention and anomalous-behavior monitoring.</w:t>
      </w:r>
    </w:p>
    <w:p w:rsidR="00223469" w:rsidRDefault="008811B3">
      <w:pPr>
        <w:pStyle w:val="ListBullet"/>
      </w:pPr>
      <w:r>
        <w:t>Security logging, incident response and vulnerability management.</w:t>
      </w:r>
    </w:p>
    <w:p w:rsidR="00223469" w:rsidRDefault="008811B3">
      <w:pPr>
        <w:pStyle w:val="ListBullet"/>
      </w:pPr>
      <w:r>
        <w:t>Secure software development and dependency management.</w:t>
      </w:r>
    </w:p>
    <w:p w:rsidR="00223469" w:rsidRDefault="008811B3">
      <w:pPr>
        <w:pStyle w:val="Heading2"/>
      </w:pPr>
      <w:r>
        <w:t>8.3 AI Go</w:t>
      </w:r>
      <w:r>
        <w:t>vernance Requirements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456"/>
        <w:gridCol w:w="7056"/>
      </w:tblGrid>
      <w:tr w:rsidR="00223469">
        <w:trPr>
          <w:tblHeader/>
          <w:jc w:val="center"/>
        </w:trPr>
        <w:tc>
          <w:tcPr>
            <w:tcW w:w="3456" w:type="dxa"/>
            <w:shd w:val="clear" w:color="auto" w:fill="0B2A4A"/>
            <w:tcMar>
              <w:top w:w="70" w:type="dxa"/>
              <w:left w:w="90" w:type="dxa"/>
              <w:bottom w:w="70" w:type="dxa"/>
              <w:right w:w="90" w:type="dxa"/>
            </w:tcMar>
          </w:tcPr>
          <w:p w:rsidR="00223469" w:rsidRDefault="008811B3">
            <w:r>
              <w:rPr>
                <w:b/>
                <w:color w:val="FFFFFF"/>
                <w:sz w:val="18"/>
              </w:rPr>
              <w:t>GOVERNANCE AREA</w:t>
            </w:r>
          </w:p>
        </w:tc>
        <w:tc>
          <w:tcPr>
            <w:tcW w:w="7056" w:type="dxa"/>
            <w:shd w:val="clear" w:color="auto" w:fill="0B2A4A"/>
            <w:tcMar>
              <w:top w:w="70" w:type="dxa"/>
              <w:left w:w="90" w:type="dxa"/>
              <w:bottom w:w="70" w:type="dxa"/>
              <w:right w:w="90" w:type="dxa"/>
            </w:tcMar>
          </w:tcPr>
          <w:p w:rsidR="00223469" w:rsidRDefault="008811B3">
            <w:r>
              <w:rPr>
                <w:b/>
                <w:color w:val="FFFFFF"/>
                <w:sz w:val="18"/>
              </w:rPr>
              <w:t>REQUIREMENT / DECISION</w:t>
            </w:r>
          </w:p>
        </w:tc>
      </w:tr>
      <w:tr w:rsidR="00223469">
        <w:trPr>
          <w:jc w:val="center"/>
        </w:trPr>
        <w:tc>
          <w:tcPr>
            <w:tcW w:w="3456" w:type="dxa"/>
            <w:tcMar>
              <w:top w:w="70" w:type="dxa"/>
              <w:left w:w="90" w:type="dxa"/>
              <w:bottom w:w="70" w:type="dxa"/>
              <w:right w:w="90" w:type="dxa"/>
            </w:tcMar>
          </w:tcPr>
          <w:p w:rsidR="00223469" w:rsidRDefault="008811B3">
            <w:r>
              <w:rPr>
                <w:b/>
                <w:sz w:val="18"/>
              </w:rPr>
              <w:t>AI use-case approval</w:t>
            </w:r>
          </w:p>
        </w:tc>
        <w:tc>
          <w:tcPr>
            <w:tcW w:w="7056" w:type="dxa"/>
            <w:tcMar>
              <w:top w:w="70" w:type="dxa"/>
              <w:left w:w="90" w:type="dxa"/>
              <w:bottom w:w="70" w:type="dxa"/>
              <w:right w:w="90" w:type="dxa"/>
            </w:tcMar>
          </w:tcPr>
          <w:p w:rsidR="00223469" w:rsidRDefault="008811B3">
            <w:r>
              <w:rPr>
                <w:sz w:val="18"/>
              </w:rPr>
              <w:t>[PROCESS / OWNER]</w:t>
            </w:r>
          </w:p>
        </w:tc>
      </w:tr>
      <w:tr w:rsidR="00223469">
        <w:trPr>
          <w:jc w:val="center"/>
        </w:trPr>
        <w:tc>
          <w:tcPr>
            <w:tcW w:w="3456" w:type="dxa"/>
            <w:shd w:val="clear" w:color="auto" w:fill="F5F8FC"/>
            <w:tcMar>
              <w:top w:w="70" w:type="dxa"/>
              <w:left w:w="90" w:type="dxa"/>
              <w:bottom w:w="70" w:type="dxa"/>
              <w:right w:w="90" w:type="dxa"/>
            </w:tcMar>
          </w:tcPr>
          <w:p w:rsidR="00223469" w:rsidRDefault="008811B3">
            <w:r>
              <w:rPr>
                <w:b/>
                <w:sz w:val="18"/>
              </w:rPr>
              <w:t>Risk classification</w:t>
            </w:r>
          </w:p>
        </w:tc>
        <w:tc>
          <w:tcPr>
            <w:tcW w:w="7056" w:type="dxa"/>
            <w:shd w:val="clear" w:color="auto" w:fill="F5F8FC"/>
            <w:tcMar>
              <w:top w:w="70" w:type="dxa"/>
              <w:left w:w="90" w:type="dxa"/>
              <w:bottom w:w="70" w:type="dxa"/>
              <w:right w:w="90" w:type="dxa"/>
            </w:tcMar>
          </w:tcPr>
          <w:p w:rsidR="00223469" w:rsidRDefault="008811B3">
            <w:r>
              <w:rPr>
                <w:sz w:val="18"/>
              </w:rPr>
              <w:t>[METHOD / OWNER]</w:t>
            </w:r>
          </w:p>
        </w:tc>
      </w:tr>
      <w:tr w:rsidR="00223469">
        <w:trPr>
          <w:jc w:val="center"/>
        </w:trPr>
        <w:tc>
          <w:tcPr>
            <w:tcW w:w="3456" w:type="dxa"/>
            <w:tcMar>
              <w:top w:w="70" w:type="dxa"/>
              <w:left w:w="90" w:type="dxa"/>
              <w:bottom w:w="70" w:type="dxa"/>
              <w:right w:w="90" w:type="dxa"/>
            </w:tcMar>
          </w:tcPr>
          <w:p w:rsidR="00223469" w:rsidRDefault="008811B3">
            <w:r>
              <w:rPr>
                <w:b/>
                <w:sz w:val="18"/>
              </w:rPr>
              <w:t>Human oversight</w:t>
            </w:r>
          </w:p>
        </w:tc>
        <w:tc>
          <w:tcPr>
            <w:tcW w:w="7056" w:type="dxa"/>
            <w:tcMar>
              <w:top w:w="70" w:type="dxa"/>
              <w:left w:w="90" w:type="dxa"/>
              <w:bottom w:w="70" w:type="dxa"/>
              <w:right w:w="90" w:type="dxa"/>
            </w:tcMar>
          </w:tcPr>
          <w:p w:rsidR="00223469" w:rsidRDefault="008811B3">
            <w:r>
              <w:rPr>
                <w:sz w:val="18"/>
              </w:rPr>
              <w:t>[REQUIRED LEVELS]</w:t>
            </w:r>
          </w:p>
        </w:tc>
      </w:tr>
      <w:tr w:rsidR="00223469">
        <w:trPr>
          <w:jc w:val="center"/>
        </w:trPr>
        <w:tc>
          <w:tcPr>
            <w:tcW w:w="3456" w:type="dxa"/>
            <w:shd w:val="clear" w:color="auto" w:fill="F5F8FC"/>
            <w:tcMar>
              <w:top w:w="70" w:type="dxa"/>
              <w:left w:w="90" w:type="dxa"/>
              <w:bottom w:w="70" w:type="dxa"/>
              <w:right w:w="90" w:type="dxa"/>
            </w:tcMar>
          </w:tcPr>
          <w:p w:rsidR="00223469" w:rsidRDefault="008811B3">
            <w:r>
              <w:rPr>
                <w:b/>
                <w:sz w:val="18"/>
              </w:rPr>
              <w:t>Model/provider approval</w:t>
            </w:r>
          </w:p>
        </w:tc>
        <w:tc>
          <w:tcPr>
            <w:tcW w:w="7056" w:type="dxa"/>
            <w:shd w:val="clear" w:color="auto" w:fill="F5F8FC"/>
            <w:tcMar>
              <w:top w:w="70" w:type="dxa"/>
              <w:left w:w="90" w:type="dxa"/>
              <w:bottom w:w="70" w:type="dxa"/>
              <w:right w:w="90" w:type="dxa"/>
            </w:tcMar>
          </w:tcPr>
          <w:p w:rsidR="00223469" w:rsidRDefault="008811B3">
            <w:r>
              <w:rPr>
                <w:sz w:val="18"/>
              </w:rPr>
              <w:t>[PROCESS]</w:t>
            </w:r>
          </w:p>
        </w:tc>
      </w:tr>
      <w:tr w:rsidR="00223469">
        <w:trPr>
          <w:jc w:val="center"/>
        </w:trPr>
        <w:tc>
          <w:tcPr>
            <w:tcW w:w="3456" w:type="dxa"/>
            <w:tcMar>
              <w:top w:w="70" w:type="dxa"/>
              <w:left w:w="90" w:type="dxa"/>
              <w:bottom w:w="70" w:type="dxa"/>
              <w:right w:w="90" w:type="dxa"/>
            </w:tcMar>
          </w:tcPr>
          <w:p w:rsidR="00223469" w:rsidRDefault="008811B3">
            <w:r>
              <w:rPr>
                <w:b/>
                <w:sz w:val="18"/>
              </w:rPr>
              <w:t>Prompt / policy change approval</w:t>
            </w:r>
          </w:p>
        </w:tc>
        <w:tc>
          <w:tcPr>
            <w:tcW w:w="7056" w:type="dxa"/>
            <w:tcMar>
              <w:top w:w="70" w:type="dxa"/>
              <w:left w:w="90" w:type="dxa"/>
              <w:bottom w:w="70" w:type="dxa"/>
              <w:right w:w="90" w:type="dxa"/>
            </w:tcMar>
          </w:tcPr>
          <w:p w:rsidR="00223469" w:rsidRDefault="008811B3">
            <w:r>
              <w:rPr>
                <w:sz w:val="18"/>
              </w:rPr>
              <w:t>[PROCESS]</w:t>
            </w:r>
          </w:p>
        </w:tc>
      </w:tr>
      <w:tr w:rsidR="00223469">
        <w:trPr>
          <w:jc w:val="center"/>
        </w:trPr>
        <w:tc>
          <w:tcPr>
            <w:tcW w:w="3456" w:type="dxa"/>
            <w:shd w:val="clear" w:color="auto" w:fill="F5F8FC"/>
            <w:tcMar>
              <w:top w:w="70" w:type="dxa"/>
              <w:left w:w="90" w:type="dxa"/>
              <w:bottom w:w="70" w:type="dxa"/>
              <w:right w:w="90" w:type="dxa"/>
            </w:tcMar>
          </w:tcPr>
          <w:p w:rsidR="00223469" w:rsidRDefault="008811B3">
            <w:r>
              <w:rPr>
                <w:b/>
                <w:sz w:val="18"/>
              </w:rPr>
              <w:t>Evaluation approval</w:t>
            </w:r>
          </w:p>
        </w:tc>
        <w:tc>
          <w:tcPr>
            <w:tcW w:w="7056" w:type="dxa"/>
            <w:shd w:val="clear" w:color="auto" w:fill="F5F8FC"/>
            <w:tcMar>
              <w:top w:w="70" w:type="dxa"/>
              <w:left w:w="90" w:type="dxa"/>
              <w:bottom w:w="70" w:type="dxa"/>
              <w:right w:w="90" w:type="dxa"/>
            </w:tcMar>
          </w:tcPr>
          <w:p w:rsidR="00223469" w:rsidRDefault="008811B3">
            <w:r>
              <w:rPr>
                <w:sz w:val="18"/>
              </w:rPr>
              <w:t>[OWNER / THRESHOLDS]</w:t>
            </w:r>
          </w:p>
        </w:tc>
      </w:tr>
      <w:tr w:rsidR="00223469">
        <w:trPr>
          <w:jc w:val="center"/>
        </w:trPr>
        <w:tc>
          <w:tcPr>
            <w:tcW w:w="3456" w:type="dxa"/>
            <w:tcMar>
              <w:top w:w="70" w:type="dxa"/>
              <w:left w:w="90" w:type="dxa"/>
              <w:bottom w:w="70" w:type="dxa"/>
              <w:right w:w="90" w:type="dxa"/>
            </w:tcMar>
          </w:tcPr>
          <w:p w:rsidR="00223469" w:rsidRDefault="008811B3">
            <w:r>
              <w:rPr>
                <w:b/>
                <w:sz w:val="18"/>
              </w:rPr>
              <w:t>Production release</w:t>
            </w:r>
          </w:p>
        </w:tc>
        <w:tc>
          <w:tcPr>
            <w:tcW w:w="7056" w:type="dxa"/>
            <w:tcMar>
              <w:top w:w="70" w:type="dxa"/>
              <w:left w:w="90" w:type="dxa"/>
              <w:bottom w:w="70" w:type="dxa"/>
              <w:right w:w="90" w:type="dxa"/>
            </w:tcMar>
          </w:tcPr>
          <w:p w:rsidR="00223469" w:rsidRDefault="008811B3">
            <w:r>
              <w:rPr>
                <w:sz w:val="18"/>
              </w:rPr>
              <w:t>[APPROVAL GATE]</w:t>
            </w:r>
          </w:p>
        </w:tc>
      </w:tr>
      <w:tr w:rsidR="00223469">
        <w:trPr>
          <w:jc w:val="center"/>
        </w:trPr>
        <w:tc>
          <w:tcPr>
            <w:tcW w:w="3456" w:type="dxa"/>
            <w:shd w:val="clear" w:color="auto" w:fill="F5F8FC"/>
            <w:tcMar>
              <w:top w:w="70" w:type="dxa"/>
              <w:left w:w="90" w:type="dxa"/>
              <w:bottom w:w="70" w:type="dxa"/>
              <w:right w:w="90" w:type="dxa"/>
            </w:tcMar>
          </w:tcPr>
          <w:p w:rsidR="00223469" w:rsidRDefault="008811B3">
            <w:r>
              <w:rPr>
                <w:b/>
                <w:sz w:val="18"/>
              </w:rPr>
              <w:t>Incident escalation</w:t>
            </w:r>
          </w:p>
        </w:tc>
        <w:tc>
          <w:tcPr>
            <w:tcW w:w="7056" w:type="dxa"/>
            <w:shd w:val="clear" w:color="auto" w:fill="F5F8FC"/>
            <w:tcMar>
              <w:top w:w="70" w:type="dxa"/>
              <w:left w:w="90" w:type="dxa"/>
              <w:bottom w:w="70" w:type="dxa"/>
              <w:right w:w="90" w:type="dxa"/>
            </w:tcMar>
          </w:tcPr>
          <w:p w:rsidR="00223469" w:rsidRDefault="008811B3">
            <w:r>
              <w:rPr>
                <w:sz w:val="18"/>
              </w:rPr>
              <w:t>[PROCESS]</w:t>
            </w:r>
          </w:p>
        </w:tc>
      </w:tr>
      <w:tr w:rsidR="00223469">
        <w:trPr>
          <w:jc w:val="center"/>
        </w:trPr>
        <w:tc>
          <w:tcPr>
            <w:tcW w:w="3456" w:type="dxa"/>
            <w:tcMar>
              <w:top w:w="70" w:type="dxa"/>
              <w:left w:w="90" w:type="dxa"/>
              <w:bottom w:w="70" w:type="dxa"/>
              <w:right w:w="90" w:type="dxa"/>
            </w:tcMar>
          </w:tcPr>
          <w:p w:rsidR="00223469" w:rsidRDefault="008811B3">
            <w:r>
              <w:rPr>
                <w:b/>
                <w:sz w:val="18"/>
              </w:rPr>
              <w:t>Periodic review</w:t>
            </w:r>
          </w:p>
        </w:tc>
        <w:tc>
          <w:tcPr>
            <w:tcW w:w="7056" w:type="dxa"/>
            <w:tcMar>
              <w:top w:w="70" w:type="dxa"/>
              <w:left w:w="90" w:type="dxa"/>
              <w:bottom w:w="70" w:type="dxa"/>
              <w:right w:w="90" w:type="dxa"/>
            </w:tcMar>
          </w:tcPr>
          <w:p w:rsidR="00223469" w:rsidRDefault="008811B3">
            <w:r>
              <w:rPr>
                <w:sz w:val="18"/>
              </w:rPr>
              <w:t>[CADENCE]</w:t>
            </w:r>
          </w:p>
        </w:tc>
      </w:tr>
    </w:tbl>
    <w:p w:rsidR="00223469" w:rsidRDefault="00223469">
      <w:pPr>
        <w:spacing w:after="20"/>
      </w:pPr>
    </w:p>
    <w:p w:rsidR="00223469" w:rsidRDefault="008811B3">
      <w:pPr>
        <w:pStyle w:val="Heading2"/>
      </w:pPr>
      <w:r>
        <w:lastRenderedPageBreak/>
        <w:t>8.4 Public-Sector / Regulated Environment Considerations</w:t>
      </w:r>
    </w:p>
    <w:p w:rsidR="00223469" w:rsidRDefault="008811B3">
      <w:r>
        <w:t xml:space="preserve">Where applicable, the issuing organization should identify </w:t>
      </w:r>
      <w:r>
        <w:t>requirements related to records management, security categorization, federal/state/local policies, NIST-aligned controls, FedRAMP/FISMA environments, CUI, sector regulation, privacy obligations, auditability or other approved frameworks. Do not include the</w:t>
      </w:r>
      <w:r>
        <w:t>se requirements unless applicable and reviewed by authorized stakeholders.</w:t>
      </w:r>
    </w:p>
    <w:p w:rsidR="00223469" w:rsidRDefault="008811B3">
      <w:pPr>
        <w:pStyle w:val="Heading1"/>
      </w:pPr>
      <w:bookmarkStart w:id="9" w:name="sec9"/>
      <w:r>
        <w:t>9. Responsible AI, Human Oversight &amp; Evaluation</w:t>
      </w:r>
      <w:bookmarkEnd w:id="9"/>
    </w:p>
    <w:p w:rsidR="00223469" w:rsidRDefault="008811B3">
      <w:pPr>
        <w:pStyle w:val="Heading2"/>
      </w:pPr>
      <w:r>
        <w:t>9.1 Human Oversight</w:t>
      </w:r>
    </w:p>
    <w:p w:rsidR="00223469" w:rsidRDefault="008811B3">
      <w:pPr>
        <w:pStyle w:val="ListBullet"/>
      </w:pPr>
      <w:r>
        <w:t>Define when AI output is advisory versus operational.</w:t>
      </w:r>
    </w:p>
    <w:p w:rsidR="00223469" w:rsidRDefault="008811B3">
      <w:pPr>
        <w:pStyle w:val="ListBullet"/>
      </w:pPr>
      <w:r>
        <w:t>Define which actions require approval before execution.</w:t>
      </w:r>
    </w:p>
    <w:p w:rsidR="00223469" w:rsidRDefault="008811B3">
      <w:pPr>
        <w:pStyle w:val="ListBullet"/>
      </w:pPr>
      <w:r>
        <w:t>Provide a mechanism for users to correct, reject or escalate AI output.</w:t>
      </w:r>
    </w:p>
    <w:p w:rsidR="00223469" w:rsidRDefault="008811B3">
      <w:pPr>
        <w:pStyle w:val="ListBullet"/>
      </w:pPr>
      <w:r>
        <w:t>Identify accountable human roles for high-impact decisions.</w:t>
      </w:r>
    </w:p>
    <w:p w:rsidR="00223469" w:rsidRDefault="008811B3">
      <w:pPr>
        <w:pStyle w:val="ListBullet"/>
      </w:pPr>
      <w:r>
        <w:t>Ensure the system does not obscure material uncertainty or limitations.</w:t>
      </w:r>
    </w:p>
    <w:p w:rsidR="00223469" w:rsidRDefault="008811B3">
      <w:pPr>
        <w:pStyle w:val="Heading2"/>
      </w:pPr>
      <w:r>
        <w:t>9.2 AI Evaluation Framework</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880"/>
        <w:gridCol w:w="4320"/>
        <w:gridCol w:w="3168"/>
      </w:tblGrid>
      <w:tr w:rsidR="00223469">
        <w:trPr>
          <w:tblHeader/>
          <w:jc w:val="center"/>
        </w:trPr>
        <w:tc>
          <w:tcPr>
            <w:tcW w:w="2880" w:type="dxa"/>
            <w:shd w:val="clear" w:color="auto" w:fill="0B2A4A"/>
            <w:tcMar>
              <w:top w:w="70" w:type="dxa"/>
              <w:left w:w="90" w:type="dxa"/>
              <w:bottom w:w="70" w:type="dxa"/>
              <w:right w:w="90" w:type="dxa"/>
            </w:tcMar>
          </w:tcPr>
          <w:p w:rsidR="00223469" w:rsidRDefault="008811B3">
            <w:r>
              <w:rPr>
                <w:b/>
                <w:color w:val="FFFFFF"/>
                <w:sz w:val="18"/>
              </w:rPr>
              <w:t>DIMENSION</w:t>
            </w:r>
          </w:p>
        </w:tc>
        <w:tc>
          <w:tcPr>
            <w:tcW w:w="4320" w:type="dxa"/>
            <w:shd w:val="clear" w:color="auto" w:fill="0B2A4A"/>
            <w:tcMar>
              <w:top w:w="70" w:type="dxa"/>
              <w:left w:w="90" w:type="dxa"/>
              <w:bottom w:w="70" w:type="dxa"/>
              <w:right w:w="90" w:type="dxa"/>
            </w:tcMar>
          </w:tcPr>
          <w:p w:rsidR="00223469" w:rsidRDefault="008811B3">
            <w:r>
              <w:rPr>
                <w:b/>
                <w:color w:val="FFFFFF"/>
                <w:sz w:val="18"/>
              </w:rPr>
              <w:t>EXAMPLE MEASUR</w:t>
            </w:r>
            <w:r>
              <w:rPr>
                <w:b/>
                <w:color w:val="FFFFFF"/>
                <w:sz w:val="18"/>
              </w:rPr>
              <w:t>E</w:t>
            </w:r>
          </w:p>
        </w:tc>
        <w:tc>
          <w:tcPr>
            <w:tcW w:w="3168" w:type="dxa"/>
            <w:shd w:val="clear" w:color="auto" w:fill="0B2A4A"/>
            <w:tcMar>
              <w:top w:w="70" w:type="dxa"/>
              <w:left w:w="90" w:type="dxa"/>
              <w:bottom w:w="70" w:type="dxa"/>
              <w:right w:w="90" w:type="dxa"/>
            </w:tcMar>
          </w:tcPr>
          <w:p w:rsidR="00223469" w:rsidRDefault="008811B3">
            <w:r>
              <w:rPr>
                <w:b/>
                <w:color w:val="FFFFFF"/>
                <w:sz w:val="18"/>
              </w:rPr>
              <w:t>ACCEPTANCE THRESHOLD</w:t>
            </w:r>
          </w:p>
        </w:tc>
      </w:tr>
      <w:tr w:rsidR="00223469">
        <w:trPr>
          <w:jc w:val="center"/>
        </w:trPr>
        <w:tc>
          <w:tcPr>
            <w:tcW w:w="2880" w:type="dxa"/>
            <w:tcMar>
              <w:top w:w="70" w:type="dxa"/>
              <w:left w:w="90" w:type="dxa"/>
              <w:bottom w:w="70" w:type="dxa"/>
              <w:right w:w="90" w:type="dxa"/>
            </w:tcMar>
          </w:tcPr>
          <w:p w:rsidR="00223469" w:rsidRDefault="008811B3">
            <w:r>
              <w:rPr>
                <w:sz w:val="18"/>
              </w:rPr>
              <w:t>Task success</w:t>
            </w:r>
          </w:p>
        </w:tc>
        <w:tc>
          <w:tcPr>
            <w:tcW w:w="4320" w:type="dxa"/>
            <w:tcMar>
              <w:top w:w="70" w:type="dxa"/>
              <w:left w:w="90" w:type="dxa"/>
              <w:bottom w:w="70" w:type="dxa"/>
              <w:right w:w="90" w:type="dxa"/>
            </w:tcMar>
          </w:tcPr>
          <w:p w:rsidR="00223469" w:rsidRDefault="008811B3">
            <w:r>
              <w:rPr>
                <w:sz w:val="18"/>
              </w:rPr>
              <w:t>Correct completion of defined task</w:t>
            </w:r>
          </w:p>
        </w:tc>
        <w:tc>
          <w:tcPr>
            <w:tcW w:w="3168" w:type="dxa"/>
            <w:tcMar>
              <w:top w:w="70" w:type="dxa"/>
              <w:left w:w="90" w:type="dxa"/>
              <w:bottom w:w="70" w:type="dxa"/>
              <w:right w:w="90" w:type="dxa"/>
            </w:tcMar>
          </w:tcPr>
          <w:p w:rsidR="00223469" w:rsidRDefault="008811B3">
            <w:r>
              <w:rPr>
                <w:sz w:val="18"/>
              </w:rPr>
              <w:t>[THRESHOLD]</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sz w:val="18"/>
              </w:rPr>
              <w:t>Accuracy / groundedness</w:t>
            </w:r>
          </w:p>
        </w:tc>
        <w:tc>
          <w:tcPr>
            <w:tcW w:w="4320" w:type="dxa"/>
            <w:shd w:val="clear" w:color="auto" w:fill="F5F8FC"/>
            <w:tcMar>
              <w:top w:w="70" w:type="dxa"/>
              <w:left w:w="90" w:type="dxa"/>
              <w:bottom w:w="70" w:type="dxa"/>
              <w:right w:w="90" w:type="dxa"/>
            </w:tcMar>
          </w:tcPr>
          <w:p w:rsidR="00223469" w:rsidRDefault="008811B3">
            <w:r>
              <w:rPr>
                <w:sz w:val="18"/>
              </w:rPr>
              <w:t>Factual correctness against approved source</w:t>
            </w:r>
          </w:p>
        </w:tc>
        <w:tc>
          <w:tcPr>
            <w:tcW w:w="3168" w:type="dxa"/>
            <w:shd w:val="clear" w:color="auto" w:fill="F5F8FC"/>
            <w:tcMar>
              <w:top w:w="70" w:type="dxa"/>
              <w:left w:w="90" w:type="dxa"/>
              <w:bottom w:w="70" w:type="dxa"/>
              <w:right w:w="90" w:type="dxa"/>
            </w:tcMar>
          </w:tcPr>
          <w:p w:rsidR="00223469" w:rsidRDefault="008811B3">
            <w:r>
              <w:rPr>
                <w:sz w:val="18"/>
              </w:rPr>
              <w:t>[THRESHOLD]</w:t>
            </w:r>
          </w:p>
        </w:tc>
      </w:tr>
      <w:tr w:rsidR="00223469">
        <w:trPr>
          <w:jc w:val="center"/>
        </w:trPr>
        <w:tc>
          <w:tcPr>
            <w:tcW w:w="2880" w:type="dxa"/>
            <w:tcMar>
              <w:top w:w="70" w:type="dxa"/>
              <w:left w:w="90" w:type="dxa"/>
              <w:bottom w:w="70" w:type="dxa"/>
              <w:right w:w="90" w:type="dxa"/>
            </w:tcMar>
          </w:tcPr>
          <w:p w:rsidR="00223469" w:rsidRDefault="008811B3">
            <w:r>
              <w:rPr>
                <w:sz w:val="18"/>
              </w:rPr>
              <w:t>Retrieval quality</w:t>
            </w:r>
          </w:p>
        </w:tc>
        <w:tc>
          <w:tcPr>
            <w:tcW w:w="4320" w:type="dxa"/>
            <w:tcMar>
              <w:top w:w="70" w:type="dxa"/>
              <w:left w:w="90" w:type="dxa"/>
              <w:bottom w:w="70" w:type="dxa"/>
              <w:right w:w="90" w:type="dxa"/>
            </w:tcMar>
          </w:tcPr>
          <w:p w:rsidR="00223469" w:rsidRDefault="008811B3">
            <w:r>
              <w:rPr>
                <w:sz w:val="18"/>
              </w:rPr>
              <w:t>Relevant source retrieval / citation</w:t>
            </w:r>
          </w:p>
        </w:tc>
        <w:tc>
          <w:tcPr>
            <w:tcW w:w="3168" w:type="dxa"/>
            <w:tcMar>
              <w:top w:w="70" w:type="dxa"/>
              <w:left w:w="90" w:type="dxa"/>
              <w:bottom w:w="70" w:type="dxa"/>
              <w:right w:w="90" w:type="dxa"/>
            </w:tcMar>
          </w:tcPr>
          <w:p w:rsidR="00223469" w:rsidRDefault="008811B3">
            <w:r>
              <w:rPr>
                <w:sz w:val="18"/>
              </w:rPr>
              <w:t>[THRESHOLD]</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sz w:val="18"/>
              </w:rPr>
              <w:t>Safety</w:t>
            </w:r>
          </w:p>
        </w:tc>
        <w:tc>
          <w:tcPr>
            <w:tcW w:w="4320" w:type="dxa"/>
            <w:shd w:val="clear" w:color="auto" w:fill="F5F8FC"/>
            <w:tcMar>
              <w:top w:w="70" w:type="dxa"/>
              <w:left w:w="90" w:type="dxa"/>
              <w:bottom w:w="70" w:type="dxa"/>
              <w:right w:w="90" w:type="dxa"/>
            </w:tcMar>
          </w:tcPr>
          <w:p w:rsidR="00223469" w:rsidRDefault="008811B3">
            <w:r>
              <w:rPr>
                <w:sz w:val="18"/>
              </w:rPr>
              <w:t xml:space="preserve">Unsafe / </w:t>
            </w:r>
            <w:r>
              <w:rPr>
                <w:sz w:val="18"/>
              </w:rPr>
              <w:t>prohibited output rate</w:t>
            </w:r>
          </w:p>
        </w:tc>
        <w:tc>
          <w:tcPr>
            <w:tcW w:w="3168" w:type="dxa"/>
            <w:shd w:val="clear" w:color="auto" w:fill="F5F8FC"/>
            <w:tcMar>
              <w:top w:w="70" w:type="dxa"/>
              <w:left w:w="90" w:type="dxa"/>
              <w:bottom w:w="70" w:type="dxa"/>
              <w:right w:w="90" w:type="dxa"/>
            </w:tcMar>
          </w:tcPr>
          <w:p w:rsidR="00223469" w:rsidRDefault="008811B3">
            <w:r>
              <w:rPr>
                <w:sz w:val="18"/>
              </w:rPr>
              <w:t>[THRESHOLD]</w:t>
            </w:r>
          </w:p>
        </w:tc>
      </w:tr>
      <w:tr w:rsidR="00223469">
        <w:trPr>
          <w:jc w:val="center"/>
        </w:trPr>
        <w:tc>
          <w:tcPr>
            <w:tcW w:w="2880" w:type="dxa"/>
            <w:tcMar>
              <w:top w:w="70" w:type="dxa"/>
              <w:left w:w="90" w:type="dxa"/>
              <w:bottom w:w="70" w:type="dxa"/>
              <w:right w:w="90" w:type="dxa"/>
            </w:tcMar>
          </w:tcPr>
          <w:p w:rsidR="00223469" w:rsidRDefault="008811B3">
            <w:r>
              <w:rPr>
                <w:sz w:val="18"/>
              </w:rPr>
              <w:t>Security</w:t>
            </w:r>
          </w:p>
        </w:tc>
        <w:tc>
          <w:tcPr>
            <w:tcW w:w="4320" w:type="dxa"/>
            <w:tcMar>
              <w:top w:w="70" w:type="dxa"/>
              <w:left w:w="90" w:type="dxa"/>
              <w:bottom w:w="70" w:type="dxa"/>
              <w:right w:w="90" w:type="dxa"/>
            </w:tcMar>
          </w:tcPr>
          <w:p w:rsidR="00223469" w:rsidRDefault="008811B3">
            <w:r>
              <w:rPr>
                <w:sz w:val="18"/>
              </w:rPr>
              <w:t>Adversarial / unauthorized action success rate</w:t>
            </w:r>
          </w:p>
        </w:tc>
        <w:tc>
          <w:tcPr>
            <w:tcW w:w="3168" w:type="dxa"/>
            <w:tcMar>
              <w:top w:w="70" w:type="dxa"/>
              <w:left w:w="90" w:type="dxa"/>
              <w:bottom w:w="70" w:type="dxa"/>
              <w:right w:w="90" w:type="dxa"/>
            </w:tcMar>
          </w:tcPr>
          <w:p w:rsidR="00223469" w:rsidRDefault="008811B3">
            <w:r>
              <w:rPr>
                <w:sz w:val="18"/>
              </w:rPr>
              <w:t>[THRESHOLD]</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sz w:val="18"/>
              </w:rPr>
              <w:t>Latency</w:t>
            </w:r>
          </w:p>
        </w:tc>
        <w:tc>
          <w:tcPr>
            <w:tcW w:w="4320" w:type="dxa"/>
            <w:shd w:val="clear" w:color="auto" w:fill="F5F8FC"/>
            <w:tcMar>
              <w:top w:w="70" w:type="dxa"/>
              <w:left w:w="90" w:type="dxa"/>
              <w:bottom w:w="70" w:type="dxa"/>
              <w:right w:w="90" w:type="dxa"/>
            </w:tcMar>
          </w:tcPr>
          <w:p w:rsidR="00223469" w:rsidRDefault="008811B3">
            <w:r>
              <w:rPr>
                <w:sz w:val="18"/>
              </w:rPr>
              <w:t>Response / action time</w:t>
            </w:r>
          </w:p>
        </w:tc>
        <w:tc>
          <w:tcPr>
            <w:tcW w:w="3168" w:type="dxa"/>
            <w:shd w:val="clear" w:color="auto" w:fill="F5F8FC"/>
            <w:tcMar>
              <w:top w:w="70" w:type="dxa"/>
              <w:left w:w="90" w:type="dxa"/>
              <w:bottom w:w="70" w:type="dxa"/>
              <w:right w:w="90" w:type="dxa"/>
            </w:tcMar>
          </w:tcPr>
          <w:p w:rsidR="00223469" w:rsidRDefault="008811B3">
            <w:r>
              <w:rPr>
                <w:sz w:val="18"/>
              </w:rPr>
              <w:t>[THRESHOLD]</w:t>
            </w:r>
          </w:p>
        </w:tc>
      </w:tr>
      <w:tr w:rsidR="00223469">
        <w:trPr>
          <w:jc w:val="center"/>
        </w:trPr>
        <w:tc>
          <w:tcPr>
            <w:tcW w:w="2880" w:type="dxa"/>
            <w:tcMar>
              <w:top w:w="70" w:type="dxa"/>
              <w:left w:w="90" w:type="dxa"/>
              <w:bottom w:w="70" w:type="dxa"/>
              <w:right w:w="90" w:type="dxa"/>
            </w:tcMar>
          </w:tcPr>
          <w:p w:rsidR="00223469" w:rsidRDefault="008811B3">
            <w:r>
              <w:rPr>
                <w:sz w:val="18"/>
              </w:rPr>
              <w:t>Cost</w:t>
            </w:r>
          </w:p>
        </w:tc>
        <w:tc>
          <w:tcPr>
            <w:tcW w:w="4320" w:type="dxa"/>
            <w:tcMar>
              <w:top w:w="70" w:type="dxa"/>
              <w:left w:w="90" w:type="dxa"/>
              <w:bottom w:w="70" w:type="dxa"/>
              <w:right w:w="90" w:type="dxa"/>
            </w:tcMar>
          </w:tcPr>
          <w:p w:rsidR="00223469" w:rsidRDefault="008811B3">
            <w:r>
              <w:rPr>
                <w:sz w:val="18"/>
              </w:rPr>
              <w:t>Cost per task / 1K requests / user</w:t>
            </w:r>
          </w:p>
        </w:tc>
        <w:tc>
          <w:tcPr>
            <w:tcW w:w="3168" w:type="dxa"/>
            <w:tcMar>
              <w:top w:w="70" w:type="dxa"/>
              <w:left w:w="90" w:type="dxa"/>
              <w:bottom w:w="70" w:type="dxa"/>
              <w:right w:w="90" w:type="dxa"/>
            </w:tcMar>
          </w:tcPr>
          <w:p w:rsidR="00223469" w:rsidRDefault="008811B3">
            <w:r>
              <w:rPr>
                <w:sz w:val="18"/>
              </w:rPr>
              <w:t>[THRESHOLD]</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sz w:val="18"/>
              </w:rPr>
              <w:t>Human override</w:t>
            </w:r>
          </w:p>
        </w:tc>
        <w:tc>
          <w:tcPr>
            <w:tcW w:w="4320" w:type="dxa"/>
            <w:shd w:val="clear" w:color="auto" w:fill="F5F8FC"/>
            <w:tcMar>
              <w:top w:w="70" w:type="dxa"/>
              <w:left w:w="90" w:type="dxa"/>
              <w:bottom w:w="70" w:type="dxa"/>
              <w:right w:w="90" w:type="dxa"/>
            </w:tcMar>
          </w:tcPr>
          <w:p w:rsidR="00223469" w:rsidRDefault="008811B3">
            <w:r>
              <w:rPr>
                <w:sz w:val="18"/>
              </w:rPr>
              <w:t>Override / escalation rate</w:t>
            </w:r>
          </w:p>
        </w:tc>
        <w:tc>
          <w:tcPr>
            <w:tcW w:w="3168" w:type="dxa"/>
            <w:shd w:val="clear" w:color="auto" w:fill="F5F8FC"/>
            <w:tcMar>
              <w:top w:w="70" w:type="dxa"/>
              <w:left w:w="90" w:type="dxa"/>
              <w:bottom w:w="70" w:type="dxa"/>
              <w:right w:w="90" w:type="dxa"/>
            </w:tcMar>
          </w:tcPr>
          <w:p w:rsidR="00223469" w:rsidRDefault="008811B3">
            <w:r>
              <w:rPr>
                <w:sz w:val="18"/>
              </w:rPr>
              <w:t>[THRESHOLD]</w:t>
            </w:r>
          </w:p>
        </w:tc>
      </w:tr>
    </w:tbl>
    <w:p w:rsidR="00223469" w:rsidRDefault="00223469">
      <w:pPr>
        <w:spacing w:after="20"/>
      </w:pPr>
    </w:p>
    <w:p w:rsidR="00223469" w:rsidRDefault="008811B3">
      <w:pPr>
        <w:pStyle w:val="Heading2"/>
      </w:pPr>
      <w:r>
        <w:t>9.3 Hallucination &amp; Uncertainty Handling</w:t>
      </w:r>
    </w:p>
    <w:p w:rsidR="00223469" w:rsidRDefault="008811B3">
      <w:pPr>
        <w:pStyle w:val="ListBullet"/>
      </w:pPr>
      <w:r>
        <w:t>Use grounded retrieval or deterministic systems where factual precision is required.</w:t>
      </w:r>
    </w:p>
    <w:p w:rsidR="00223469" w:rsidRDefault="008811B3">
      <w:pPr>
        <w:pStyle w:val="ListBullet"/>
      </w:pPr>
      <w:r>
        <w:t>Provide citations or provenance where appropriate.</w:t>
      </w:r>
    </w:p>
    <w:p w:rsidR="00223469" w:rsidRDefault="008811B3">
      <w:pPr>
        <w:pStyle w:val="ListBullet"/>
      </w:pPr>
      <w:r>
        <w:t>Refuse or escalate when confidence or evidence is insufficient.</w:t>
      </w:r>
    </w:p>
    <w:p w:rsidR="00223469" w:rsidRDefault="008811B3">
      <w:pPr>
        <w:pStyle w:val="ListBullet"/>
      </w:pPr>
      <w:r>
        <w:t>Avoid present</w:t>
      </w:r>
      <w:r>
        <w:t>ing generated content as verified fact when it is not.</w:t>
      </w:r>
    </w:p>
    <w:p w:rsidR="00223469" w:rsidRDefault="008811B3">
      <w:pPr>
        <w:pStyle w:val="ListBullet"/>
      </w:pPr>
      <w:r>
        <w:t>Track material hallucination and correction patterns during operation.</w:t>
      </w:r>
    </w:p>
    <w:p w:rsidR="00223469" w:rsidRDefault="008811B3">
      <w:pPr>
        <w:pStyle w:val="Heading2"/>
      </w:pPr>
      <w:r>
        <w:t>9.4 Model / Prompt Change Management</w:t>
      </w:r>
    </w:p>
    <w:p w:rsidR="00223469" w:rsidRDefault="008811B3">
      <w:pPr>
        <w:pStyle w:val="ListBullet"/>
      </w:pPr>
      <w:r>
        <w:t>Version prompts, policies, tools, models and evaluation datasets.</w:t>
      </w:r>
    </w:p>
    <w:p w:rsidR="00223469" w:rsidRDefault="008811B3">
      <w:pPr>
        <w:pStyle w:val="ListBullet"/>
      </w:pPr>
      <w:r>
        <w:t>Re-run regression evaluatio</w:t>
      </w:r>
      <w:r>
        <w:t>ns after material changes.</w:t>
      </w:r>
    </w:p>
    <w:p w:rsidR="00223469" w:rsidRDefault="008811B3">
      <w:pPr>
        <w:pStyle w:val="ListBullet"/>
      </w:pPr>
      <w:r>
        <w:t>Define approval gates for model/provider changes.</w:t>
      </w:r>
    </w:p>
    <w:p w:rsidR="00223469" w:rsidRDefault="008811B3">
      <w:pPr>
        <w:pStyle w:val="ListBullet"/>
      </w:pPr>
      <w:r>
        <w:t>Document expected impact on quality, latency, cost and risk.</w:t>
      </w:r>
    </w:p>
    <w:p w:rsidR="00650BB0" w:rsidRDefault="00650BB0">
      <w:pPr>
        <w:spacing w:after="200" w:line="276" w:lineRule="auto"/>
        <w:rPr>
          <w:rFonts w:asciiTheme="majorHAnsi" w:eastAsiaTheme="majorEastAsia" w:hAnsiTheme="majorHAnsi" w:cstheme="majorBidi"/>
          <w:b/>
          <w:bCs/>
          <w:color w:val="0B2A4A"/>
          <w:sz w:val="32"/>
          <w:szCs w:val="28"/>
        </w:rPr>
      </w:pPr>
      <w:bookmarkStart w:id="10" w:name="sec10"/>
      <w:r>
        <w:br w:type="page"/>
      </w:r>
    </w:p>
    <w:p w:rsidR="00223469" w:rsidRDefault="008811B3">
      <w:pPr>
        <w:pStyle w:val="Heading1"/>
      </w:pPr>
      <w:r>
        <w:lastRenderedPageBreak/>
        <w:t>10. Accessibility, UX &amp; Change Management</w:t>
      </w:r>
      <w:bookmarkEnd w:id="10"/>
    </w:p>
    <w:p w:rsidR="00223469" w:rsidRDefault="008811B3">
      <w:pPr>
        <w:pStyle w:val="Heading2"/>
      </w:pPr>
      <w:r>
        <w:t>10.1 User Experience Requirements</w:t>
      </w:r>
    </w:p>
    <w:p w:rsidR="00223469" w:rsidRDefault="008811B3">
      <w:pPr>
        <w:pStyle w:val="ListBullet"/>
      </w:pPr>
      <w:r>
        <w:t xml:space="preserve">Clearly identify AI-generated or </w:t>
      </w:r>
      <w:r>
        <w:t>AI-assisted experiences when required by organizational policy.</w:t>
      </w:r>
    </w:p>
    <w:p w:rsidR="00223469" w:rsidRDefault="008811B3">
      <w:pPr>
        <w:pStyle w:val="ListBullet"/>
      </w:pPr>
      <w:r>
        <w:t>Explain limitations, escalation paths and available human support where appropriate.</w:t>
      </w:r>
    </w:p>
    <w:p w:rsidR="00223469" w:rsidRDefault="008811B3">
      <w:pPr>
        <w:pStyle w:val="ListBullet"/>
      </w:pPr>
      <w:r>
        <w:t>Design conversational or AI interfaces to minimize ambiguity and unsupported assumptions.</w:t>
      </w:r>
    </w:p>
    <w:p w:rsidR="00223469" w:rsidRDefault="008811B3">
      <w:pPr>
        <w:pStyle w:val="ListBullet"/>
      </w:pPr>
      <w:r>
        <w:t>Provide user feed</w:t>
      </w:r>
      <w:r>
        <w:t>back and correction mechanisms.</w:t>
      </w:r>
    </w:p>
    <w:p w:rsidR="00223469" w:rsidRDefault="008811B3">
      <w:pPr>
        <w:pStyle w:val="ListBullet"/>
      </w:pPr>
      <w:r>
        <w:t>Preserve usability when AI services are unavailable.</w:t>
      </w:r>
    </w:p>
    <w:p w:rsidR="00223469" w:rsidRDefault="008811B3">
      <w:pPr>
        <w:pStyle w:val="Heading2"/>
      </w:pPr>
      <w:r>
        <w:t>10.2 Accessibility</w:t>
      </w:r>
    </w:p>
    <w:p w:rsidR="00223469" w:rsidRDefault="008811B3">
      <w:r>
        <w:t>The solution should meet the organization’s approved accessibility requirements and applicable standards. Requirements may include keyboard access, scre</w:t>
      </w:r>
      <w:r>
        <w:t>en-reader compatibility, color contrast, accessible forms, accessible generated content and equivalent non-conversational paths where needed.</w:t>
      </w:r>
    </w:p>
    <w:p w:rsidR="00223469" w:rsidRDefault="008811B3">
      <w:pPr>
        <w:pStyle w:val="Heading2"/>
      </w:pPr>
      <w:r>
        <w:t>10.3 Adoption &amp; Change Management</w:t>
      </w:r>
    </w:p>
    <w:p w:rsidR="00223469" w:rsidRDefault="008811B3">
      <w:pPr>
        <w:pStyle w:val="ListBullet"/>
      </w:pPr>
      <w:r>
        <w:t>Stakeholder communication and adoption plan.</w:t>
      </w:r>
    </w:p>
    <w:p w:rsidR="00223469" w:rsidRDefault="008811B3">
      <w:pPr>
        <w:pStyle w:val="ListBullet"/>
      </w:pPr>
      <w:r>
        <w:t>Role-based user training.</w:t>
      </w:r>
    </w:p>
    <w:p w:rsidR="00223469" w:rsidRDefault="008811B3">
      <w:pPr>
        <w:pStyle w:val="ListBullet"/>
      </w:pPr>
      <w:r>
        <w:t>Administr</w:t>
      </w:r>
      <w:r>
        <w:t>ator / operator training.</w:t>
      </w:r>
    </w:p>
    <w:p w:rsidR="00223469" w:rsidRDefault="008811B3">
      <w:pPr>
        <w:pStyle w:val="ListBullet"/>
      </w:pPr>
      <w:r>
        <w:t>Acceptable-use and responsible-use guidance.</w:t>
      </w:r>
    </w:p>
    <w:p w:rsidR="00223469" w:rsidRDefault="008811B3">
      <w:pPr>
        <w:pStyle w:val="ListBullet"/>
      </w:pPr>
      <w:r>
        <w:t>Change champions / support model where appropriate.</w:t>
      </w:r>
    </w:p>
    <w:p w:rsidR="00223469" w:rsidRDefault="008811B3">
      <w:pPr>
        <w:pStyle w:val="ListBullet"/>
      </w:pPr>
      <w:r>
        <w:t>Feedback collection and post-launch improvement process.</w:t>
      </w:r>
    </w:p>
    <w:p w:rsidR="00223469" w:rsidRDefault="008811B3">
      <w:pPr>
        <w:pStyle w:val="Heading1"/>
      </w:pPr>
      <w:bookmarkStart w:id="11" w:name="sec11"/>
      <w:r>
        <w:t>11. Deliverables &amp; Acceptance Criteria</w:t>
      </w:r>
      <w:bookmarkEnd w:id="11"/>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880"/>
        <w:gridCol w:w="4608"/>
        <w:gridCol w:w="3024"/>
      </w:tblGrid>
      <w:tr w:rsidR="00223469">
        <w:trPr>
          <w:tblHeader/>
          <w:jc w:val="center"/>
        </w:trPr>
        <w:tc>
          <w:tcPr>
            <w:tcW w:w="2880" w:type="dxa"/>
            <w:shd w:val="clear" w:color="auto" w:fill="0B2A4A"/>
            <w:tcMar>
              <w:top w:w="70" w:type="dxa"/>
              <w:left w:w="90" w:type="dxa"/>
              <w:bottom w:w="70" w:type="dxa"/>
              <w:right w:w="90" w:type="dxa"/>
            </w:tcMar>
          </w:tcPr>
          <w:p w:rsidR="00223469" w:rsidRDefault="008811B3">
            <w:r>
              <w:rPr>
                <w:b/>
                <w:color w:val="FFFFFF"/>
                <w:sz w:val="18"/>
              </w:rPr>
              <w:t>DELIVERABLE</w:t>
            </w:r>
          </w:p>
        </w:tc>
        <w:tc>
          <w:tcPr>
            <w:tcW w:w="4608" w:type="dxa"/>
            <w:shd w:val="clear" w:color="auto" w:fill="0B2A4A"/>
            <w:tcMar>
              <w:top w:w="70" w:type="dxa"/>
              <w:left w:w="90" w:type="dxa"/>
              <w:bottom w:w="70" w:type="dxa"/>
              <w:right w:w="90" w:type="dxa"/>
            </w:tcMar>
          </w:tcPr>
          <w:p w:rsidR="00223469" w:rsidRDefault="008811B3">
            <w:r>
              <w:rPr>
                <w:b/>
                <w:color w:val="FFFFFF"/>
                <w:sz w:val="18"/>
              </w:rPr>
              <w:t>MINIMUM CONTENT</w:t>
            </w:r>
          </w:p>
        </w:tc>
        <w:tc>
          <w:tcPr>
            <w:tcW w:w="3024" w:type="dxa"/>
            <w:shd w:val="clear" w:color="auto" w:fill="0B2A4A"/>
            <w:tcMar>
              <w:top w:w="70" w:type="dxa"/>
              <w:left w:w="90" w:type="dxa"/>
              <w:bottom w:w="70" w:type="dxa"/>
              <w:right w:w="90" w:type="dxa"/>
            </w:tcMar>
          </w:tcPr>
          <w:p w:rsidR="00223469" w:rsidRDefault="008811B3">
            <w:r>
              <w:rPr>
                <w:b/>
                <w:color w:val="FFFFFF"/>
                <w:sz w:val="18"/>
              </w:rPr>
              <w:t>ACCEPTANC</w:t>
            </w:r>
            <w:r>
              <w:rPr>
                <w:b/>
                <w:color w:val="FFFFFF"/>
                <w:sz w:val="18"/>
              </w:rPr>
              <w:t>E BASIS</w:t>
            </w:r>
          </w:p>
        </w:tc>
      </w:tr>
      <w:tr w:rsidR="00223469">
        <w:trPr>
          <w:jc w:val="center"/>
        </w:trPr>
        <w:tc>
          <w:tcPr>
            <w:tcW w:w="2880" w:type="dxa"/>
            <w:tcMar>
              <w:top w:w="70" w:type="dxa"/>
              <w:left w:w="90" w:type="dxa"/>
              <w:bottom w:w="70" w:type="dxa"/>
              <w:right w:w="90" w:type="dxa"/>
            </w:tcMar>
          </w:tcPr>
          <w:p w:rsidR="00223469" w:rsidRDefault="008811B3">
            <w:r>
              <w:rPr>
                <w:sz w:val="18"/>
              </w:rPr>
              <w:t>Discovery / AI Readiness Report</w:t>
            </w:r>
          </w:p>
        </w:tc>
        <w:tc>
          <w:tcPr>
            <w:tcW w:w="4608" w:type="dxa"/>
            <w:tcMar>
              <w:top w:w="70" w:type="dxa"/>
              <w:left w:w="90" w:type="dxa"/>
              <w:bottom w:w="70" w:type="dxa"/>
              <w:right w:w="90" w:type="dxa"/>
            </w:tcMar>
          </w:tcPr>
          <w:p w:rsidR="00223469" w:rsidRDefault="008811B3">
            <w:r>
              <w:rPr>
                <w:sz w:val="18"/>
              </w:rPr>
              <w:t>Current state, use cases, risks, dependencies, roadmap</w:t>
            </w:r>
          </w:p>
        </w:tc>
        <w:tc>
          <w:tcPr>
            <w:tcW w:w="3024" w:type="dxa"/>
            <w:tcMar>
              <w:top w:w="70" w:type="dxa"/>
              <w:left w:w="90" w:type="dxa"/>
              <w:bottom w:w="70" w:type="dxa"/>
              <w:right w:w="90" w:type="dxa"/>
            </w:tcMar>
          </w:tcPr>
          <w:p w:rsidR="00223469" w:rsidRDefault="008811B3">
            <w:r>
              <w:rPr>
                <w:sz w:val="18"/>
              </w:rPr>
              <w:t>Approved by project owner</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sz w:val="18"/>
              </w:rPr>
              <w:t>Solution Architecture</w:t>
            </w:r>
          </w:p>
        </w:tc>
        <w:tc>
          <w:tcPr>
            <w:tcW w:w="4608" w:type="dxa"/>
            <w:shd w:val="clear" w:color="auto" w:fill="F5F8FC"/>
            <w:tcMar>
              <w:top w:w="70" w:type="dxa"/>
              <w:left w:w="90" w:type="dxa"/>
              <w:bottom w:w="70" w:type="dxa"/>
              <w:right w:w="90" w:type="dxa"/>
            </w:tcMar>
          </w:tcPr>
          <w:p w:rsidR="00223469" w:rsidRDefault="008811B3">
            <w:r>
              <w:rPr>
                <w:sz w:val="18"/>
              </w:rPr>
              <w:t>Diagrams, components, data flows, model/provider choices, trust boundaries</w:t>
            </w:r>
          </w:p>
        </w:tc>
        <w:tc>
          <w:tcPr>
            <w:tcW w:w="3024" w:type="dxa"/>
            <w:shd w:val="clear" w:color="auto" w:fill="F5F8FC"/>
            <w:tcMar>
              <w:top w:w="70" w:type="dxa"/>
              <w:left w:w="90" w:type="dxa"/>
              <w:bottom w:w="70" w:type="dxa"/>
              <w:right w:w="90" w:type="dxa"/>
            </w:tcMar>
          </w:tcPr>
          <w:p w:rsidR="00223469" w:rsidRDefault="008811B3">
            <w:r>
              <w:rPr>
                <w:sz w:val="18"/>
              </w:rPr>
              <w:t>Architecture/security review</w:t>
            </w:r>
          </w:p>
        </w:tc>
      </w:tr>
      <w:tr w:rsidR="00223469">
        <w:trPr>
          <w:jc w:val="center"/>
        </w:trPr>
        <w:tc>
          <w:tcPr>
            <w:tcW w:w="2880" w:type="dxa"/>
            <w:tcMar>
              <w:top w:w="70" w:type="dxa"/>
              <w:left w:w="90" w:type="dxa"/>
              <w:bottom w:w="70" w:type="dxa"/>
              <w:right w:w="90" w:type="dxa"/>
            </w:tcMar>
          </w:tcPr>
          <w:p w:rsidR="00223469" w:rsidRDefault="008811B3">
            <w:r>
              <w:rPr>
                <w:sz w:val="18"/>
              </w:rPr>
              <w:t xml:space="preserve">Pilot </w:t>
            </w:r>
            <w:r>
              <w:rPr>
                <w:sz w:val="18"/>
              </w:rPr>
              <w:t>/ Prototype</w:t>
            </w:r>
          </w:p>
        </w:tc>
        <w:tc>
          <w:tcPr>
            <w:tcW w:w="4608" w:type="dxa"/>
            <w:tcMar>
              <w:top w:w="70" w:type="dxa"/>
              <w:left w:w="90" w:type="dxa"/>
              <w:bottom w:w="70" w:type="dxa"/>
              <w:right w:w="90" w:type="dxa"/>
            </w:tcMar>
          </w:tcPr>
          <w:p w:rsidR="00223469" w:rsidRDefault="008811B3">
            <w:r>
              <w:rPr>
                <w:sz w:val="18"/>
              </w:rPr>
              <w:t>Working bounded use case with evaluation results</w:t>
            </w:r>
          </w:p>
        </w:tc>
        <w:tc>
          <w:tcPr>
            <w:tcW w:w="3024" w:type="dxa"/>
            <w:tcMar>
              <w:top w:w="70" w:type="dxa"/>
              <w:left w:w="90" w:type="dxa"/>
              <w:bottom w:w="70" w:type="dxa"/>
              <w:right w:w="90" w:type="dxa"/>
            </w:tcMar>
          </w:tcPr>
          <w:p w:rsidR="00223469" w:rsidRDefault="008811B3">
            <w:r>
              <w:rPr>
                <w:sz w:val="18"/>
              </w:rPr>
              <w:t>Pilot success criteria</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sz w:val="18"/>
              </w:rPr>
              <w:t>Production Solution</w:t>
            </w:r>
          </w:p>
        </w:tc>
        <w:tc>
          <w:tcPr>
            <w:tcW w:w="4608" w:type="dxa"/>
            <w:shd w:val="clear" w:color="auto" w:fill="F5F8FC"/>
            <w:tcMar>
              <w:top w:w="70" w:type="dxa"/>
              <w:left w:w="90" w:type="dxa"/>
              <w:bottom w:w="70" w:type="dxa"/>
              <w:right w:w="90" w:type="dxa"/>
            </w:tcMar>
          </w:tcPr>
          <w:p w:rsidR="00223469" w:rsidRDefault="008811B3">
            <w:r>
              <w:rPr>
                <w:sz w:val="18"/>
              </w:rPr>
              <w:t>Configured/developed AI capability and integrations</w:t>
            </w:r>
          </w:p>
        </w:tc>
        <w:tc>
          <w:tcPr>
            <w:tcW w:w="3024" w:type="dxa"/>
            <w:shd w:val="clear" w:color="auto" w:fill="F5F8FC"/>
            <w:tcMar>
              <w:top w:w="70" w:type="dxa"/>
              <w:left w:w="90" w:type="dxa"/>
              <w:bottom w:w="70" w:type="dxa"/>
              <w:right w:w="90" w:type="dxa"/>
            </w:tcMar>
          </w:tcPr>
          <w:p w:rsidR="00223469" w:rsidRDefault="008811B3">
            <w:r>
              <w:rPr>
                <w:sz w:val="18"/>
              </w:rPr>
              <w:t>Functional/security/evaluation testing</w:t>
            </w:r>
          </w:p>
        </w:tc>
      </w:tr>
      <w:tr w:rsidR="00223469">
        <w:trPr>
          <w:jc w:val="center"/>
        </w:trPr>
        <w:tc>
          <w:tcPr>
            <w:tcW w:w="2880" w:type="dxa"/>
            <w:tcMar>
              <w:top w:w="70" w:type="dxa"/>
              <w:left w:w="90" w:type="dxa"/>
              <w:bottom w:w="70" w:type="dxa"/>
              <w:right w:w="90" w:type="dxa"/>
            </w:tcMar>
          </w:tcPr>
          <w:p w:rsidR="00223469" w:rsidRDefault="008811B3">
            <w:r>
              <w:rPr>
                <w:sz w:val="18"/>
              </w:rPr>
              <w:t>Evaluation Package</w:t>
            </w:r>
          </w:p>
        </w:tc>
        <w:tc>
          <w:tcPr>
            <w:tcW w:w="4608" w:type="dxa"/>
            <w:tcMar>
              <w:top w:w="70" w:type="dxa"/>
              <w:left w:w="90" w:type="dxa"/>
              <w:bottom w:w="70" w:type="dxa"/>
              <w:right w:w="90" w:type="dxa"/>
            </w:tcMar>
          </w:tcPr>
          <w:p w:rsidR="00223469" w:rsidRDefault="008811B3">
            <w:r>
              <w:rPr>
                <w:sz w:val="18"/>
              </w:rPr>
              <w:t xml:space="preserve">Datasets, test cases, metrics, </w:t>
            </w:r>
            <w:r>
              <w:rPr>
                <w:sz w:val="18"/>
              </w:rPr>
              <w:t>thresholds, results</w:t>
            </w:r>
          </w:p>
        </w:tc>
        <w:tc>
          <w:tcPr>
            <w:tcW w:w="3024" w:type="dxa"/>
            <w:tcMar>
              <w:top w:w="70" w:type="dxa"/>
              <w:left w:w="90" w:type="dxa"/>
              <w:bottom w:w="70" w:type="dxa"/>
              <w:right w:w="90" w:type="dxa"/>
            </w:tcMar>
          </w:tcPr>
          <w:p w:rsidR="00223469" w:rsidRDefault="008811B3">
            <w:r>
              <w:rPr>
                <w:sz w:val="18"/>
              </w:rPr>
              <w:t>Approved evaluation plan</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sz w:val="18"/>
              </w:rPr>
              <w:t>Security / Governance Package</w:t>
            </w:r>
          </w:p>
        </w:tc>
        <w:tc>
          <w:tcPr>
            <w:tcW w:w="4608" w:type="dxa"/>
            <w:shd w:val="clear" w:color="auto" w:fill="F5F8FC"/>
            <w:tcMar>
              <w:top w:w="70" w:type="dxa"/>
              <w:left w:w="90" w:type="dxa"/>
              <w:bottom w:w="70" w:type="dxa"/>
              <w:right w:w="90" w:type="dxa"/>
            </w:tcMar>
          </w:tcPr>
          <w:p w:rsidR="00223469" w:rsidRDefault="008811B3">
            <w:r>
              <w:rPr>
                <w:sz w:val="18"/>
              </w:rPr>
              <w:t>Threat model, controls, permissions, logging, incident procedures</w:t>
            </w:r>
          </w:p>
        </w:tc>
        <w:tc>
          <w:tcPr>
            <w:tcW w:w="3024" w:type="dxa"/>
            <w:shd w:val="clear" w:color="auto" w:fill="F5F8FC"/>
            <w:tcMar>
              <w:top w:w="70" w:type="dxa"/>
              <w:left w:w="90" w:type="dxa"/>
              <w:bottom w:w="70" w:type="dxa"/>
              <w:right w:w="90" w:type="dxa"/>
            </w:tcMar>
          </w:tcPr>
          <w:p w:rsidR="00223469" w:rsidRDefault="008811B3">
            <w:r>
              <w:rPr>
                <w:sz w:val="18"/>
              </w:rPr>
              <w:t>Security/governance approval</w:t>
            </w:r>
          </w:p>
        </w:tc>
      </w:tr>
      <w:tr w:rsidR="00223469">
        <w:trPr>
          <w:jc w:val="center"/>
        </w:trPr>
        <w:tc>
          <w:tcPr>
            <w:tcW w:w="2880" w:type="dxa"/>
            <w:tcMar>
              <w:top w:w="70" w:type="dxa"/>
              <w:left w:w="90" w:type="dxa"/>
              <w:bottom w:w="70" w:type="dxa"/>
              <w:right w:w="90" w:type="dxa"/>
            </w:tcMar>
          </w:tcPr>
          <w:p w:rsidR="00223469" w:rsidRDefault="008811B3">
            <w:r>
              <w:rPr>
                <w:sz w:val="18"/>
              </w:rPr>
              <w:t>Documentation</w:t>
            </w:r>
          </w:p>
        </w:tc>
        <w:tc>
          <w:tcPr>
            <w:tcW w:w="4608" w:type="dxa"/>
            <w:tcMar>
              <w:top w:w="70" w:type="dxa"/>
              <w:left w:w="90" w:type="dxa"/>
              <w:bottom w:w="70" w:type="dxa"/>
              <w:right w:w="90" w:type="dxa"/>
            </w:tcMar>
          </w:tcPr>
          <w:p w:rsidR="00223469" w:rsidRDefault="008811B3">
            <w:r>
              <w:rPr>
                <w:sz w:val="18"/>
              </w:rPr>
              <w:t>Technical, admin, user, operations and support documentation</w:t>
            </w:r>
          </w:p>
        </w:tc>
        <w:tc>
          <w:tcPr>
            <w:tcW w:w="3024" w:type="dxa"/>
            <w:tcMar>
              <w:top w:w="70" w:type="dxa"/>
              <w:left w:w="90" w:type="dxa"/>
              <w:bottom w:w="70" w:type="dxa"/>
              <w:right w:w="90" w:type="dxa"/>
            </w:tcMar>
          </w:tcPr>
          <w:p w:rsidR="00223469" w:rsidRDefault="008811B3">
            <w:r>
              <w:rPr>
                <w:sz w:val="18"/>
              </w:rPr>
              <w:t>Completeness review</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sz w:val="18"/>
              </w:rPr>
              <w:t>Training / Knowledge Transfer</w:t>
            </w:r>
          </w:p>
        </w:tc>
        <w:tc>
          <w:tcPr>
            <w:tcW w:w="4608" w:type="dxa"/>
            <w:shd w:val="clear" w:color="auto" w:fill="F5F8FC"/>
            <w:tcMar>
              <w:top w:w="70" w:type="dxa"/>
              <w:left w:w="90" w:type="dxa"/>
              <w:bottom w:w="70" w:type="dxa"/>
              <w:right w:w="90" w:type="dxa"/>
            </w:tcMar>
          </w:tcPr>
          <w:p w:rsidR="00223469" w:rsidRDefault="008811B3">
            <w:r>
              <w:rPr>
                <w:sz w:val="18"/>
              </w:rPr>
              <w:t>Training sessions and materials</w:t>
            </w:r>
          </w:p>
        </w:tc>
        <w:tc>
          <w:tcPr>
            <w:tcW w:w="3024" w:type="dxa"/>
            <w:shd w:val="clear" w:color="auto" w:fill="F5F8FC"/>
            <w:tcMar>
              <w:top w:w="70" w:type="dxa"/>
              <w:left w:w="90" w:type="dxa"/>
              <w:bottom w:w="70" w:type="dxa"/>
              <w:right w:w="90" w:type="dxa"/>
            </w:tcMar>
          </w:tcPr>
          <w:p w:rsidR="00223469" w:rsidRDefault="008811B3">
            <w:r>
              <w:rPr>
                <w:sz w:val="18"/>
              </w:rPr>
              <w:t>Completion / attendance</w:t>
            </w:r>
          </w:p>
        </w:tc>
      </w:tr>
      <w:tr w:rsidR="00223469">
        <w:trPr>
          <w:jc w:val="center"/>
        </w:trPr>
        <w:tc>
          <w:tcPr>
            <w:tcW w:w="2880" w:type="dxa"/>
            <w:tcMar>
              <w:top w:w="70" w:type="dxa"/>
              <w:left w:w="90" w:type="dxa"/>
              <w:bottom w:w="70" w:type="dxa"/>
              <w:right w:w="90" w:type="dxa"/>
            </w:tcMar>
          </w:tcPr>
          <w:p w:rsidR="00223469" w:rsidRDefault="008811B3">
            <w:r>
              <w:rPr>
                <w:sz w:val="18"/>
              </w:rPr>
              <w:t>Transition / Support Plan</w:t>
            </w:r>
          </w:p>
        </w:tc>
        <w:tc>
          <w:tcPr>
            <w:tcW w:w="4608" w:type="dxa"/>
            <w:tcMar>
              <w:top w:w="70" w:type="dxa"/>
              <w:left w:w="90" w:type="dxa"/>
              <w:bottom w:w="70" w:type="dxa"/>
              <w:right w:w="90" w:type="dxa"/>
            </w:tcMar>
          </w:tcPr>
          <w:p w:rsidR="00223469" w:rsidRDefault="008811B3">
            <w:r>
              <w:rPr>
                <w:sz w:val="18"/>
              </w:rPr>
              <w:t>Runbooks, support model, escalation, backlog</w:t>
            </w:r>
          </w:p>
        </w:tc>
        <w:tc>
          <w:tcPr>
            <w:tcW w:w="3024" w:type="dxa"/>
            <w:tcMar>
              <w:top w:w="70" w:type="dxa"/>
              <w:left w:w="90" w:type="dxa"/>
              <w:bottom w:w="70" w:type="dxa"/>
              <w:right w:w="90" w:type="dxa"/>
            </w:tcMar>
          </w:tcPr>
          <w:p w:rsidR="00223469" w:rsidRDefault="008811B3">
            <w:r>
              <w:rPr>
                <w:sz w:val="18"/>
              </w:rPr>
              <w:t>Operational readiness</w:t>
            </w:r>
          </w:p>
        </w:tc>
      </w:tr>
    </w:tbl>
    <w:p w:rsidR="00223469" w:rsidRDefault="008811B3">
      <w:pPr>
        <w:pStyle w:val="Heading2"/>
      </w:pPr>
      <w:r>
        <w:t>11.1 Acceptance Principles</w:t>
      </w:r>
    </w:p>
    <w:p w:rsidR="00223469" w:rsidRDefault="008811B3">
      <w:pPr>
        <w:pStyle w:val="ListBullet"/>
      </w:pPr>
      <w:r>
        <w:t>Acceptance should be based</w:t>
      </w:r>
      <w:r>
        <w:t xml:space="preserve"> on observable, testable criteria rather than subjective statements such as “AI works well.”</w:t>
      </w:r>
    </w:p>
    <w:p w:rsidR="00223469" w:rsidRDefault="008811B3">
      <w:pPr>
        <w:pStyle w:val="ListBullet"/>
      </w:pPr>
      <w:r>
        <w:t>Production acceptance should include evaluation, security, integration, accessibility and operational-readiness checks appropriate to the use case.</w:t>
      </w:r>
    </w:p>
    <w:p w:rsidR="00223469" w:rsidRDefault="008811B3">
      <w:pPr>
        <w:pStyle w:val="ListBullet"/>
      </w:pPr>
      <w:r>
        <w:t>Known limitatio</w:t>
      </w:r>
      <w:r>
        <w:t>ns and residual risks should be documented before acceptance.</w:t>
      </w:r>
    </w:p>
    <w:p w:rsidR="00223469" w:rsidRDefault="008811B3">
      <w:pPr>
        <w:pStyle w:val="Heading1"/>
      </w:pPr>
      <w:bookmarkStart w:id="12" w:name="sec12"/>
      <w:r>
        <w:lastRenderedPageBreak/>
        <w:t>12. Pilot, Deployment, MLOps/LLMOps &amp; Support</w:t>
      </w:r>
      <w:bookmarkEnd w:id="12"/>
    </w:p>
    <w:p w:rsidR="00223469" w:rsidRDefault="008811B3">
      <w:pPr>
        <w:pStyle w:val="Heading2"/>
      </w:pPr>
      <w:r>
        <w:t>12.1 Pilot-to-Production Gates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592"/>
        <w:gridCol w:w="5472"/>
        <w:gridCol w:w="2448"/>
      </w:tblGrid>
      <w:tr w:rsidR="00223469">
        <w:trPr>
          <w:tblHeader/>
          <w:jc w:val="center"/>
        </w:trPr>
        <w:tc>
          <w:tcPr>
            <w:tcW w:w="2592" w:type="dxa"/>
            <w:shd w:val="clear" w:color="auto" w:fill="0B2A4A"/>
            <w:tcMar>
              <w:top w:w="70" w:type="dxa"/>
              <w:left w:w="90" w:type="dxa"/>
              <w:bottom w:w="70" w:type="dxa"/>
              <w:right w:w="90" w:type="dxa"/>
            </w:tcMar>
          </w:tcPr>
          <w:p w:rsidR="00223469" w:rsidRDefault="008811B3">
            <w:r>
              <w:rPr>
                <w:b/>
                <w:color w:val="FFFFFF"/>
                <w:sz w:val="18"/>
              </w:rPr>
              <w:t>GATE</w:t>
            </w:r>
          </w:p>
        </w:tc>
        <w:tc>
          <w:tcPr>
            <w:tcW w:w="5472" w:type="dxa"/>
            <w:shd w:val="clear" w:color="auto" w:fill="0B2A4A"/>
            <w:tcMar>
              <w:top w:w="70" w:type="dxa"/>
              <w:left w:w="90" w:type="dxa"/>
              <w:bottom w:w="70" w:type="dxa"/>
              <w:right w:w="90" w:type="dxa"/>
            </w:tcMar>
          </w:tcPr>
          <w:p w:rsidR="00223469" w:rsidRDefault="008811B3">
            <w:r>
              <w:rPr>
                <w:b/>
                <w:color w:val="FFFFFF"/>
                <w:sz w:val="18"/>
              </w:rPr>
              <w:t>MINIMUM EVIDENCE</w:t>
            </w:r>
          </w:p>
        </w:tc>
        <w:tc>
          <w:tcPr>
            <w:tcW w:w="2448" w:type="dxa"/>
            <w:shd w:val="clear" w:color="auto" w:fill="0B2A4A"/>
            <w:tcMar>
              <w:top w:w="70" w:type="dxa"/>
              <w:left w:w="90" w:type="dxa"/>
              <w:bottom w:w="70" w:type="dxa"/>
              <w:right w:w="90" w:type="dxa"/>
            </w:tcMar>
          </w:tcPr>
          <w:p w:rsidR="00223469" w:rsidRDefault="008811B3">
            <w:r>
              <w:rPr>
                <w:b/>
                <w:color w:val="FFFFFF"/>
                <w:sz w:val="18"/>
              </w:rPr>
              <w:t>DECISION OWNER</w:t>
            </w:r>
          </w:p>
        </w:tc>
      </w:tr>
      <w:tr w:rsidR="00223469">
        <w:trPr>
          <w:jc w:val="center"/>
        </w:trPr>
        <w:tc>
          <w:tcPr>
            <w:tcW w:w="2592" w:type="dxa"/>
            <w:tcMar>
              <w:top w:w="70" w:type="dxa"/>
              <w:left w:w="90" w:type="dxa"/>
              <w:bottom w:w="70" w:type="dxa"/>
              <w:right w:w="90" w:type="dxa"/>
            </w:tcMar>
          </w:tcPr>
          <w:p w:rsidR="00223469" w:rsidRDefault="008811B3">
            <w:r>
              <w:rPr>
                <w:sz w:val="18"/>
              </w:rPr>
              <w:t>Use-case validation</w:t>
            </w:r>
          </w:p>
        </w:tc>
        <w:tc>
          <w:tcPr>
            <w:tcW w:w="5472" w:type="dxa"/>
            <w:tcMar>
              <w:top w:w="70" w:type="dxa"/>
              <w:left w:w="90" w:type="dxa"/>
              <w:bottom w:w="70" w:type="dxa"/>
              <w:right w:w="90" w:type="dxa"/>
            </w:tcMar>
          </w:tcPr>
          <w:p w:rsidR="00223469" w:rsidRDefault="008811B3">
            <w:r>
              <w:rPr>
                <w:sz w:val="18"/>
              </w:rPr>
              <w:t>Business owner confirms value and workflow fit</w:t>
            </w:r>
          </w:p>
        </w:tc>
        <w:tc>
          <w:tcPr>
            <w:tcW w:w="2448" w:type="dxa"/>
            <w:tcMar>
              <w:top w:w="70" w:type="dxa"/>
              <w:left w:w="90" w:type="dxa"/>
              <w:bottom w:w="70" w:type="dxa"/>
              <w:right w:w="90" w:type="dxa"/>
            </w:tcMar>
          </w:tcPr>
          <w:p w:rsidR="00223469" w:rsidRDefault="008811B3">
            <w:r>
              <w:rPr>
                <w:sz w:val="18"/>
              </w:rPr>
              <w:t>[OWNER]</w:t>
            </w:r>
          </w:p>
        </w:tc>
      </w:tr>
      <w:tr w:rsidR="00223469">
        <w:trPr>
          <w:jc w:val="center"/>
        </w:trPr>
        <w:tc>
          <w:tcPr>
            <w:tcW w:w="2592" w:type="dxa"/>
            <w:shd w:val="clear" w:color="auto" w:fill="F5F8FC"/>
            <w:tcMar>
              <w:top w:w="70" w:type="dxa"/>
              <w:left w:w="90" w:type="dxa"/>
              <w:bottom w:w="70" w:type="dxa"/>
              <w:right w:w="90" w:type="dxa"/>
            </w:tcMar>
          </w:tcPr>
          <w:p w:rsidR="00223469" w:rsidRDefault="008811B3">
            <w:r>
              <w:rPr>
                <w:sz w:val="18"/>
              </w:rPr>
              <w:t>Evaluation</w:t>
            </w:r>
          </w:p>
        </w:tc>
        <w:tc>
          <w:tcPr>
            <w:tcW w:w="5472" w:type="dxa"/>
            <w:shd w:val="clear" w:color="auto" w:fill="F5F8FC"/>
            <w:tcMar>
              <w:top w:w="70" w:type="dxa"/>
              <w:left w:w="90" w:type="dxa"/>
              <w:bottom w:w="70" w:type="dxa"/>
              <w:right w:w="90" w:type="dxa"/>
            </w:tcMar>
          </w:tcPr>
          <w:p w:rsidR="00223469" w:rsidRDefault="008811B3">
            <w:r>
              <w:rPr>
                <w:sz w:val="18"/>
              </w:rPr>
              <w:t>Thresholds met on approved test set</w:t>
            </w:r>
          </w:p>
        </w:tc>
        <w:tc>
          <w:tcPr>
            <w:tcW w:w="2448" w:type="dxa"/>
            <w:shd w:val="clear" w:color="auto" w:fill="F5F8FC"/>
            <w:tcMar>
              <w:top w:w="70" w:type="dxa"/>
              <w:left w:w="90" w:type="dxa"/>
              <w:bottom w:w="70" w:type="dxa"/>
              <w:right w:w="90" w:type="dxa"/>
            </w:tcMar>
          </w:tcPr>
          <w:p w:rsidR="00223469" w:rsidRDefault="008811B3">
            <w:r>
              <w:rPr>
                <w:sz w:val="18"/>
              </w:rPr>
              <w:t>[OWNER]</w:t>
            </w:r>
          </w:p>
        </w:tc>
      </w:tr>
      <w:tr w:rsidR="00223469">
        <w:trPr>
          <w:jc w:val="center"/>
        </w:trPr>
        <w:tc>
          <w:tcPr>
            <w:tcW w:w="2592" w:type="dxa"/>
            <w:tcMar>
              <w:top w:w="70" w:type="dxa"/>
              <w:left w:w="90" w:type="dxa"/>
              <w:bottom w:w="70" w:type="dxa"/>
              <w:right w:w="90" w:type="dxa"/>
            </w:tcMar>
          </w:tcPr>
          <w:p w:rsidR="00223469" w:rsidRDefault="008811B3">
            <w:r>
              <w:rPr>
                <w:sz w:val="18"/>
              </w:rPr>
              <w:t>Security</w:t>
            </w:r>
          </w:p>
        </w:tc>
        <w:tc>
          <w:tcPr>
            <w:tcW w:w="5472" w:type="dxa"/>
            <w:tcMar>
              <w:top w:w="70" w:type="dxa"/>
              <w:left w:w="90" w:type="dxa"/>
              <w:bottom w:w="70" w:type="dxa"/>
              <w:right w:w="90" w:type="dxa"/>
            </w:tcMar>
          </w:tcPr>
          <w:p w:rsidR="00223469" w:rsidRDefault="008811B3">
            <w:r>
              <w:rPr>
                <w:sz w:val="18"/>
              </w:rPr>
              <w:t>Threats/controls reviewed; critical issues resolved</w:t>
            </w:r>
          </w:p>
        </w:tc>
        <w:tc>
          <w:tcPr>
            <w:tcW w:w="2448" w:type="dxa"/>
            <w:tcMar>
              <w:top w:w="70" w:type="dxa"/>
              <w:left w:w="90" w:type="dxa"/>
              <w:bottom w:w="70" w:type="dxa"/>
              <w:right w:w="90" w:type="dxa"/>
            </w:tcMar>
          </w:tcPr>
          <w:p w:rsidR="00223469" w:rsidRDefault="008811B3">
            <w:r>
              <w:rPr>
                <w:sz w:val="18"/>
              </w:rPr>
              <w:t>[OWNER]</w:t>
            </w:r>
          </w:p>
        </w:tc>
      </w:tr>
      <w:tr w:rsidR="00223469">
        <w:trPr>
          <w:jc w:val="center"/>
        </w:trPr>
        <w:tc>
          <w:tcPr>
            <w:tcW w:w="2592" w:type="dxa"/>
            <w:shd w:val="clear" w:color="auto" w:fill="F5F8FC"/>
            <w:tcMar>
              <w:top w:w="70" w:type="dxa"/>
              <w:left w:w="90" w:type="dxa"/>
              <w:bottom w:w="70" w:type="dxa"/>
              <w:right w:w="90" w:type="dxa"/>
            </w:tcMar>
          </w:tcPr>
          <w:p w:rsidR="00223469" w:rsidRDefault="008811B3">
            <w:r>
              <w:rPr>
                <w:sz w:val="18"/>
              </w:rPr>
              <w:t>Privacy / Legal</w:t>
            </w:r>
          </w:p>
        </w:tc>
        <w:tc>
          <w:tcPr>
            <w:tcW w:w="5472" w:type="dxa"/>
            <w:shd w:val="clear" w:color="auto" w:fill="F5F8FC"/>
            <w:tcMar>
              <w:top w:w="70" w:type="dxa"/>
              <w:left w:w="90" w:type="dxa"/>
              <w:bottom w:w="70" w:type="dxa"/>
              <w:right w:w="90" w:type="dxa"/>
            </w:tcMar>
          </w:tcPr>
          <w:p w:rsidR="00223469" w:rsidRDefault="008811B3">
            <w:r>
              <w:rPr>
                <w:sz w:val="18"/>
              </w:rPr>
              <w:t>Required review completed</w:t>
            </w:r>
          </w:p>
        </w:tc>
        <w:tc>
          <w:tcPr>
            <w:tcW w:w="2448" w:type="dxa"/>
            <w:shd w:val="clear" w:color="auto" w:fill="F5F8FC"/>
            <w:tcMar>
              <w:top w:w="70" w:type="dxa"/>
              <w:left w:w="90" w:type="dxa"/>
              <w:bottom w:w="70" w:type="dxa"/>
              <w:right w:w="90" w:type="dxa"/>
            </w:tcMar>
          </w:tcPr>
          <w:p w:rsidR="00223469" w:rsidRDefault="008811B3">
            <w:r>
              <w:rPr>
                <w:sz w:val="18"/>
              </w:rPr>
              <w:t>[OWNER]</w:t>
            </w:r>
          </w:p>
        </w:tc>
      </w:tr>
      <w:tr w:rsidR="00223469">
        <w:trPr>
          <w:jc w:val="center"/>
        </w:trPr>
        <w:tc>
          <w:tcPr>
            <w:tcW w:w="2592" w:type="dxa"/>
            <w:tcMar>
              <w:top w:w="70" w:type="dxa"/>
              <w:left w:w="90" w:type="dxa"/>
              <w:bottom w:w="70" w:type="dxa"/>
              <w:right w:w="90" w:type="dxa"/>
            </w:tcMar>
          </w:tcPr>
          <w:p w:rsidR="00223469" w:rsidRDefault="008811B3">
            <w:r>
              <w:rPr>
                <w:sz w:val="18"/>
              </w:rPr>
              <w:t>Accessibility / UX</w:t>
            </w:r>
          </w:p>
        </w:tc>
        <w:tc>
          <w:tcPr>
            <w:tcW w:w="5472" w:type="dxa"/>
            <w:tcMar>
              <w:top w:w="70" w:type="dxa"/>
              <w:left w:w="90" w:type="dxa"/>
              <w:bottom w:w="70" w:type="dxa"/>
              <w:right w:w="90" w:type="dxa"/>
            </w:tcMar>
          </w:tcPr>
          <w:p w:rsidR="00223469" w:rsidRDefault="008811B3">
            <w:r>
              <w:rPr>
                <w:sz w:val="18"/>
              </w:rPr>
              <w:t>Required testing completed</w:t>
            </w:r>
          </w:p>
        </w:tc>
        <w:tc>
          <w:tcPr>
            <w:tcW w:w="2448" w:type="dxa"/>
            <w:tcMar>
              <w:top w:w="70" w:type="dxa"/>
              <w:left w:w="90" w:type="dxa"/>
              <w:bottom w:w="70" w:type="dxa"/>
              <w:right w:w="90" w:type="dxa"/>
            </w:tcMar>
          </w:tcPr>
          <w:p w:rsidR="00223469" w:rsidRDefault="008811B3">
            <w:r>
              <w:rPr>
                <w:sz w:val="18"/>
              </w:rPr>
              <w:t>[OWNER]</w:t>
            </w:r>
          </w:p>
        </w:tc>
      </w:tr>
      <w:tr w:rsidR="00223469">
        <w:trPr>
          <w:jc w:val="center"/>
        </w:trPr>
        <w:tc>
          <w:tcPr>
            <w:tcW w:w="2592" w:type="dxa"/>
            <w:shd w:val="clear" w:color="auto" w:fill="F5F8FC"/>
            <w:tcMar>
              <w:top w:w="70" w:type="dxa"/>
              <w:left w:w="90" w:type="dxa"/>
              <w:bottom w:w="70" w:type="dxa"/>
              <w:right w:w="90" w:type="dxa"/>
            </w:tcMar>
          </w:tcPr>
          <w:p w:rsidR="00223469" w:rsidRDefault="008811B3">
            <w:r>
              <w:rPr>
                <w:sz w:val="18"/>
              </w:rPr>
              <w:t>Operational readiness</w:t>
            </w:r>
          </w:p>
        </w:tc>
        <w:tc>
          <w:tcPr>
            <w:tcW w:w="5472" w:type="dxa"/>
            <w:shd w:val="clear" w:color="auto" w:fill="F5F8FC"/>
            <w:tcMar>
              <w:top w:w="70" w:type="dxa"/>
              <w:left w:w="90" w:type="dxa"/>
              <w:bottom w:w="70" w:type="dxa"/>
              <w:right w:w="90" w:type="dxa"/>
            </w:tcMar>
          </w:tcPr>
          <w:p w:rsidR="00223469" w:rsidRDefault="008811B3">
            <w:r>
              <w:rPr>
                <w:sz w:val="18"/>
              </w:rPr>
              <w:t>Monitoring, support, runbooks, rollback ready</w:t>
            </w:r>
          </w:p>
        </w:tc>
        <w:tc>
          <w:tcPr>
            <w:tcW w:w="2448" w:type="dxa"/>
            <w:shd w:val="clear" w:color="auto" w:fill="F5F8FC"/>
            <w:tcMar>
              <w:top w:w="70" w:type="dxa"/>
              <w:left w:w="90" w:type="dxa"/>
              <w:bottom w:w="70" w:type="dxa"/>
              <w:right w:w="90" w:type="dxa"/>
            </w:tcMar>
          </w:tcPr>
          <w:p w:rsidR="00223469" w:rsidRDefault="008811B3">
            <w:r>
              <w:rPr>
                <w:sz w:val="18"/>
              </w:rPr>
              <w:t>[OWNER]</w:t>
            </w:r>
          </w:p>
        </w:tc>
      </w:tr>
    </w:tbl>
    <w:p w:rsidR="00223469" w:rsidRDefault="00223469">
      <w:pPr>
        <w:spacing w:after="20"/>
      </w:pPr>
    </w:p>
    <w:p w:rsidR="00223469" w:rsidRDefault="008811B3">
      <w:pPr>
        <w:pStyle w:val="Heading2"/>
      </w:pPr>
      <w:r>
        <w:t>12.2 MLOps / LLMOps Requirements</w:t>
      </w:r>
    </w:p>
    <w:p w:rsidR="00223469" w:rsidRDefault="008811B3">
      <w:pPr>
        <w:pStyle w:val="ListBullet"/>
      </w:pPr>
      <w:r>
        <w:t>Environment separation and controlled promotion.</w:t>
      </w:r>
    </w:p>
    <w:p w:rsidR="00223469" w:rsidRDefault="008811B3">
      <w:pPr>
        <w:pStyle w:val="ListBullet"/>
      </w:pPr>
      <w:r>
        <w:t>Prompt/configuration/model versioning.</w:t>
      </w:r>
    </w:p>
    <w:p w:rsidR="00223469" w:rsidRDefault="008811B3">
      <w:pPr>
        <w:pStyle w:val="ListBullet"/>
      </w:pPr>
      <w:r>
        <w:t>Automated or repeatable evaluations.</w:t>
      </w:r>
    </w:p>
    <w:p w:rsidR="00223469" w:rsidRDefault="008811B3">
      <w:pPr>
        <w:pStyle w:val="ListBullet"/>
      </w:pPr>
      <w:r>
        <w:t xml:space="preserve">Monitoring for quality, safety, latency, </w:t>
      </w:r>
      <w:r>
        <w:t>cost and failures.</w:t>
      </w:r>
    </w:p>
    <w:p w:rsidR="00223469" w:rsidRDefault="008811B3">
      <w:pPr>
        <w:pStyle w:val="ListBullet"/>
      </w:pPr>
      <w:r>
        <w:t>Model/provider change alerts and regression testing.</w:t>
      </w:r>
    </w:p>
    <w:p w:rsidR="00223469" w:rsidRDefault="008811B3">
      <w:pPr>
        <w:pStyle w:val="ListBullet"/>
      </w:pPr>
      <w:r>
        <w:t>Audit logs and traceability appropriate to use case.</w:t>
      </w:r>
    </w:p>
    <w:p w:rsidR="00223469" w:rsidRDefault="008811B3">
      <w:pPr>
        <w:pStyle w:val="ListBullet"/>
      </w:pPr>
      <w:r>
        <w:t>Rollback and fallback procedures.</w:t>
      </w:r>
    </w:p>
    <w:p w:rsidR="00223469" w:rsidRDefault="008811B3">
      <w:pPr>
        <w:pStyle w:val="ListBullet"/>
      </w:pPr>
      <w:r>
        <w:t>Capacity and cost controls.</w:t>
      </w:r>
    </w:p>
    <w:p w:rsidR="00223469" w:rsidRDefault="008811B3">
      <w:pPr>
        <w:pStyle w:val="Heading2"/>
      </w:pPr>
      <w:r>
        <w:t>12.3 Support &amp; Service Levels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168"/>
        <w:gridCol w:w="7200"/>
      </w:tblGrid>
      <w:tr w:rsidR="00223469">
        <w:trPr>
          <w:tblHeader/>
          <w:jc w:val="center"/>
        </w:trPr>
        <w:tc>
          <w:tcPr>
            <w:tcW w:w="3168" w:type="dxa"/>
            <w:shd w:val="clear" w:color="auto" w:fill="0B2A4A"/>
            <w:tcMar>
              <w:top w:w="70" w:type="dxa"/>
              <w:left w:w="90" w:type="dxa"/>
              <w:bottom w:w="70" w:type="dxa"/>
              <w:right w:w="90" w:type="dxa"/>
            </w:tcMar>
          </w:tcPr>
          <w:p w:rsidR="00223469" w:rsidRDefault="008811B3">
            <w:r>
              <w:rPr>
                <w:b/>
                <w:color w:val="FFFFFF"/>
                <w:sz w:val="18"/>
              </w:rPr>
              <w:t>SERVICE AREA</w:t>
            </w:r>
          </w:p>
        </w:tc>
        <w:tc>
          <w:tcPr>
            <w:tcW w:w="7200" w:type="dxa"/>
            <w:shd w:val="clear" w:color="auto" w:fill="0B2A4A"/>
            <w:tcMar>
              <w:top w:w="70" w:type="dxa"/>
              <w:left w:w="90" w:type="dxa"/>
              <w:bottom w:w="70" w:type="dxa"/>
              <w:right w:w="90" w:type="dxa"/>
            </w:tcMar>
          </w:tcPr>
          <w:p w:rsidR="00223469" w:rsidRDefault="008811B3">
            <w:r>
              <w:rPr>
                <w:b/>
                <w:color w:val="FFFFFF"/>
                <w:sz w:val="18"/>
              </w:rPr>
              <w:t>REQUIREMENT</w:t>
            </w:r>
          </w:p>
        </w:tc>
      </w:tr>
      <w:tr w:rsidR="00223469">
        <w:trPr>
          <w:jc w:val="center"/>
        </w:trPr>
        <w:tc>
          <w:tcPr>
            <w:tcW w:w="3168" w:type="dxa"/>
            <w:tcMar>
              <w:top w:w="70" w:type="dxa"/>
              <w:left w:w="90" w:type="dxa"/>
              <w:bottom w:w="70" w:type="dxa"/>
              <w:right w:w="90" w:type="dxa"/>
            </w:tcMar>
          </w:tcPr>
          <w:p w:rsidR="00223469" w:rsidRDefault="008811B3">
            <w:r>
              <w:rPr>
                <w:b/>
                <w:sz w:val="18"/>
              </w:rPr>
              <w:t>Support hours</w:t>
            </w:r>
          </w:p>
        </w:tc>
        <w:tc>
          <w:tcPr>
            <w:tcW w:w="7200" w:type="dxa"/>
            <w:tcMar>
              <w:top w:w="70" w:type="dxa"/>
              <w:left w:w="90" w:type="dxa"/>
              <w:bottom w:w="70" w:type="dxa"/>
              <w:right w:w="90" w:type="dxa"/>
            </w:tcMar>
          </w:tcPr>
          <w:p w:rsidR="00223469" w:rsidRDefault="008811B3">
            <w:r>
              <w:rPr>
                <w:sz w:val="18"/>
              </w:rPr>
              <w:t>[BUSINESS HOURS / 24x7 / OTHER]</w:t>
            </w:r>
          </w:p>
        </w:tc>
      </w:tr>
      <w:tr w:rsidR="00223469">
        <w:trPr>
          <w:jc w:val="center"/>
        </w:trPr>
        <w:tc>
          <w:tcPr>
            <w:tcW w:w="3168" w:type="dxa"/>
            <w:shd w:val="clear" w:color="auto" w:fill="F5F8FC"/>
            <w:tcMar>
              <w:top w:w="70" w:type="dxa"/>
              <w:left w:w="90" w:type="dxa"/>
              <w:bottom w:w="70" w:type="dxa"/>
              <w:right w:w="90" w:type="dxa"/>
            </w:tcMar>
          </w:tcPr>
          <w:p w:rsidR="00223469" w:rsidRDefault="008811B3">
            <w:r>
              <w:rPr>
                <w:b/>
                <w:sz w:val="18"/>
              </w:rPr>
              <w:t>Severity definitions</w:t>
            </w:r>
          </w:p>
        </w:tc>
        <w:tc>
          <w:tcPr>
            <w:tcW w:w="7200" w:type="dxa"/>
            <w:shd w:val="clear" w:color="auto" w:fill="F5F8FC"/>
            <w:tcMar>
              <w:top w:w="70" w:type="dxa"/>
              <w:left w:w="90" w:type="dxa"/>
              <w:bottom w:w="70" w:type="dxa"/>
              <w:right w:w="90" w:type="dxa"/>
            </w:tcMar>
          </w:tcPr>
          <w:p w:rsidR="00223469" w:rsidRDefault="008811B3">
            <w:r>
              <w:rPr>
                <w:sz w:val="18"/>
              </w:rPr>
              <w:t>[P1-P4 OR ORGANIZATION STANDARD]</w:t>
            </w:r>
          </w:p>
        </w:tc>
      </w:tr>
      <w:tr w:rsidR="00223469">
        <w:trPr>
          <w:jc w:val="center"/>
        </w:trPr>
        <w:tc>
          <w:tcPr>
            <w:tcW w:w="3168" w:type="dxa"/>
            <w:tcMar>
              <w:top w:w="70" w:type="dxa"/>
              <w:left w:w="90" w:type="dxa"/>
              <w:bottom w:w="70" w:type="dxa"/>
              <w:right w:w="90" w:type="dxa"/>
            </w:tcMar>
          </w:tcPr>
          <w:p w:rsidR="00223469" w:rsidRDefault="008811B3">
            <w:r>
              <w:rPr>
                <w:b/>
                <w:sz w:val="18"/>
              </w:rPr>
              <w:t>Response / restoration</w:t>
            </w:r>
          </w:p>
        </w:tc>
        <w:tc>
          <w:tcPr>
            <w:tcW w:w="7200" w:type="dxa"/>
            <w:tcMar>
              <w:top w:w="70" w:type="dxa"/>
              <w:left w:w="90" w:type="dxa"/>
              <w:bottom w:w="70" w:type="dxa"/>
              <w:right w:w="90" w:type="dxa"/>
            </w:tcMar>
          </w:tcPr>
          <w:p w:rsidR="00223469" w:rsidRDefault="008811B3">
            <w:r>
              <w:rPr>
                <w:sz w:val="18"/>
              </w:rPr>
              <w:t>[TARGETS]</w:t>
            </w:r>
          </w:p>
        </w:tc>
      </w:tr>
      <w:tr w:rsidR="00223469">
        <w:trPr>
          <w:jc w:val="center"/>
        </w:trPr>
        <w:tc>
          <w:tcPr>
            <w:tcW w:w="3168" w:type="dxa"/>
            <w:shd w:val="clear" w:color="auto" w:fill="F5F8FC"/>
            <w:tcMar>
              <w:top w:w="70" w:type="dxa"/>
              <w:left w:w="90" w:type="dxa"/>
              <w:bottom w:w="70" w:type="dxa"/>
              <w:right w:w="90" w:type="dxa"/>
            </w:tcMar>
          </w:tcPr>
          <w:p w:rsidR="00223469" w:rsidRDefault="008811B3">
            <w:r>
              <w:rPr>
                <w:b/>
                <w:sz w:val="18"/>
              </w:rPr>
              <w:t>Model / provider outage</w:t>
            </w:r>
          </w:p>
        </w:tc>
        <w:tc>
          <w:tcPr>
            <w:tcW w:w="7200" w:type="dxa"/>
            <w:shd w:val="clear" w:color="auto" w:fill="F5F8FC"/>
            <w:tcMar>
              <w:top w:w="70" w:type="dxa"/>
              <w:left w:w="90" w:type="dxa"/>
              <w:bottom w:w="70" w:type="dxa"/>
              <w:right w:w="90" w:type="dxa"/>
            </w:tcMar>
          </w:tcPr>
          <w:p w:rsidR="00223469" w:rsidRDefault="008811B3">
            <w:r>
              <w:rPr>
                <w:sz w:val="18"/>
              </w:rPr>
              <w:t>[FALLBACK / COMMUNICATION]</w:t>
            </w:r>
          </w:p>
        </w:tc>
      </w:tr>
      <w:tr w:rsidR="00223469">
        <w:trPr>
          <w:jc w:val="center"/>
        </w:trPr>
        <w:tc>
          <w:tcPr>
            <w:tcW w:w="3168" w:type="dxa"/>
            <w:tcMar>
              <w:top w:w="70" w:type="dxa"/>
              <w:left w:w="90" w:type="dxa"/>
              <w:bottom w:w="70" w:type="dxa"/>
              <w:right w:w="90" w:type="dxa"/>
            </w:tcMar>
          </w:tcPr>
          <w:p w:rsidR="00223469" w:rsidRDefault="008811B3">
            <w:r>
              <w:rPr>
                <w:b/>
                <w:sz w:val="18"/>
              </w:rPr>
              <w:t>Incident escalation</w:t>
            </w:r>
          </w:p>
        </w:tc>
        <w:tc>
          <w:tcPr>
            <w:tcW w:w="7200" w:type="dxa"/>
            <w:tcMar>
              <w:top w:w="70" w:type="dxa"/>
              <w:left w:w="90" w:type="dxa"/>
              <w:bottom w:w="70" w:type="dxa"/>
              <w:right w:w="90" w:type="dxa"/>
            </w:tcMar>
          </w:tcPr>
          <w:p w:rsidR="00223469" w:rsidRDefault="008811B3">
            <w:r>
              <w:rPr>
                <w:sz w:val="18"/>
              </w:rPr>
              <w:t>[PROCESS]</w:t>
            </w:r>
          </w:p>
        </w:tc>
      </w:tr>
      <w:tr w:rsidR="00223469">
        <w:trPr>
          <w:jc w:val="center"/>
        </w:trPr>
        <w:tc>
          <w:tcPr>
            <w:tcW w:w="3168" w:type="dxa"/>
            <w:shd w:val="clear" w:color="auto" w:fill="F5F8FC"/>
            <w:tcMar>
              <w:top w:w="70" w:type="dxa"/>
              <w:left w:w="90" w:type="dxa"/>
              <w:bottom w:w="70" w:type="dxa"/>
              <w:right w:w="90" w:type="dxa"/>
            </w:tcMar>
          </w:tcPr>
          <w:p w:rsidR="00223469" w:rsidRDefault="008811B3">
            <w:r>
              <w:rPr>
                <w:b/>
                <w:sz w:val="18"/>
              </w:rPr>
              <w:t>Monthly reporting</w:t>
            </w:r>
          </w:p>
        </w:tc>
        <w:tc>
          <w:tcPr>
            <w:tcW w:w="7200" w:type="dxa"/>
            <w:shd w:val="clear" w:color="auto" w:fill="F5F8FC"/>
            <w:tcMar>
              <w:top w:w="70" w:type="dxa"/>
              <w:left w:w="90" w:type="dxa"/>
              <w:bottom w:w="70" w:type="dxa"/>
              <w:right w:w="90" w:type="dxa"/>
            </w:tcMar>
          </w:tcPr>
          <w:p w:rsidR="00223469" w:rsidRDefault="008811B3">
            <w:r>
              <w:rPr>
                <w:sz w:val="18"/>
              </w:rPr>
              <w:t>[REQUIRED METRICS]</w:t>
            </w:r>
          </w:p>
        </w:tc>
      </w:tr>
      <w:tr w:rsidR="00223469">
        <w:trPr>
          <w:jc w:val="center"/>
        </w:trPr>
        <w:tc>
          <w:tcPr>
            <w:tcW w:w="3168" w:type="dxa"/>
            <w:tcMar>
              <w:top w:w="70" w:type="dxa"/>
              <w:left w:w="90" w:type="dxa"/>
              <w:bottom w:w="70" w:type="dxa"/>
              <w:right w:w="90" w:type="dxa"/>
            </w:tcMar>
          </w:tcPr>
          <w:p w:rsidR="00223469" w:rsidRDefault="008811B3">
            <w:r>
              <w:rPr>
                <w:b/>
                <w:sz w:val="18"/>
              </w:rPr>
              <w:t>Optimization</w:t>
            </w:r>
            <w:r>
              <w:rPr>
                <w:b/>
                <w:sz w:val="18"/>
              </w:rPr>
              <w:t xml:space="preserve"> cadence</w:t>
            </w:r>
          </w:p>
        </w:tc>
        <w:tc>
          <w:tcPr>
            <w:tcW w:w="7200" w:type="dxa"/>
            <w:tcMar>
              <w:top w:w="70" w:type="dxa"/>
              <w:left w:w="90" w:type="dxa"/>
              <w:bottom w:w="70" w:type="dxa"/>
              <w:right w:w="90" w:type="dxa"/>
            </w:tcMar>
          </w:tcPr>
          <w:p w:rsidR="00223469" w:rsidRDefault="008811B3">
            <w:r>
              <w:rPr>
                <w:sz w:val="18"/>
              </w:rPr>
              <w:t>[MONTHLY / QUARTERLY / OTHER]</w:t>
            </w:r>
          </w:p>
        </w:tc>
      </w:tr>
    </w:tbl>
    <w:p w:rsidR="00223469" w:rsidRDefault="00223469">
      <w:pPr>
        <w:spacing w:after="20"/>
      </w:pPr>
    </w:p>
    <w:p w:rsidR="00650BB0" w:rsidRDefault="00650BB0">
      <w:pPr>
        <w:spacing w:after="200" w:line="276" w:lineRule="auto"/>
        <w:rPr>
          <w:rFonts w:asciiTheme="majorHAnsi" w:eastAsiaTheme="majorEastAsia" w:hAnsiTheme="majorHAnsi" w:cstheme="majorBidi"/>
          <w:b/>
          <w:bCs/>
          <w:color w:val="0B2A4A"/>
          <w:sz w:val="32"/>
          <w:szCs w:val="28"/>
        </w:rPr>
      </w:pPr>
      <w:bookmarkStart w:id="13" w:name="sec13"/>
      <w:r>
        <w:br w:type="page"/>
      </w:r>
    </w:p>
    <w:p w:rsidR="00223469" w:rsidRDefault="008811B3">
      <w:pPr>
        <w:pStyle w:val="Heading1"/>
      </w:pPr>
      <w:r>
        <w:lastRenderedPageBreak/>
        <w:t>13. Project Schedule &amp; Governance</w:t>
      </w:r>
      <w:bookmarkEnd w:id="13"/>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880"/>
        <w:gridCol w:w="2880"/>
        <w:gridCol w:w="4464"/>
      </w:tblGrid>
      <w:tr w:rsidR="00223469">
        <w:trPr>
          <w:tblHeader/>
          <w:jc w:val="center"/>
        </w:trPr>
        <w:tc>
          <w:tcPr>
            <w:tcW w:w="2880" w:type="dxa"/>
            <w:shd w:val="clear" w:color="auto" w:fill="0B2A4A"/>
            <w:tcMar>
              <w:top w:w="70" w:type="dxa"/>
              <w:left w:w="90" w:type="dxa"/>
              <w:bottom w:w="70" w:type="dxa"/>
              <w:right w:w="90" w:type="dxa"/>
            </w:tcMar>
          </w:tcPr>
          <w:p w:rsidR="00223469" w:rsidRDefault="008811B3">
            <w:r>
              <w:rPr>
                <w:b/>
                <w:color w:val="FFFFFF"/>
                <w:sz w:val="18"/>
              </w:rPr>
              <w:t>PHASE</w:t>
            </w:r>
          </w:p>
        </w:tc>
        <w:tc>
          <w:tcPr>
            <w:tcW w:w="2880" w:type="dxa"/>
            <w:shd w:val="clear" w:color="auto" w:fill="0B2A4A"/>
            <w:tcMar>
              <w:top w:w="70" w:type="dxa"/>
              <w:left w:w="90" w:type="dxa"/>
              <w:bottom w:w="70" w:type="dxa"/>
              <w:right w:w="90" w:type="dxa"/>
            </w:tcMar>
          </w:tcPr>
          <w:p w:rsidR="00223469" w:rsidRDefault="008811B3">
            <w:r>
              <w:rPr>
                <w:b/>
                <w:color w:val="FFFFFF"/>
                <w:sz w:val="18"/>
              </w:rPr>
              <w:t>ESTIMATED PERIOD</w:t>
            </w:r>
          </w:p>
        </w:tc>
        <w:tc>
          <w:tcPr>
            <w:tcW w:w="4464" w:type="dxa"/>
            <w:shd w:val="clear" w:color="auto" w:fill="0B2A4A"/>
            <w:tcMar>
              <w:top w:w="70" w:type="dxa"/>
              <w:left w:w="90" w:type="dxa"/>
              <w:bottom w:w="70" w:type="dxa"/>
              <w:right w:w="90" w:type="dxa"/>
            </w:tcMar>
          </w:tcPr>
          <w:p w:rsidR="00223469" w:rsidRDefault="008811B3">
            <w:r>
              <w:rPr>
                <w:b/>
                <w:color w:val="FFFFFF"/>
                <w:sz w:val="18"/>
              </w:rPr>
              <w:t>KEY OUTPUTS</w:t>
            </w:r>
          </w:p>
        </w:tc>
      </w:tr>
      <w:tr w:rsidR="00223469">
        <w:trPr>
          <w:jc w:val="center"/>
        </w:trPr>
        <w:tc>
          <w:tcPr>
            <w:tcW w:w="2880" w:type="dxa"/>
            <w:tcMar>
              <w:top w:w="70" w:type="dxa"/>
              <w:left w:w="90" w:type="dxa"/>
              <w:bottom w:w="70" w:type="dxa"/>
              <w:right w:w="90" w:type="dxa"/>
            </w:tcMar>
          </w:tcPr>
          <w:p w:rsidR="00223469" w:rsidRDefault="008811B3">
            <w:r>
              <w:rPr>
                <w:sz w:val="18"/>
              </w:rPr>
              <w:t>Discovery / AI Readiness</w:t>
            </w:r>
          </w:p>
        </w:tc>
        <w:tc>
          <w:tcPr>
            <w:tcW w:w="2880" w:type="dxa"/>
            <w:tcMar>
              <w:top w:w="70" w:type="dxa"/>
              <w:left w:w="90" w:type="dxa"/>
              <w:bottom w:w="70" w:type="dxa"/>
              <w:right w:w="90" w:type="dxa"/>
            </w:tcMar>
          </w:tcPr>
          <w:p w:rsidR="00223469" w:rsidRDefault="008811B3">
            <w:r>
              <w:rPr>
                <w:sz w:val="18"/>
              </w:rPr>
              <w:t>[DATES / WEEKS]</w:t>
            </w:r>
          </w:p>
        </w:tc>
        <w:tc>
          <w:tcPr>
            <w:tcW w:w="4464" w:type="dxa"/>
            <w:tcMar>
              <w:top w:w="70" w:type="dxa"/>
              <w:left w:w="90" w:type="dxa"/>
              <w:bottom w:w="70" w:type="dxa"/>
              <w:right w:w="90" w:type="dxa"/>
            </w:tcMar>
          </w:tcPr>
          <w:p w:rsidR="00223469" w:rsidRDefault="008811B3">
            <w:r>
              <w:rPr>
                <w:sz w:val="18"/>
              </w:rPr>
              <w:t>Use cases, inventory, risks, roadmap</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sz w:val="18"/>
              </w:rPr>
              <w:t>Architecture / Design</w:t>
            </w:r>
          </w:p>
        </w:tc>
        <w:tc>
          <w:tcPr>
            <w:tcW w:w="2880" w:type="dxa"/>
            <w:shd w:val="clear" w:color="auto" w:fill="F5F8FC"/>
            <w:tcMar>
              <w:top w:w="70" w:type="dxa"/>
              <w:left w:w="90" w:type="dxa"/>
              <w:bottom w:w="70" w:type="dxa"/>
              <w:right w:w="90" w:type="dxa"/>
            </w:tcMar>
          </w:tcPr>
          <w:p w:rsidR="00223469" w:rsidRDefault="008811B3">
            <w:r>
              <w:rPr>
                <w:sz w:val="18"/>
              </w:rPr>
              <w:t>[DATES / WEEKS]</w:t>
            </w:r>
          </w:p>
        </w:tc>
        <w:tc>
          <w:tcPr>
            <w:tcW w:w="4464" w:type="dxa"/>
            <w:shd w:val="clear" w:color="auto" w:fill="F5F8FC"/>
            <w:tcMar>
              <w:top w:w="70" w:type="dxa"/>
              <w:left w:w="90" w:type="dxa"/>
              <w:bottom w:w="70" w:type="dxa"/>
              <w:right w:w="90" w:type="dxa"/>
            </w:tcMar>
          </w:tcPr>
          <w:p w:rsidR="00223469" w:rsidRDefault="008811B3">
            <w:r>
              <w:rPr>
                <w:sz w:val="18"/>
              </w:rPr>
              <w:t xml:space="preserve">Target architecture, UX, </w:t>
            </w:r>
            <w:r>
              <w:rPr>
                <w:sz w:val="18"/>
              </w:rPr>
              <w:t>governance</w:t>
            </w:r>
          </w:p>
        </w:tc>
      </w:tr>
      <w:tr w:rsidR="00223469">
        <w:trPr>
          <w:jc w:val="center"/>
        </w:trPr>
        <w:tc>
          <w:tcPr>
            <w:tcW w:w="2880" w:type="dxa"/>
            <w:tcMar>
              <w:top w:w="70" w:type="dxa"/>
              <w:left w:w="90" w:type="dxa"/>
              <w:bottom w:w="70" w:type="dxa"/>
              <w:right w:w="90" w:type="dxa"/>
            </w:tcMar>
          </w:tcPr>
          <w:p w:rsidR="00223469" w:rsidRDefault="008811B3">
            <w:r>
              <w:rPr>
                <w:sz w:val="18"/>
              </w:rPr>
              <w:t>Pilot / Prototype</w:t>
            </w:r>
          </w:p>
        </w:tc>
        <w:tc>
          <w:tcPr>
            <w:tcW w:w="2880" w:type="dxa"/>
            <w:tcMar>
              <w:top w:w="70" w:type="dxa"/>
              <w:left w:w="90" w:type="dxa"/>
              <w:bottom w:w="70" w:type="dxa"/>
              <w:right w:w="90" w:type="dxa"/>
            </w:tcMar>
          </w:tcPr>
          <w:p w:rsidR="00223469" w:rsidRDefault="008811B3">
            <w:r>
              <w:rPr>
                <w:sz w:val="18"/>
              </w:rPr>
              <w:t>[DATES / WEEKS]</w:t>
            </w:r>
          </w:p>
        </w:tc>
        <w:tc>
          <w:tcPr>
            <w:tcW w:w="4464" w:type="dxa"/>
            <w:tcMar>
              <w:top w:w="70" w:type="dxa"/>
              <w:left w:w="90" w:type="dxa"/>
              <w:bottom w:w="70" w:type="dxa"/>
              <w:right w:w="90" w:type="dxa"/>
            </w:tcMar>
          </w:tcPr>
          <w:p w:rsidR="00223469" w:rsidRDefault="008811B3">
            <w:r>
              <w:rPr>
                <w:sz w:val="18"/>
              </w:rPr>
              <w:t>Working pilot and evaluation</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sz w:val="18"/>
              </w:rPr>
              <w:t>Production Build</w:t>
            </w:r>
          </w:p>
        </w:tc>
        <w:tc>
          <w:tcPr>
            <w:tcW w:w="2880" w:type="dxa"/>
            <w:shd w:val="clear" w:color="auto" w:fill="F5F8FC"/>
            <w:tcMar>
              <w:top w:w="70" w:type="dxa"/>
              <w:left w:w="90" w:type="dxa"/>
              <w:bottom w:w="70" w:type="dxa"/>
              <w:right w:w="90" w:type="dxa"/>
            </w:tcMar>
          </w:tcPr>
          <w:p w:rsidR="00223469" w:rsidRDefault="008811B3">
            <w:r>
              <w:rPr>
                <w:sz w:val="18"/>
              </w:rPr>
              <w:t>[DATES / WEEKS]</w:t>
            </w:r>
          </w:p>
        </w:tc>
        <w:tc>
          <w:tcPr>
            <w:tcW w:w="4464" w:type="dxa"/>
            <w:shd w:val="clear" w:color="auto" w:fill="F5F8FC"/>
            <w:tcMar>
              <w:top w:w="70" w:type="dxa"/>
              <w:left w:w="90" w:type="dxa"/>
              <w:bottom w:w="70" w:type="dxa"/>
              <w:right w:w="90" w:type="dxa"/>
            </w:tcMar>
          </w:tcPr>
          <w:p w:rsidR="00223469" w:rsidRDefault="008811B3">
            <w:r>
              <w:rPr>
                <w:sz w:val="18"/>
              </w:rPr>
              <w:t>Developed solution and integrations</w:t>
            </w:r>
          </w:p>
        </w:tc>
      </w:tr>
      <w:tr w:rsidR="00223469">
        <w:trPr>
          <w:jc w:val="center"/>
        </w:trPr>
        <w:tc>
          <w:tcPr>
            <w:tcW w:w="2880" w:type="dxa"/>
            <w:tcMar>
              <w:top w:w="70" w:type="dxa"/>
              <w:left w:w="90" w:type="dxa"/>
              <w:bottom w:w="70" w:type="dxa"/>
              <w:right w:w="90" w:type="dxa"/>
            </w:tcMar>
          </w:tcPr>
          <w:p w:rsidR="00223469" w:rsidRDefault="008811B3">
            <w:r>
              <w:rPr>
                <w:sz w:val="18"/>
              </w:rPr>
              <w:t>Validation / Security / UAT</w:t>
            </w:r>
          </w:p>
        </w:tc>
        <w:tc>
          <w:tcPr>
            <w:tcW w:w="2880" w:type="dxa"/>
            <w:tcMar>
              <w:top w:w="70" w:type="dxa"/>
              <w:left w:w="90" w:type="dxa"/>
              <w:bottom w:w="70" w:type="dxa"/>
              <w:right w:w="90" w:type="dxa"/>
            </w:tcMar>
          </w:tcPr>
          <w:p w:rsidR="00223469" w:rsidRDefault="008811B3">
            <w:r>
              <w:rPr>
                <w:sz w:val="18"/>
              </w:rPr>
              <w:t>[DATES / WEEKS]</w:t>
            </w:r>
          </w:p>
        </w:tc>
        <w:tc>
          <w:tcPr>
            <w:tcW w:w="4464" w:type="dxa"/>
            <w:tcMar>
              <w:top w:w="70" w:type="dxa"/>
              <w:left w:w="90" w:type="dxa"/>
              <w:bottom w:w="70" w:type="dxa"/>
              <w:right w:w="90" w:type="dxa"/>
            </w:tcMar>
          </w:tcPr>
          <w:p w:rsidR="00223469" w:rsidRDefault="008811B3">
            <w:r>
              <w:rPr>
                <w:sz w:val="18"/>
              </w:rPr>
              <w:t>Testing and approvals</w:t>
            </w:r>
          </w:p>
        </w:tc>
      </w:tr>
      <w:tr w:rsidR="00223469">
        <w:trPr>
          <w:jc w:val="center"/>
        </w:trPr>
        <w:tc>
          <w:tcPr>
            <w:tcW w:w="2880" w:type="dxa"/>
            <w:shd w:val="clear" w:color="auto" w:fill="F5F8FC"/>
            <w:tcMar>
              <w:top w:w="70" w:type="dxa"/>
              <w:left w:w="90" w:type="dxa"/>
              <w:bottom w:w="70" w:type="dxa"/>
              <w:right w:w="90" w:type="dxa"/>
            </w:tcMar>
          </w:tcPr>
          <w:p w:rsidR="00223469" w:rsidRDefault="008811B3">
            <w:r>
              <w:rPr>
                <w:sz w:val="18"/>
              </w:rPr>
              <w:t>Deployment / Training</w:t>
            </w:r>
          </w:p>
        </w:tc>
        <w:tc>
          <w:tcPr>
            <w:tcW w:w="2880" w:type="dxa"/>
            <w:shd w:val="clear" w:color="auto" w:fill="F5F8FC"/>
            <w:tcMar>
              <w:top w:w="70" w:type="dxa"/>
              <w:left w:w="90" w:type="dxa"/>
              <w:bottom w:w="70" w:type="dxa"/>
              <w:right w:w="90" w:type="dxa"/>
            </w:tcMar>
          </w:tcPr>
          <w:p w:rsidR="00223469" w:rsidRDefault="008811B3">
            <w:r>
              <w:rPr>
                <w:sz w:val="18"/>
              </w:rPr>
              <w:t>[DATES / WEEKS]</w:t>
            </w:r>
          </w:p>
        </w:tc>
        <w:tc>
          <w:tcPr>
            <w:tcW w:w="4464" w:type="dxa"/>
            <w:shd w:val="clear" w:color="auto" w:fill="F5F8FC"/>
            <w:tcMar>
              <w:top w:w="70" w:type="dxa"/>
              <w:left w:w="90" w:type="dxa"/>
              <w:bottom w:w="70" w:type="dxa"/>
              <w:right w:w="90" w:type="dxa"/>
            </w:tcMar>
          </w:tcPr>
          <w:p w:rsidR="00223469" w:rsidRDefault="008811B3">
            <w:r>
              <w:rPr>
                <w:sz w:val="18"/>
              </w:rPr>
              <w:t>Production launch and training</w:t>
            </w:r>
          </w:p>
        </w:tc>
      </w:tr>
      <w:tr w:rsidR="00223469">
        <w:trPr>
          <w:jc w:val="center"/>
        </w:trPr>
        <w:tc>
          <w:tcPr>
            <w:tcW w:w="2880" w:type="dxa"/>
            <w:tcMar>
              <w:top w:w="70" w:type="dxa"/>
              <w:left w:w="90" w:type="dxa"/>
              <w:bottom w:w="70" w:type="dxa"/>
              <w:right w:w="90" w:type="dxa"/>
            </w:tcMar>
          </w:tcPr>
          <w:p w:rsidR="00223469" w:rsidRDefault="008811B3">
            <w:r>
              <w:rPr>
                <w:sz w:val="18"/>
              </w:rPr>
              <w:t>Stabilization / Support</w:t>
            </w:r>
          </w:p>
        </w:tc>
        <w:tc>
          <w:tcPr>
            <w:tcW w:w="2880" w:type="dxa"/>
            <w:tcMar>
              <w:top w:w="70" w:type="dxa"/>
              <w:left w:w="90" w:type="dxa"/>
              <w:bottom w:w="70" w:type="dxa"/>
              <w:right w:w="90" w:type="dxa"/>
            </w:tcMar>
          </w:tcPr>
          <w:p w:rsidR="00223469" w:rsidRDefault="008811B3">
            <w:r>
              <w:rPr>
                <w:sz w:val="18"/>
              </w:rPr>
              <w:t>[DATES / WEEKS]</w:t>
            </w:r>
          </w:p>
        </w:tc>
        <w:tc>
          <w:tcPr>
            <w:tcW w:w="4464" w:type="dxa"/>
            <w:tcMar>
              <w:top w:w="70" w:type="dxa"/>
              <w:left w:w="90" w:type="dxa"/>
              <w:bottom w:w="70" w:type="dxa"/>
              <w:right w:w="90" w:type="dxa"/>
            </w:tcMar>
          </w:tcPr>
          <w:p w:rsidR="00223469" w:rsidRDefault="008811B3">
            <w:r>
              <w:rPr>
                <w:sz w:val="18"/>
              </w:rPr>
              <w:t>Monitoring, issue resolution, transition</w:t>
            </w:r>
          </w:p>
        </w:tc>
      </w:tr>
    </w:tbl>
    <w:p w:rsidR="00223469" w:rsidRDefault="00223469">
      <w:pPr>
        <w:spacing w:after="20"/>
      </w:pPr>
    </w:p>
    <w:p w:rsidR="00223469" w:rsidRDefault="008811B3">
      <w:pPr>
        <w:pStyle w:val="Heading2"/>
      </w:pPr>
      <w:r>
        <w:t>13.1 Governance &amp; Reporting</w:t>
      </w:r>
    </w:p>
    <w:p w:rsidR="00223469" w:rsidRDefault="008811B3">
      <w:pPr>
        <w:pStyle w:val="ListBullet"/>
      </w:pPr>
      <w:r>
        <w:t>Named executive sponsor, project owner and vendor project manager.</w:t>
      </w:r>
    </w:p>
    <w:p w:rsidR="00223469" w:rsidRDefault="008811B3">
      <w:pPr>
        <w:pStyle w:val="ListBullet"/>
      </w:pPr>
      <w:r>
        <w:t xml:space="preserve">Regular project status reporting including </w:t>
      </w:r>
      <w:r>
        <w:t>schedule, cost, risks, decisions and dependencies.</w:t>
      </w:r>
    </w:p>
    <w:p w:rsidR="00223469" w:rsidRDefault="008811B3">
      <w:pPr>
        <w:pStyle w:val="ListBullet"/>
      </w:pPr>
      <w:r>
        <w:t>Architecture/security/governance decision log.</w:t>
      </w:r>
    </w:p>
    <w:p w:rsidR="00223469" w:rsidRDefault="008811B3">
      <w:pPr>
        <w:pStyle w:val="ListBullet"/>
      </w:pPr>
      <w:r>
        <w:t>Change-control process for scope, models, data, integrations and requirements.</w:t>
      </w:r>
    </w:p>
    <w:p w:rsidR="00223469" w:rsidRDefault="008811B3">
      <w:pPr>
        <w:pStyle w:val="ListBullet"/>
      </w:pPr>
      <w:r>
        <w:t>Escalation path for risks and blocked decisions.</w:t>
      </w:r>
    </w:p>
    <w:p w:rsidR="00223469" w:rsidRDefault="008811B3">
      <w:pPr>
        <w:pStyle w:val="Heading1"/>
      </w:pPr>
      <w:bookmarkStart w:id="14" w:name="sec14"/>
      <w:r>
        <w:t>14. Bidder Qualifications &amp; Ke</w:t>
      </w:r>
      <w:r>
        <w:t>y Personnel</w:t>
      </w:r>
      <w:bookmarkEnd w:id="14"/>
    </w:p>
    <w:p w:rsidR="00223469" w:rsidRDefault="008811B3">
      <w:pPr>
        <w:pStyle w:val="Heading2"/>
      </w:pPr>
      <w:r>
        <w:t>14.1 Minimum / Rated Qualifications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4896"/>
        <w:gridCol w:w="2016"/>
        <w:gridCol w:w="3456"/>
      </w:tblGrid>
      <w:tr w:rsidR="00223469">
        <w:trPr>
          <w:tblHeader/>
          <w:jc w:val="center"/>
        </w:trPr>
        <w:tc>
          <w:tcPr>
            <w:tcW w:w="4896" w:type="dxa"/>
            <w:shd w:val="clear" w:color="auto" w:fill="0B2A4A"/>
            <w:tcMar>
              <w:top w:w="70" w:type="dxa"/>
              <w:left w:w="90" w:type="dxa"/>
              <w:bottom w:w="70" w:type="dxa"/>
              <w:right w:w="90" w:type="dxa"/>
            </w:tcMar>
          </w:tcPr>
          <w:p w:rsidR="00223469" w:rsidRDefault="008811B3">
            <w:r>
              <w:rPr>
                <w:b/>
                <w:color w:val="FFFFFF"/>
                <w:sz w:val="18"/>
              </w:rPr>
              <w:t>QUALIFICATION</w:t>
            </w:r>
          </w:p>
        </w:tc>
        <w:tc>
          <w:tcPr>
            <w:tcW w:w="2016" w:type="dxa"/>
            <w:shd w:val="clear" w:color="auto" w:fill="0B2A4A"/>
            <w:tcMar>
              <w:top w:w="70" w:type="dxa"/>
              <w:left w:w="90" w:type="dxa"/>
              <w:bottom w:w="70" w:type="dxa"/>
              <w:right w:w="90" w:type="dxa"/>
            </w:tcMar>
          </w:tcPr>
          <w:p w:rsidR="00223469" w:rsidRDefault="008811B3">
            <w:r>
              <w:rPr>
                <w:b/>
                <w:color w:val="FFFFFF"/>
                <w:sz w:val="18"/>
              </w:rPr>
              <w:t>MANDATORY / RATED</w:t>
            </w:r>
          </w:p>
        </w:tc>
        <w:tc>
          <w:tcPr>
            <w:tcW w:w="3456" w:type="dxa"/>
            <w:shd w:val="clear" w:color="auto" w:fill="0B2A4A"/>
            <w:tcMar>
              <w:top w:w="70" w:type="dxa"/>
              <w:left w:w="90" w:type="dxa"/>
              <w:bottom w:w="70" w:type="dxa"/>
              <w:right w:w="90" w:type="dxa"/>
            </w:tcMar>
          </w:tcPr>
          <w:p w:rsidR="00223469" w:rsidRDefault="008811B3">
            <w:r>
              <w:rPr>
                <w:b/>
                <w:color w:val="FFFFFF"/>
                <w:sz w:val="18"/>
              </w:rPr>
              <w:t>BIDDER EVIDENCE</w:t>
            </w:r>
          </w:p>
        </w:tc>
      </w:tr>
      <w:tr w:rsidR="00223469">
        <w:trPr>
          <w:jc w:val="center"/>
        </w:trPr>
        <w:tc>
          <w:tcPr>
            <w:tcW w:w="4896" w:type="dxa"/>
            <w:tcMar>
              <w:top w:w="70" w:type="dxa"/>
              <w:left w:w="90" w:type="dxa"/>
              <w:bottom w:w="70" w:type="dxa"/>
              <w:right w:w="90" w:type="dxa"/>
            </w:tcMar>
          </w:tcPr>
          <w:p w:rsidR="00223469" w:rsidRDefault="008811B3">
            <w:r>
              <w:rPr>
                <w:sz w:val="18"/>
              </w:rPr>
              <w:t>Relevant enterprise / public-sector AI delivery experience</w:t>
            </w:r>
          </w:p>
        </w:tc>
        <w:tc>
          <w:tcPr>
            <w:tcW w:w="2016" w:type="dxa"/>
            <w:tcMar>
              <w:top w:w="70" w:type="dxa"/>
              <w:left w:w="90" w:type="dxa"/>
              <w:bottom w:w="70" w:type="dxa"/>
              <w:right w:w="90" w:type="dxa"/>
            </w:tcMar>
          </w:tcPr>
          <w:p w:rsidR="00223469" w:rsidRDefault="008811B3">
            <w:r>
              <w:rPr>
                <w:sz w:val="18"/>
              </w:rPr>
              <w:t>[M/R]</w:t>
            </w:r>
          </w:p>
        </w:tc>
        <w:tc>
          <w:tcPr>
            <w:tcW w:w="3456" w:type="dxa"/>
            <w:tcMar>
              <w:top w:w="70" w:type="dxa"/>
              <w:left w:w="90" w:type="dxa"/>
              <w:bottom w:w="70" w:type="dxa"/>
              <w:right w:w="90" w:type="dxa"/>
            </w:tcMar>
          </w:tcPr>
          <w:p w:rsidR="00223469" w:rsidRDefault="008811B3">
            <w:r>
              <w:rPr>
                <w:sz w:val="18"/>
              </w:rPr>
              <w:t>Case studies / references</w:t>
            </w:r>
          </w:p>
        </w:tc>
      </w:tr>
      <w:tr w:rsidR="00223469">
        <w:trPr>
          <w:jc w:val="center"/>
        </w:trPr>
        <w:tc>
          <w:tcPr>
            <w:tcW w:w="4896" w:type="dxa"/>
            <w:shd w:val="clear" w:color="auto" w:fill="F5F8FC"/>
            <w:tcMar>
              <w:top w:w="70" w:type="dxa"/>
              <w:left w:w="90" w:type="dxa"/>
              <w:bottom w:w="70" w:type="dxa"/>
              <w:right w:w="90" w:type="dxa"/>
            </w:tcMar>
          </w:tcPr>
          <w:p w:rsidR="00223469" w:rsidRDefault="008811B3">
            <w:r>
              <w:rPr>
                <w:sz w:val="18"/>
              </w:rPr>
              <w:t>AI architecture and engineering capability</w:t>
            </w:r>
          </w:p>
        </w:tc>
        <w:tc>
          <w:tcPr>
            <w:tcW w:w="2016" w:type="dxa"/>
            <w:shd w:val="clear" w:color="auto" w:fill="F5F8FC"/>
            <w:tcMar>
              <w:top w:w="70" w:type="dxa"/>
              <w:left w:w="90" w:type="dxa"/>
              <w:bottom w:w="70" w:type="dxa"/>
              <w:right w:w="90" w:type="dxa"/>
            </w:tcMar>
          </w:tcPr>
          <w:p w:rsidR="00223469" w:rsidRDefault="008811B3">
            <w:r>
              <w:rPr>
                <w:sz w:val="18"/>
              </w:rPr>
              <w:t>[M/R]</w:t>
            </w:r>
          </w:p>
        </w:tc>
        <w:tc>
          <w:tcPr>
            <w:tcW w:w="3456" w:type="dxa"/>
            <w:shd w:val="clear" w:color="auto" w:fill="F5F8FC"/>
            <w:tcMar>
              <w:top w:w="70" w:type="dxa"/>
              <w:left w:w="90" w:type="dxa"/>
              <w:bottom w:w="70" w:type="dxa"/>
              <w:right w:w="90" w:type="dxa"/>
            </w:tcMar>
          </w:tcPr>
          <w:p w:rsidR="00223469" w:rsidRDefault="008811B3">
            <w:r>
              <w:rPr>
                <w:sz w:val="18"/>
              </w:rPr>
              <w:t>Team experience</w:t>
            </w:r>
          </w:p>
        </w:tc>
      </w:tr>
      <w:tr w:rsidR="00223469">
        <w:trPr>
          <w:jc w:val="center"/>
        </w:trPr>
        <w:tc>
          <w:tcPr>
            <w:tcW w:w="4896" w:type="dxa"/>
            <w:tcMar>
              <w:top w:w="70" w:type="dxa"/>
              <w:left w:w="90" w:type="dxa"/>
              <w:bottom w:w="70" w:type="dxa"/>
              <w:right w:w="90" w:type="dxa"/>
            </w:tcMar>
          </w:tcPr>
          <w:p w:rsidR="00223469" w:rsidRDefault="008811B3">
            <w:r>
              <w:rPr>
                <w:sz w:val="18"/>
              </w:rPr>
              <w:t>Data engineering / RAG capability</w:t>
            </w:r>
          </w:p>
        </w:tc>
        <w:tc>
          <w:tcPr>
            <w:tcW w:w="2016" w:type="dxa"/>
            <w:tcMar>
              <w:top w:w="70" w:type="dxa"/>
              <w:left w:w="90" w:type="dxa"/>
              <w:bottom w:w="70" w:type="dxa"/>
              <w:right w:w="90" w:type="dxa"/>
            </w:tcMar>
          </w:tcPr>
          <w:p w:rsidR="00223469" w:rsidRDefault="008811B3">
            <w:r>
              <w:rPr>
                <w:sz w:val="18"/>
              </w:rPr>
              <w:t>[M/R]</w:t>
            </w:r>
          </w:p>
        </w:tc>
        <w:tc>
          <w:tcPr>
            <w:tcW w:w="3456" w:type="dxa"/>
            <w:tcMar>
              <w:top w:w="70" w:type="dxa"/>
              <w:left w:w="90" w:type="dxa"/>
              <w:bottom w:w="70" w:type="dxa"/>
              <w:right w:w="90" w:type="dxa"/>
            </w:tcMar>
          </w:tcPr>
          <w:p w:rsidR="00223469" w:rsidRDefault="008811B3">
            <w:r>
              <w:rPr>
                <w:sz w:val="18"/>
              </w:rPr>
              <w:t>Examples / personnel</w:t>
            </w:r>
          </w:p>
        </w:tc>
      </w:tr>
      <w:tr w:rsidR="00223469">
        <w:trPr>
          <w:jc w:val="center"/>
        </w:trPr>
        <w:tc>
          <w:tcPr>
            <w:tcW w:w="4896" w:type="dxa"/>
            <w:shd w:val="clear" w:color="auto" w:fill="F5F8FC"/>
            <w:tcMar>
              <w:top w:w="70" w:type="dxa"/>
              <w:left w:w="90" w:type="dxa"/>
              <w:bottom w:w="70" w:type="dxa"/>
              <w:right w:w="90" w:type="dxa"/>
            </w:tcMar>
          </w:tcPr>
          <w:p w:rsidR="00223469" w:rsidRDefault="008811B3">
            <w:r>
              <w:rPr>
                <w:sz w:val="18"/>
              </w:rPr>
              <w:t>AI security and governance experience</w:t>
            </w:r>
          </w:p>
        </w:tc>
        <w:tc>
          <w:tcPr>
            <w:tcW w:w="2016" w:type="dxa"/>
            <w:shd w:val="clear" w:color="auto" w:fill="F5F8FC"/>
            <w:tcMar>
              <w:top w:w="70" w:type="dxa"/>
              <w:left w:w="90" w:type="dxa"/>
              <w:bottom w:w="70" w:type="dxa"/>
              <w:right w:w="90" w:type="dxa"/>
            </w:tcMar>
          </w:tcPr>
          <w:p w:rsidR="00223469" w:rsidRDefault="008811B3">
            <w:r>
              <w:rPr>
                <w:sz w:val="18"/>
              </w:rPr>
              <w:t>[M/R]</w:t>
            </w:r>
          </w:p>
        </w:tc>
        <w:tc>
          <w:tcPr>
            <w:tcW w:w="3456" w:type="dxa"/>
            <w:shd w:val="clear" w:color="auto" w:fill="F5F8FC"/>
            <w:tcMar>
              <w:top w:w="70" w:type="dxa"/>
              <w:left w:w="90" w:type="dxa"/>
              <w:bottom w:w="70" w:type="dxa"/>
              <w:right w:w="90" w:type="dxa"/>
            </w:tcMar>
          </w:tcPr>
          <w:p w:rsidR="00223469" w:rsidRDefault="008811B3">
            <w:r>
              <w:rPr>
                <w:sz w:val="18"/>
              </w:rPr>
              <w:t>Methods / certifications / case studies</w:t>
            </w:r>
          </w:p>
        </w:tc>
      </w:tr>
      <w:tr w:rsidR="00223469">
        <w:trPr>
          <w:jc w:val="center"/>
        </w:trPr>
        <w:tc>
          <w:tcPr>
            <w:tcW w:w="4896" w:type="dxa"/>
            <w:tcMar>
              <w:top w:w="70" w:type="dxa"/>
              <w:left w:w="90" w:type="dxa"/>
              <w:bottom w:w="70" w:type="dxa"/>
              <w:right w:w="90" w:type="dxa"/>
            </w:tcMar>
          </w:tcPr>
          <w:p w:rsidR="00223469" w:rsidRDefault="008811B3">
            <w:r>
              <w:rPr>
                <w:sz w:val="18"/>
              </w:rPr>
              <w:t>Enterprise integration experience</w:t>
            </w:r>
          </w:p>
        </w:tc>
        <w:tc>
          <w:tcPr>
            <w:tcW w:w="2016" w:type="dxa"/>
            <w:tcMar>
              <w:top w:w="70" w:type="dxa"/>
              <w:left w:w="90" w:type="dxa"/>
              <w:bottom w:w="70" w:type="dxa"/>
              <w:right w:w="90" w:type="dxa"/>
            </w:tcMar>
          </w:tcPr>
          <w:p w:rsidR="00223469" w:rsidRDefault="008811B3">
            <w:r>
              <w:rPr>
                <w:sz w:val="18"/>
              </w:rPr>
              <w:t>[M/R]</w:t>
            </w:r>
          </w:p>
        </w:tc>
        <w:tc>
          <w:tcPr>
            <w:tcW w:w="3456" w:type="dxa"/>
            <w:tcMar>
              <w:top w:w="70" w:type="dxa"/>
              <w:left w:w="90" w:type="dxa"/>
              <w:bottom w:w="70" w:type="dxa"/>
              <w:right w:w="90" w:type="dxa"/>
            </w:tcMar>
          </w:tcPr>
          <w:p w:rsidR="00223469" w:rsidRDefault="008811B3">
            <w:r>
              <w:rPr>
                <w:sz w:val="18"/>
              </w:rPr>
              <w:t>Examples</w:t>
            </w:r>
          </w:p>
        </w:tc>
      </w:tr>
      <w:tr w:rsidR="00223469">
        <w:trPr>
          <w:jc w:val="center"/>
        </w:trPr>
        <w:tc>
          <w:tcPr>
            <w:tcW w:w="4896" w:type="dxa"/>
            <w:shd w:val="clear" w:color="auto" w:fill="F5F8FC"/>
            <w:tcMar>
              <w:top w:w="70" w:type="dxa"/>
              <w:left w:w="90" w:type="dxa"/>
              <w:bottom w:w="70" w:type="dxa"/>
              <w:right w:w="90" w:type="dxa"/>
            </w:tcMar>
          </w:tcPr>
          <w:p w:rsidR="00223469" w:rsidRDefault="008811B3">
            <w:r>
              <w:rPr>
                <w:sz w:val="18"/>
              </w:rPr>
              <w:t>Cloud / DevOps / MLOps capability</w:t>
            </w:r>
          </w:p>
        </w:tc>
        <w:tc>
          <w:tcPr>
            <w:tcW w:w="2016" w:type="dxa"/>
            <w:shd w:val="clear" w:color="auto" w:fill="F5F8FC"/>
            <w:tcMar>
              <w:top w:w="70" w:type="dxa"/>
              <w:left w:w="90" w:type="dxa"/>
              <w:bottom w:w="70" w:type="dxa"/>
              <w:right w:w="90" w:type="dxa"/>
            </w:tcMar>
          </w:tcPr>
          <w:p w:rsidR="00223469" w:rsidRDefault="008811B3">
            <w:r>
              <w:rPr>
                <w:sz w:val="18"/>
              </w:rPr>
              <w:t>[M/R]</w:t>
            </w:r>
          </w:p>
        </w:tc>
        <w:tc>
          <w:tcPr>
            <w:tcW w:w="3456" w:type="dxa"/>
            <w:shd w:val="clear" w:color="auto" w:fill="F5F8FC"/>
            <w:tcMar>
              <w:top w:w="70" w:type="dxa"/>
              <w:left w:w="90" w:type="dxa"/>
              <w:bottom w:w="70" w:type="dxa"/>
              <w:right w:w="90" w:type="dxa"/>
            </w:tcMar>
          </w:tcPr>
          <w:p w:rsidR="00223469" w:rsidRDefault="008811B3">
            <w:r>
              <w:rPr>
                <w:sz w:val="18"/>
              </w:rPr>
              <w:t>Examples</w:t>
            </w:r>
          </w:p>
        </w:tc>
      </w:tr>
      <w:tr w:rsidR="00223469">
        <w:trPr>
          <w:jc w:val="center"/>
        </w:trPr>
        <w:tc>
          <w:tcPr>
            <w:tcW w:w="4896" w:type="dxa"/>
            <w:tcMar>
              <w:top w:w="70" w:type="dxa"/>
              <w:left w:w="90" w:type="dxa"/>
              <w:bottom w:w="70" w:type="dxa"/>
              <w:right w:w="90" w:type="dxa"/>
            </w:tcMar>
          </w:tcPr>
          <w:p w:rsidR="00223469" w:rsidRDefault="008811B3">
            <w:r>
              <w:rPr>
                <w:sz w:val="18"/>
              </w:rPr>
              <w:t>Accessibility / UX capability</w:t>
            </w:r>
          </w:p>
        </w:tc>
        <w:tc>
          <w:tcPr>
            <w:tcW w:w="2016" w:type="dxa"/>
            <w:tcMar>
              <w:top w:w="70" w:type="dxa"/>
              <w:left w:w="90" w:type="dxa"/>
              <w:bottom w:w="70" w:type="dxa"/>
              <w:right w:w="90" w:type="dxa"/>
            </w:tcMar>
          </w:tcPr>
          <w:p w:rsidR="00223469" w:rsidRDefault="008811B3">
            <w:r>
              <w:rPr>
                <w:sz w:val="18"/>
              </w:rPr>
              <w:t>[M/R]</w:t>
            </w:r>
          </w:p>
        </w:tc>
        <w:tc>
          <w:tcPr>
            <w:tcW w:w="3456" w:type="dxa"/>
            <w:tcMar>
              <w:top w:w="70" w:type="dxa"/>
              <w:left w:w="90" w:type="dxa"/>
              <w:bottom w:w="70" w:type="dxa"/>
              <w:right w:w="90" w:type="dxa"/>
            </w:tcMar>
          </w:tcPr>
          <w:p w:rsidR="00223469" w:rsidRDefault="008811B3">
            <w:r>
              <w:rPr>
                <w:sz w:val="18"/>
              </w:rPr>
              <w:t>Approach / staff</w:t>
            </w:r>
          </w:p>
        </w:tc>
      </w:tr>
      <w:tr w:rsidR="00223469">
        <w:trPr>
          <w:jc w:val="center"/>
        </w:trPr>
        <w:tc>
          <w:tcPr>
            <w:tcW w:w="4896" w:type="dxa"/>
            <w:shd w:val="clear" w:color="auto" w:fill="F5F8FC"/>
            <w:tcMar>
              <w:top w:w="70" w:type="dxa"/>
              <w:left w:w="90" w:type="dxa"/>
              <w:bottom w:w="70" w:type="dxa"/>
              <w:right w:w="90" w:type="dxa"/>
            </w:tcMar>
          </w:tcPr>
          <w:p w:rsidR="00223469" w:rsidRDefault="008811B3">
            <w:r>
              <w:rPr>
                <w:sz w:val="18"/>
              </w:rPr>
              <w:t>Knowledge transfer / training</w:t>
            </w:r>
          </w:p>
        </w:tc>
        <w:tc>
          <w:tcPr>
            <w:tcW w:w="2016" w:type="dxa"/>
            <w:shd w:val="clear" w:color="auto" w:fill="F5F8FC"/>
            <w:tcMar>
              <w:top w:w="70" w:type="dxa"/>
              <w:left w:w="90" w:type="dxa"/>
              <w:bottom w:w="70" w:type="dxa"/>
              <w:right w:w="90" w:type="dxa"/>
            </w:tcMar>
          </w:tcPr>
          <w:p w:rsidR="00223469" w:rsidRDefault="008811B3">
            <w:r>
              <w:rPr>
                <w:sz w:val="18"/>
              </w:rPr>
              <w:t>[M/R]</w:t>
            </w:r>
          </w:p>
        </w:tc>
        <w:tc>
          <w:tcPr>
            <w:tcW w:w="3456" w:type="dxa"/>
            <w:shd w:val="clear" w:color="auto" w:fill="F5F8FC"/>
            <w:tcMar>
              <w:top w:w="70" w:type="dxa"/>
              <w:left w:w="90" w:type="dxa"/>
              <w:bottom w:w="70" w:type="dxa"/>
              <w:right w:w="90" w:type="dxa"/>
            </w:tcMar>
          </w:tcPr>
          <w:p w:rsidR="00223469" w:rsidRDefault="008811B3">
            <w:r>
              <w:rPr>
                <w:sz w:val="18"/>
              </w:rPr>
              <w:t>Approach</w:t>
            </w:r>
          </w:p>
        </w:tc>
      </w:tr>
    </w:tbl>
    <w:p w:rsidR="00223469" w:rsidRDefault="00223469">
      <w:pPr>
        <w:spacing w:after="20"/>
      </w:pPr>
    </w:p>
    <w:p w:rsidR="00650BB0" w:rsidRDefault="00650BB0">
      <w:pPr>
        <w:spacing w:after="200" w:line="276" w:lineRule="auto"/>
        <w:rPr>
          <w:rFonts w:asciiTheme="majorHAnsi" w:eastAsiaTheme="majorEastAsia" w:hAnsiTheme="majorHAnsi" w:cstheme="majorBidi"/>
          <w:b/>
          <w:bCs/>
          <w:color w:val="0A66D8"/>
          <w:sz w:val="24"/>
          <w:szCs w:val="26"/>
        </w:rPr>
      </w:pPr>
      <w:r>
        <w:br w:type="page"/>
      </w:r>
    </w:p>
    <w:p w:rsidR="00223469" w:rsidRDefault="008811B3">
      <w:pPr>
        <w:pStyle w:val="Heading2"/>
      </w:pPr>
      <w:r>
        <w:lastRenderedPageBreak/>
        <w:t>14.2 Key Personnel</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024"/>
        <w:gridCol w:w="5328"/>
        <w:gridCol w:w="2016"/>
      </w:tblGrid>
      <w:tr w:rsidR="00223469">
        <w:trPr>
          <w:tblHeader/>
          <w:jc w:val="center"/>
        </w:trPr>
        <w:tc>
          <w:tcPr>
            <w:tcW w:w="3024" w:type="dxa"/>
            <w:shd w:val="clear" w:color="auto" w:fill="0B2A4A"/>
            <w:tcMar>
              <w:top w:w="70" w:type="dxa"/>
              <w:left w:w="90" w:type="dxa"/>
              <w:bottom w:w="70" w:type="dxa"/>
              <w:right w:w="90" w:type="dxa"/>
            </w:tcMar>
          </w:tcPr>
          <w:p w:rsidR="00223469" w:rsidRDefault="008811B3">
            <w:r>
              <w:rPr>
                <w:b/>
                <w:color w:val="FFFFFF"/>
                <w:sz w:val="18"/>
              </w:rPr>
              <w:t>ROLE</w:t>
            </w:r>
          </w:p>
        </w:tc>
        <w:tc>
          <w:tcPr>
            <w:tcW w:w="5328" w:type="dxa"/>
            <w:shd w:val="clear" w:color="auto" w:fill="0B2A4A"/>
            <w:tcMar>
              <w:top w:w="70" w:type="dxa"/>
              <w:left w:w="90" w:type="dxa"/>
              <w:bottom w:w="70" w:type="dxa"/>
              <w:right w:w="90" w:type="dxa"/>
            </w:tcMar>
          </w:tcPr>
          <w:p w:rsidR="00223469" w:rsidRDefault="008811B3">
            <w:r>
              <w:rPr>
                <w:b/>
                <w:color w:val="FFFFFF"/>
                <w:sz w:val="18"/>
              </w:rPr>
              <w:t>EXPECTED EXPERIENCE</w:t>
            </w:r>
          </w:p>
        </w:tc>
        <w:tc>
          <w:tcPr>
            <w:tcW w:w="2016" w:type="dxa"/>
            <w:shd w:val="clear" w:color="auto" w:fill="0B2A4A"/>
            <w:tcMar>
              <w:top w:w="70" w:type="dxa"/>
              <w:left w:w="90" w:type="dxa"/>
              <w:bottom w:w="70" w:type="dxa"/>
              <w:right w:w="90" w:type="dxa"/>
            </w:tcMar>
          </w:tcPr>
          <w:p w:rsidR="00223469" w:rsidRDefault="008811B3">
            <w:r>
              <w:rPr>
                <w:b/>
                <w:color w:val="FFFFFF"/>
                <w:sz w:val="18"/>
              </w:rPr>
              <w:t>ALLOCATION</w:t>
            </w:r>
          </w:p>
        </w:tc>
      </w:tr>
      <w:tr w:rsidR="00223469">
        <w:trPr>
          <w:jc w:val="center"/>
        </w:trPr>
        <w:tc>
          <w:tcPr>
            <w:tcW w:w="3024" w:type="dxa"/>
            <w:tcMar>
              <w:top w:w="70" w:type="dxa"/>
              <w:left w:w="90" w:type="dxa"/>
              <w:bottom w:w="70" w:type="dxa"/>
              <w:right w:w="90" w:type="dxa"/>
            </w:tcMar>
          </w:tcPr>
          <w:p w:rsidR="00223469" w:rsidRDefault="008811B3">
            <w:r>
              <w:rPr>
                <w:sz w:val="18"/>
              </w:rPr>
              <w:t>Engagement / Program Lead</w:t>
            </w:r>
          </w:p>
        </w:tc>
        <w:tc>
          <w:tcPr>
            <w:tcW w:w="5328" w:type="dxa"/>
            <w:tcMar>
              <w:top w:w="70" w:type="dxa"/>
              <w:left w:w="90" w:type="dxa"/>
              <w:bottom w:w="70" w:type="dxa"/>
              <w:right w:w="90" w:type="dxa"/>
            </w:tcMar>
          </w:tcPr>
          <w:p w:rsidR="00223469" w:rsidRDefault="008811B3">
            <w:r>
              <w:rPr>
                <w:sz w:val="18"/>
              </w:rPr>
              <w:t>Enterprise AI delivery and stakeholder leadership</w:t>
            </w:r>
          </w:p>
        </w:tc>
        <w:tc>
          <w:tcPr>
            <w:tcW w:w="2016" w:type="dxa"/>
            <w:tcMar>
              <w:top w:w="70" w:type="dxa"/>
              <w:left w:w="90" w:type="dxa"/>
              <w:bottom w:w="70" w:type="dxa"/>
              <w:right w:w="90" w:type="dxa"/>
            </w:tcMar>
          </w:tcPr>
          <w:p w:rsidR="00223469" w:rsidRDefault="008811B3">
            <w:r>
              <w:rPr>
                <w:sz w:val="18"/>
              </w:rPr>
              <w:t>[FTE / %]</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sz w:val="18"/>
              </w:rPr>
              <w:t xml:space="preserve">AI / </w:t>
            </w:r>
            <w:r>
              <w:rPr>
                <w:sz w:val="18"/>
              </w:rPr>
              <w:t>Solution Architect</w:t>
            </w:r>
          </w:p>
        </w:tc>
        <w:tc>
          <w:tcPr>
            <w:tcW w:w="5328" w:type="dxa"/>
            <w:shd w:val="clear" w:color="auto" w:fill="F5F8FC"/>
            <w:tcMar>
              <w:top w:w="70" w:type="dxa"/>
              <w:left w:w="90" w:type="dxa"/>
              <w:bottom w:w="70" w:type="dxa"/>
              <w:right w:w="90" w:type="dxa"/>
            </w:tcMar>
          </w:tcPr>
          <w:p w:rsidR="00223469" w:rsidRDefault="008811B3">
            <w:r>
              <w:rPr>
                <w:sz w:val="18"/>
              </w:rPr>
              <w:t>AI application, cloud, integration architecture</w:t>
            </w:r>
          </w:p>
        </w:tc>
        <w:tc>
          <w:tcPr>
            <w:tcW w:w="2016" w:type="dxa"/>
            <w:shd w:val="clear" w:color="auto" w:fill="F5F8FC"/>
            <w:tcMar>
              <w:top w:w="70" w:type="dxa"/>
              <w:left w:w="90" w:type="dxa"/>
              <w:bottom w:w="70" w:type="dxa"/>
              <w:right w:w="90" w:type="dxa"/>
            </w:tcMar>
          </w:tcPr>
          <w:p w:rsidR="00223469" w:rsidRDefault="008811B3">
            <w:r>
              <w:rPr>
                <w:sz w:val="18"/>
              </w:rPr>
              <w:t>[FTE / %]</w:t>
            </w:r>
          </w:p>
        </w:tc>
      </w:tr>
      <w:tr w:rsidR="00223469">
        <w:trPr>
          <w:jc w:val="center"/>
        </w:trPr>
        <w:tc>
          <w:tcPr>
            <w:tcW w:w="3024" w:type="dxa"/>
            <w:tcMar>
              <w:top w:w="70" w:type="dxa"/>
              <w:left w:w="90" w:type="dxa"/>
              <w:bottom w:w="70" w:type="dxa"/>
              <w:right w:w="90" w:type="dxa"/>
            </w:tcMar>
          </w:tcPr>
          <w:p w:rsidR="00223469" w:rsidRDefault="008811B3">
            <w:r>
              <w:rPr>
                <w:sz w:val="18"/>
              </w:rPr>
              <w:t>AI / ML Engineer</w:t>
            </w:r>
          </w:p>
        </w:tc>
        <w:tc>
          <w:tcPr>
            <w:tcW w:w="5328" w:type="dxa"/>
            <w:tcMar>
              <w:top w:w="70" w:type="dxa"/>
              <w:left w:w="90" w:type="dxa"/>
              <w:bottom w:w="70" w:type="dxa"/>
              <w:right w:w="90" w:type="dxa"/>
            </w:tcMar>
          </w:tcPr>
          <w:p w:rsidR="00223469" w:rsidRDefault="008811B3">
            <w:r>
              <w:rPr>
                <w:sz w:val="18"/>
              </w:rPr>
              <w:t>LLM/ML implementation, evaluation, optimization</w:t>
            </w:r>
          </w:p>
        </w:tc>
        <w:tc>
          <w:tcPr>
            <w:tcW w:w="2016" w:type="dxa"/>
            <w:tcMar>
              <w:top w:w="70" w:type="dxa"/>
              <w:left w:w="90" w:type="dxa"/>
              <w:bottom w:w="70" w:type="dxa"/>
              <w:right w:w="90" w:type="dxa"/>
            </w:tcMar>
          </w:tcPr>
          <w:p w:rsidR="00223469" w:rsidRDefault="008811B3">
            <w:r>
              <w:rPr>
                <w:sz w:val="18"/>
              </w:rPr>
              <w:t>[FTE / %]</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sz w:val="18"/>
              </w:rPr>
              <w:t>Data Engineer</w:t>
            </w:r>
          </w:p>
        </w:tc>
        <w:tc>
          <w:tcPr>
            <w:tcW w:w="5328" w:type="dxa"/>
            <w:shd w:val="clear" w:color="auto" w:fill="F5F8FC"/>
            <w:tcMar>
              <w:top w:w="70" w:type="dxa"/>
              <w:left w:w="90" w:type="dxa"/>
              <w:bottom w:w="70" w:type="dxa"/>
              <w:right w:w="90" w:type="dxa"/>
            </w:tcMar>
          </w:tcPr>
          <w:p w:rsidR="00223469" w:rsidRDefault="008811B3">
            <w:r>
              <w:rPr>
                <w:sz w:val="18"/>
              </w:rPr>
              <w:t>Pipelines, data quality, RAG / retrieval</w:t>
            </w:r>
          </w:p>
        </w:tc>
        <w:tc>
          <w:tcPr>
            <w:tcW w:w="2016" w:type="dxa"/>
            <w:shd w:val="clear" w:color="auto" w:fill="F5F8FC"/>
            <w:tcMar>
              <w:top w:w="70" w:type="dxa"/>
              <w:left w:w="90" w:type="dxa"/>
              <w:bottom w:w="70" w:type="dxa"/>
              <w:right w:w="90" w:type="dxa"/>
            </w:tcMar>
          </w:tcPr>
          <w:p w:rsidR="00223469" w:rsidRDefault="008811B3">
            <w:r>
              <w:rPr>
                <w:sz w:val="18"/>
              </w:rPr>
              <w:t>[FTE / %]</w:t>
            </w:r>
          </w:p>
        </w:tc>
      </w:tr>
      <w:tr w:rsidR="00223469">
        <w:trPr>
          <w:jc w:val="center"/>
        </w:trPr>
        <w:tc>
          <w:tcPr>
            <w:tcW w:w="3024" w:type="dxa"/>
            <w:tcMar>
              <w:top w:w="70" w:type="dxa"/>
              <w:left w:w="90" w:type="dxa"/>
              <w:bottom w:w="70" w:type="dxa"/>
              <w:right w:w="90" w:type="dxa"/>
            </w:tcMar>
          </w:tcPr>
          <w:p w:rsidR="00223469" w:rsidRDefault="008811B3">
            <w:r>
              <w:rPr>
                <w:sz w:val="18"/>
              </w:rPr>
              <w:t>Security Specialist</w:t>
            </w:r>
          </w:p>
        </w:tc>
        <w:tc>
          <w:tcPr>
            <w:tcW w:w="5328" w:type="dxa"/>
            <w:tcMar>
              <w:top w:w="70" w:type="dxa"/>
              <w:left w:w="90" w:type="dxa"/>
              <w:bottom w:w="70" w:type="dxa"/>
              <w:right w:w="90" w:type="dxa"/>
            </w:tcMar>
          </w:tcPr>
          <w:p w:rsidR="00223469" w:rsidRDefault="008811B3">
            <w:r>
              <w:rPr>
                <w:sz w:val="18"/>
              </w:rPr>
              <w:t xml:space="preserve">AI threat </w:t>
            </w:r>
            <w:r>
              <w:rPr>
                <w:sz w:val="18"/>
              </w:rPr>
              <w:t>modeling, application/cloud security</w:t>
            </w:r>
          </w:p>
        </w:tc>
        <w:tc>
          <w:tcPr>
            <w:tcW w:w="2016" w:type="dxa"/>
            <w:tcMar>
              <w:top w:w="70" w:type="dxa"/>
              <w:left w:w="90" w:type="dxa"/>
              <w:bottom w:w="70" w:type="dxa"/>
              <w:right w:w="90" w:type="dxa"/>
            </w:tcMar>
          </w:tcPr>
          <w:p w:rsidR="00223469" w:rsidRDefault="008811B3">
            <w:r>
              <w:rPr>
                <w:sz w:val="18"/>
              </w:rPr>
              <w:t>[FTE / %]</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sz w:val="18"/>
              </w:rPr>
              <w:t>UX / Accessibility Lead</w:t>
            </w:r>
          </w:p>
        </w:tc>
        <w:tc>
          <w:tcPr>
            <w:tcW w:w="5328" w:type="dxa"/>
            <w:shd w:val="clear" w:color="auto" w:fill="F5F8FC"/>
            <w:tcMar>
              <w:top w:w="70" w:type="dxa"/>
              <w:left w:w="90" w:type="dxa"/>
              <w:bottom w:w="70" w:type="dxa"/>
              <w:right w:w="90" w:type="dxa"/>
            </w:tcMar>
          </w:tcPr>
          <w:p w:rsidR="00223469" w:rsidRDefault="008811B3">
            <w:r>
              <w:rPr>
                <w:sz w:val="18"/>
              </w:rPr>
              <w:t>AI UX, inclusive design, usability</w:t>
            </w:r>
          </w:p>
        </w:tc>
        <w:tc>
          <w:tcPr>
            <w:tcW w:w="2016" w:type="dxa"/>
            <w:shd w:val="clear" w:color="auto" w:fill="F5F8FC"/>
            <w:tcMar>
              <w:top w:w="70" w:type="dxa"/>
              <w:left w:w="90" w:type="dxa"/>
              <w:bottom w:w="70" w:type="dxa"/>
              <w:right w:w="90" w:type="dxa"/>
            </w:tcMar>
          </w:tcPr>
          <w:p w:rsidR="00223469" w:rsidRDefault="008811B3">
            <w:r>
              <w:rPr>
                <w:sz w:val="18"/>
              </w:rPr>
              <w:t>[FTE / %]</w:t>
            </w:r>
          </w:p>
        </w:tc>
      </w:tr>
      <w:tr w:rsidR="00223469">
        <w:trPr>
          <w:jc w:val="center"/>
        </w:trPr>
        <w:tc>
          <w:tcPr>
            <w:tcW w:w="3024" w:type="dxa"/>
            <w:tcMar>
              <w:top w:w="70" w:type="dxa"/>
              <w:left w:w="90" w:type="dxa"/>
              <w:bottom w:w="70" w:type="dxa"/>
              <w:right w:w="90" w:type="dxa"/>
            </w:tcMar>
          </w:tcPr>
          <w:p w:rsidR="00223469" w:rsidRDefault="008811B3">
            <w:r>
              <w:rPr>
                <w:sz w:val="18"/>
              </w:rPr>
              <w:t>DevOps / MLOps Engineer</w:t>
            </w:r>
          </w:p>
        </w:tc>
        <w:tc>
          <w:tcPr>
            <w:tcW w:w="5328" w:type="dxa"/>
            <w:tcMar>
              <w:top w:w="70" w:type="dxa"/>
              <w:left w:w="90" w:type="dxa"/>
              <w:bottom w:w="70" w:type="dxa"/>
              <w:right w:w="90" w:type="dxa"/>
            </w:tcMar>
          </w:tcPr>
          <w:p w:rsidR="00223469" w:rsidRDefault="008811B3">
            <w:r>
              <w:rPr>
                <w:sz w:val="18"/>
              </w:rPr>
              <w:t>Deployment, observability, automation</w:t>
            </w:r>
          </w:p>
        </w:tc>
        <w:tc>
          <w:tcPr>
            <w:tcW w:w="2016" w:type="dxa"/>
            <w:tcMar>
              <w:top w:w="70" w:type="dxa"/>
              <w:left w:w="90" w:type="dxa"/>
              <w:bottom w:w="70" w:type="dxa"/>
              <w:right w:w="90" w:type="dxa"/>
            </w:tcMar>
          </w:tcPr>
          <w:p w:rsidR="00223469" w:rsidRDefault="008811B3">
            <w:r>
              <w:rPr>
                <w:sz w:val="18"/>
              </w:rPr>
              <w:t>[FTE / %]</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sz w:val="18"/>
              </w:rPr>
              <w:t>QA / Evaluation Lead</w:t>
            </w:r>
          </w:p>
        </w:tc>
        <w:tc>
          <w:tcPr>
            <w:tcW w:w="5328" w:type="dxa"/>
            <w:shd w:val="clear" w:color="auto" w:fill="F5F8FC"/>
            <w:tcMar>
              <w:top w:w="70" w:type="dxa"/>
              <w:left w:w="90" w:type="dxa"/>
              <w:bottom w:w="70" w:type="dxa"/>
              <w:right w:w="90" w:type="dxa"/>
            </w:tcMar>
          </w:tcPr>
          <w:p w:rsidR="00223469" w:rsidRDefault="008811B3">
            <w:r>
              <w:rPr>
                <w:sz w:val="18"/>
              </w:rPr>
              <w:t>Test design, model evaluation, regression</w:t>
            </w:r>
          </w:p>
        </w:tc>
        <w:tc>
          <w:tcPr>
            <w:tcW w:w="2016" w:type="dxa"/>
            <w:shd w:val="clear" w:color="auto" w:fill="F5F8FC"/>
            <w:tcMar>
              <w:top w:w="70" w:type="dxa"/>
              <w:left w:w="90" w:type="dxa"/>
              <w:bottom w:w="70" w:type="dxa"/>
              <w:right w:w="90" w:type="dxa"/>
            </w:tcMar>
          </w:tcPr>
          <w:p w:rsidR="00223469" w:rsidRDefault="008811B3">
            <w:r>
              <w:rPr>
                <w:sz w:val="18"/>
              </w:rPr>
              <w:t>[FTE / %]</w:t>
            </w:r>
          </w:p>
        </w:tc>
      </w:tr>
    </w:tbl>
    <w:p w:rsidR="00223469" w:rsidRDefault="00223469">
      <w:pPr>
        <w:spacing w:after="20"/>
      </w:pPr>
    </w:p>
    <w:p w:rsidR="00223469" w:rsidRDefault="008811B3">
      <w:pPr>
        <w:pStyle w:val="Heading2"/>
      </w:pPr>
      <w:r>
        <w:t>14.3 References &amp; Case Studies</w:t>
      </w:r>
    </w:p>
    <w:p w:rsidR="00223469" w:rsidRDefault="008811B3">
      <w:r>
        <w:t>Request references that are similar in risk, scale, use case, integration complexity or user population rather than accepting generic AI demonstrations. Require bidders to distinguish production deployments from p</w:t>
      </w:r>
      <w:r>
        <w:t>roofs of concept.</w:t>
      </w:r>
    </w:p>
    <w:p w:rsidR="00223469" w:rsidRDefault="008811B3">
      <w:pPr>
        <w:pStyle w:val="Heading1"/>
      </w:pPr>
      <w:bookmarkStart w:id="15" w:name="sec15"/>
      <w:r>
        <w:t>15. Proposal Response Instructions</w:t>
      </w:r>
      <w:bookmarkEnd w:id="15"/>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024"/>
        <w:gridCol w:w="7344"/>
      </w:tblGrid>
      <w:tr w:rsidR="00223469">
        <w:trPr>
          <w:tblHeader/>
          <w:jc w:val="center"/>
        </w:trPr>
        <w:tc>
          <w:tcPr>
            <w:tcW w:w="3024" w:type="dxa"/>
            <w:shd w:val="clear" w:color="auto" w:fill="0B2A4A"/>
            <w:tcMar>
              <w:top w:w="70" w:type="dxa"/>
              <w:left w:w="90" w:type="dxa"/>
              <w:bottom w:w="70" w:type="dxa"/>
              <w:right w:w="90" w:type="dxa"/>
            </w:tcMar>
          </w:tcPr>
          <w:p w:rsidR="00223469" w:rsidRDefault="008811B3">
            <w:r>
              <w:rPr>
                <w:b/>
                <w:color w:val="FFFFFF"/>
                <w:sz w:val="18"/>
              </w:rPr>
              <w:t>SECTION</w:t>
            </w:r>
          </w:p>
        </w:tc>
        <w:tc>
          <w:tcPr>
            <w:tcW w:w="7344" w:type="dxa"/>
            <w:shd w:val="clear" w:color="auto" w:fill="0B2A4A"/>
            <w:tcMar>
              <w:top w:w="70" w:type="dxa"/>
              <w:left w:w="90" w:type="dxa"/>
              <w:bottom w:w="70" w:type="dxa"/>
              <w:right w:w="90" w:type="dxa"/>
            </w:tcMar>
          </w:tcPr>
          <w:p w:rsidR="00223469" w:rsidRDefault="008811B3">
            <w:r>
              <w:rPr>
                <w:b/>
                <w:color w:val="FFFFFF"/>
                <w:sz w:val="18"/>
              </w:rPr>
              <w:t>REQUIRED BIDDER CONTENT</w:t>
            </w:r>
          </w:p>
        </w:tc>
      </w:tr>
      <w:tr w:rsidR="00223469">
        <w:trPr>
          <w:jc w:val="center"/>
        </w:trPr>
        <w:tc>
          <w:tcPr>
            <w:tcW w:w="3024" w:type="dxa"/>
            <w:tcMar>
              <w:top w:w="70" w:type="dxa"/>
              <w:left w:w="90" w:type="dxa"/>
              <w:bottom w:w="70" w:type="dxa"/>
              <w:right w:w="90" w:type="dxa"/>
            </w:tcMar>
          </w:tcPr>
          <w:p w:rsidR="00223469" w:rsidRDefault="008811B3">
            <w:r>
              <w:rPr>
                <w:b/>
                <w:sz w:val="18"/>
              </w:rPr>
              <w:t>Executive Summary</w:t>
            </w:r>
          </w:p>
        </w:tc>
        <w:tc>
          <w:tcPr>
            <w:tcW w:w="7344" w:type="dxa"/>
            <w:tcMar>
              <w:top w:w="70" w:type="dxa"/>
              <w:left w:w="90" w:type="dxa"/>
              <w:bottom w:w="70" w:type="dxa"/>
              <w:right w:w="90" w:type="dxa"/>
            </w:tcMar>
          </w:tcPr>
          <w:p w:rsidR="00223469" w:rsidRDefault="008811B3">
            <w:r>
              <w:rPr>
                <w:sz w:val="18"/>
              </w:rPr>
              <w:t>Understanding of problem, proposed value, differentiators and material assumptions.</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b/>
                <w:sz w:val="18"/>
              </w:rPr>
              <w:t>Technical / AI Approach</w:t>
            </w:r>
          </w:p>
        </w:tc>
        <w:tc>
          <w:tcPr>
            <w:tcW w:w="7344" w:type="dxa"/>
            <w:shd w:val="clear" w:color="auto" w:fill="F5F8FC"/>
            <w:tcMar>
              <w:top w:w="70" w:type="dxa"/>
              <w:left w:w="90" w:type="dxa"/>
              <w:bottom w:w="70" w:type="dxa"/>
              <w:right w:w="90" w:type="dxa"/>
            </w:tcMar>
          </w:tcPr>
          <w:p w:rsidR="00223469" w:rsidRDefault="008811B3">
            <w:r>
              <w:rPr>
                <w:sz w:val="18"/>
              </w:rPr>
              <w:t xml:space="preserve">Architecture, models/providers, RAG/data </w:t>
            </w:r>
            <w:r>
              <w:rPr>
                <w:sz w:val="18"/>
              </w:rPr>
              <w:t>approach, integrations, security and governance.</w:t>
            </w:r>
          </w:p>
        </w:tc>
      </w:tr>
      <w:tr w:rsidR="00223469">
        <w:trPr>
          <w:jc w:val="center"/>
        </w:trPr>
        <w:tc>
          <w:tcPr>
            <w:tcW w:w="3024" w:type="dxa"/>
            <w:tcMar>
              <w:top w:w="70" w:type="dxa"/>
              <w:left w:w="90" w:type="dxa"/>
              <w:bottom w:w="70" w:type="dxa"/>
              <w:right w:w="90" w:type="dxa"/>
            </w:tcMar>
          </w:tcPr>
          <w:p w:rsidR="00223469" w:rsidRDefault="008811B3">
            <w:r>
              <w:rPr>
                <w:b/>
                <w:sz w:val="18"/>
              </w:rPr>
              <w:t>Use-Case Approach</w:t>
            </w:r>
          </w:p>
        </w:tc>
        <w:tc>
          <w:tcPr>
            <w:tcW w:w="7344" w:type="dxa"/>
            <w:tcMar>
              <w:top w:w="70" w:type="dxa"/>
              <w:left w:w="90" w:type="dxa"/>
              <w:bottom w:w="70" w:type="dxa"/>
              <w:right w:w="90" w:type="dxa"/>
            </w:tcMar>
          </w:tcPr>
          <w:p w:rsidR="00223469" w:rsidRDefault="008811B3">
            <w:r>
              <w:rPr>
                <w:sz w:val="18"/>
              </w:rPr>
              <w:t>How bidder will prioritize, design, pilot and validate each use case.</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b/>
                <w:sz w:val="18"/>
              </w:rPr>
              <w:t>Evaluation Approach</w:t>
            </w:r>
          </w:p>
        </w:tc>
        <w:tc>
          <w:tcPr>
            <w:tcW w:w="7344" w:type="dxa"/>
            <w:shd w:val="clear" w:color="auto" w:fill="F5F8FC"/>
            <w:tcMar>
              <w:top w:w="70" w:type="dxa"/>
              <w:left w:w="90" w:type="dxa"/>
              <w:bottom w:w="70" w:type="dxa"/>
              <w:right w:w="90" w:type="dxa"/>
            </w:tcMar>
          </w:tcPr>
          <w:p w:rsidR="00223469" w:rsidRDefault="008811B3">
            <w:r>
              <w:rPr>
                <w:sz w:val="18"/>
              </w:rPr>
              <w:t>Metrics, datasets, testing, thresholds, regression and monitoring.</w:t>
            </w:r>
          </w:p>
        </w:tc>
      </w:tr>
      <w:tr w:rsidR="00223469">
        <w:trPr>
          <w:jc w:val="center"/>
        </w:trPr>
        <w:tc>
          <w:tcPr>
            <w:tcW w:w="3024" w:type="dxa"/>
            <w:tcMar>
              <w:top w:w="70" w:type="dxa"/>
              <w:left w:w="90" w:type="dxa"/>
              <w:bottom w:w="70" w:type="dxa"/>
              <w:right w:w="90" w:type="dxa"/>
            </w:tcMar>
          </w:tcPr>
          <w:p w:rsidR="00223469" w:rsidRDefault="008811B3">
            <w:r>
              <w:rPr>
                <w:b/>
                <w:sz w:val="18"/>
              </w:rPr>
              <w:t>Implementation Plan</w:t>
            </w:r>
          </w:p>
        </w:tc>
        <w:tc>
          <w:tcPr>
            <w:tcW w:w="7344" w:type="dxa"/>
            <w:tcMar>
              <w:top w:w="70" w:type="dxa"/>
              <w:left w:w="90" w:type="dxa"/>
              <w:bottom w:w="70" w:type="dxa"/>
              <w:right w:w="90" w:type="dxa"/>
            </w:tcMar>
          </w:tcPr>
          <w:p w:rsidR="00223469" w:rsidRDefault="008811B3">
            <w:r>
              <w:rPr>
                <w:sz w:val="18"/>
              </w:rPr>
              <w:t xml:space="preserve">Phases, </w:t>
            </w:r>
            <w:r>
              <w:rPr>
                <w:sz w:val="18"/>
              </w:rPr>
              <w:t>schedule, dependencies, milestones, risks and transition.</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b/>
                <w:sz w:val="18"/>
              </w:rPr>
              <w:t>Team</w:t>
            </w:r>
          </w:p>
        </w:tc>
        <w:tc>
          <w:tcPr>
            <w:tcW w:w="7344" w:type="dxa"/>
            <w:shd w:val="clear" w:color="auto" w:fill="F5F8FC"/>
            <w:tcMar>
              <w:top w:w="70" w:type="dxa"/>
              <w:left w:w="90" w:type="dxa"/>
              <w:bottom w:w="70" w:type="dxa"/>
              <w:right w:w="90" w:type="dxa"/>
            </w:tcMar>
          </w:tcPr>
          <w:p w:rsidR="00223469" w:rsidRDefault="008811B3">
            <w:r>
              <w:rPr>
                <w:sz w:val="18"/>
              </w:rPr>
              <w:t>Named personnel, roles, experience, allocation and subcontractors.</w:t>
            </w:r>
          </w:p>
        </w:tc>
      </w:tr>
      <w:tr w:rsidR="00223469">
        <w:trPr>
          <w:jc w:val="center"/>
        </w:trPr>
        <w:tc>
          <w:tcPr>
            <w:tcW w:w="3024" w:type="dxa"/>
            <w:tcMar>
              <w:top w:w="70" w:type="dxa"/>
              <w:left w:w="90" w:type="dxa"/>
              <w:bottom w:w="70" w:type="dxa"/>
              <w:right w:w="90" w:type="dxa"/>
            </w:tcMar>
          </w:tcPr>
          <w:p w:rsidR="00223469" w:rsidRDefault="008811B3">
            <w:r>
              <w:rPr>
                <w:b/>
                <w:sz w:val="18"/>
              </w:rPr>
              <w:t>Relevant Experience</w:t>
            </w:r>
          </w:p>
        </w:tc>
        <w:tc>
          <w:tcPr>
            <w:tcW w:w="7344" w:type="dxa"/>
            <w:tcMar>
              <w:top w:w="70" w:type="dxa"/>
              <w:left w:w="90" w:type="dxa"/>
              <w:bottom w:w="70" w:type="dxa"/>
              <w:right w:w="90" w:type="dxa"/>
            </w:tcMar>
          </w:tcPr>
          <w:p w:rsidR="00223469" w:rsidRDefault="008811B3">
            <w:r>
              <w:rPr>
                <w:sz w:val="18"/>
              </w:rPr>
              <w:t>Comparable production deployments, references and outcomes.</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b/>
                <w:sz w:val="18"/>
              </w:rPr>
              <w:t>Pricing</w:t>
            </w:r>
          </w:p>
        </w:tc>
        <w:tc>
          <w:tcPr>
            <w:tcW w:w="7344" w:type="dxa"/>
            <w:shd w:val="clear" w:color="auto" w:fill="F5F8FC"/>
            <w:tcMar>
              <w:top w:w="70" w:type="dxa"/>
              <w:left w:w="90" w:type="dxa"/>
              <w:bottom w:w="70" w:type="dxa"/>
              <w:right w:w="90" w:type="dxa"/>
            </w:tcMar>
          </w:tcPr>
          <w:p w:rsidR="00223469" w:rsidRDefault="008811B3">
            <w:r>
              <w:rPr>
                <w:sz w:val="18"/>
              </w:rPr>
              <w:t xml:space="preserve">Completed pricing schedules and </w:t>
            </w:r>
            <w:r>
              <w:rPr>
                <w:sz w:val="18"/>
              </w:rPr>
              <w:t>assumptions.</w:t>
            </w:r>
          </w:p>
        </w:tc>
      </w:tr>
      <w:tr w:rsidR="00223469">
        <w:trPr>
          <w:jc w:val="center"/>
        </w:trPr>
        <w:tc>
          <w:tcPr>
            <w:tcW w:w="3024" w:type="dxa"/>
            <w:tcMar>
              <w:top w:w="70" w:type="dxa"/>
              <w:left w:w="90" w:type="dxa"/>
              <w:bottom w:w="70" w:type="dxa"/>
              <w:right w:w="90" w:type="dxa"/>
            </w:tcMar>
          </w:tcPr>
          <w:p w:rsidR="00223469" w:rsidRDefault="008811B3">
            <w:r>
              <w:rPr>
                <w:b/>
                <w:sz w:val="18"/>
              </w:rPr>
              <w:t>Exceptions</w:t>
            </w:r>
          </w:p>
        </w:tc>
        <w:tc>
          <w:tcPr>
            <w:tcW w:w="7344" w:type="dxa"/>
            <w:tcMar>
              <w:top w:w="70" w:type="dxa"/>
              <w:left w:w="90" w:type="dxa"/>
              <w:bottom w:w="70" w:type="dxa"/>
              <w:right w:w="90" w:type="dxa"/>
            </w:tcMar>
          </w:tcPr>
          <w:p w:rsidR="00223469" w:rsidRDefault="008811B3">
            <w:r>
              <w:rPr>
                <w:sz w:val="18"/>
              </w:rPr>
              <w:t>Contract, technical or requirement exceptions and alternatives.</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b/>
                <w:sz w:val="18"/>
              </w:rPr>
              <w:t>Value-Added Options</w:t>
            </w:r>
          </w:p>
        </w:tc>
        <w:tc>
          <w:tcPr>
            <w:tcW w:w="7344" w:type="dxa"/>
            <w:shd w:val="clear" w:color="auto" w:fill="F5F8FC"/>
            <w:tcMar>
              <w:top w:w="70" w:type="dxa"/>
              <w:left w:w="90" w:type="dxa"/>
              <w:bottom w:w="70" w:type="dxa"/>
              <w:right w:w="90" w:type="dxa"/>
            </w:tcMar>
          </w:tcPr>
          <w:p w:rsidR="00223469" w:rsidRDefault="008811B3">
            <w:r>
              <w:rPr>
                <w:sz w:val="18"/>
              </w:rPr>
              <w:t>Optional capabilities clearly separated from base requirements.</w:t>
            </w:r>
          </w:p>
        </w:tc>
      </w:tr>
    </w:tbl>
    <w:p w:rsidR="00223469" w:rsidRDefault="008811B3">
      <w:pPr>
        <w:pStyle w:val="Heading2"/>
      </w:pPr>
      <w:r>
        <w:t>15.1 Required Architecture / Security Attachments</w:t>
      </w:r>
    </w:p>
    <w:p w:rsidR="00223469" w:rsidRDefault="008811B3">
      <w:pPr>
        <w:pStyle w:val="ListBullet"/>
      </w:pPr>
      <w:r>
        <w:t xml:space="preserve">Proposed logical architecture </w:t>
      </w:r>
      <w:r>
        <w:t>diagram.</w:t>
      </w:r>
    </w:p>
    <w:p w:rsidR="00223469" w:rsidRDefault="008811B3">
      <w:pPr>
        <w:pStyle w:val="ListBullet"/>
      </w:pPr>
      <w:r>
        <w:t>Data-flow / trust-boundary diagram.</w:t>
      </w:r>
    </w:p>
    <w:p w:rsidR="00223469" w:rsidRDefault="008811B3">
      <w:pPr>
        <w:pStyle w:val="ListBullet"/>
      </w:pPr>
      <w:r>
        <w:t>Model/provider and subprocessor list.</w:t>
      </w:r>
    </w:p>
    <w:p w:rsidR="00223469" w:rsidRDefault="008811B3">
      <w:pPr>
        <w:pStyle w:val="ListBullet"/>
      </w:pPr>
      <w:r>
        <w:t>Security-control summary and AI threat considerations.</w:t>
      </w:r>
    </w:p>
    <w:p w:rsidR="00223469" w:rsidRDefault="008811B3">
      <w:pPr>
        <w:pStyle w:val="ListBullet"/>
      </w:pPr>
      <w:r>
        <w:t>Sample evaluation / testing approach.</w:t>
      </w:r>
    </w:p>
    <w:p w:rsidR="00223469" w:rsidRDefault="008811B3">
      <w:pPr>
        <w:pStyle w:val="ListBullet"/>
      </w:pPr>
      <w:r>
        <w:t>Support / operations model.</w:t>
      </w:r>
    </w:p>
    <w:p w:rsidR="00223469" w:rsidRDefault="008811B3">
      <w:pPr>
        <w:pStyle w:val="Heading1"/>
      </w:pPr>
      <w:bookmarkStart w:id="16" w:name="sec16"/>
      <w:r>
        <w:lastRenderedPageBreak/>
        <w:t>16. Pricing &amp; Commercial Model</w:t>
      </w:r>
      <w:bookmarkEnd w:id="16"/>
    </w:p>
    <w:p w:rsidR="00223469" w:rsidRDefault="008811B3">
      <w:r>
        <w:t xml:space="preserve">AI pricing should </w:t>
      </w:r>
      <w:r>
        <w:t>separate professional services, cloud/infrastructure, model usage, software licenses, data/vector services, support and optional services. Avoid a single blended number that hides material recurring costs.</w:t>
      </w:r>
    </w:p>
    <w:p w:rsidR="00223469" w:rsidRDefault="008811B3">
      <w:pPr>
        <w:pStyle w:val="Heading2"/>
      </w:pPr>
      <w:r>
        <w:t>16.1 Implementation Pricing</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4320"/>
        <w:gridCol w:w="2592"/>
        <w:gridCol w:w="3744"/>
      </w:tblGrid>
      <w:tr w:rsidR="00223469">
        <w:trPr>
          <w:tblHeader/>
          <w:jc w:val="center"/>
        </w:trPr>
        <w:tc>
          <w:tcPr>
            <w:tcW w:w="4320" w:type="dxa"/>
            <w:shd w:val="clear" w:color="auto" w:fill="0B2A4A"/>
            <w:tcMar>
              <w:top w:w="70" w:type="dxa"/>
              <w:left w:w="90" w:type="dxa"/>
              <w:bottom w:w="70" w:type="dxa"/>
              <w:right w:w="90" w:type="dxa"/>
            </w:tcMar>
          </w:tcPr>
          <w:p w:rsidR="00223469" w:rsidRDefault="008811B3">
            <w:r>
              <w:rPr>
                <w:b/>
                <w:color w:val="FFFFFF"/>
                <w:sz w:val="18"/>
              </w:rPr>
              <w:t>COST CATEGORY</w:t>
            </w:r>
          </w:p>
        </w:tc>
        <w:tc>
          <w:tcPr>
            <w:tcW w:w="2592" w:type="dxa"/>
            <w:shd w:val="clear" w:color="auto" w:fill="0B2A4A"/>
            <w:tcMar>
              <w:top w:w="70" w:type="dxa"/>
              <w:left w:w="90" w:type="dxa"/>
              <w:bottom w:w="70" w:type="dxa"/>
              <w:right w:w="90" w:type="dxa"/>
            </w:tcMar>
          </w:tcPr>
          <w:p w:rsidR="00223469" w:rsidRDefault="008811B3">
            <w:r>
              <w:rPr>
                <w:b/>
                <w:color w:val="FFFFFF"/>
                <w:sz w:val="18"/>
              </w:rPr>
              <w:t xml:space="preserve">FIXED / </w:t>
            </w:r>
            <w:r>
              <w:rPr>
                <w:b/>
                <w:color w:val="FFFFFF"/>
                <w:sz w:val="18"/>
              </w:rPr>
              <w:t>ESTIMATED FEE</w:t>
            </w:r>
          </w:p>
        </w:tc>
        <w:tc>
          <w:tcPr>
            <w:tcW w:w="3744" w:type="dxa"/>
            <w:shd w:val="clear" w:color="auto" w:fill="0B2A4A"/>
            <w:tcMar>
              <w:top w:w="70" w:type="dxa"/>
              <w:left w:w="90" w:type="dxa"/>
              <w:bottom w:w="70" w:type="dxa"/>
              <w:right w:w="90" w:type="dxa"/>
            </w:tcMar>
          </w:tcPr>
          <w:p w:rsidR="00223469" w:rsidRDefault="008811B3">
            <w:r>
              <w:rPr>
                <w:b/>
                <w:color w:val="FFFFFF"/>
                <w:sz w:val="18"/>
              </w:rPr>
              <w:t>ASSUMPTIONS</w:t>
            </w:r>
          </w:p>
        </w:tc>
      </w:tr>
      <w:tr w:rsidR="00223469">
        <w:trPr>
          <w:jc w:val="center"/>
        </w:trPr>
        <w:tc>
          <w:tcPr>
            <w:tcW w:w="4320" w:type="dxa"/>
            <w:tcMar>
              <w:top w:w="70" w:type="dxa"/>
              <w:left w:w="90" w:type="dxa"/>
              <w:bottom w:w="70" w:type="dxa"/>
              <w:right w:w="90" w:type="dxa"/>
            </w:tcMar>
          </w:tcPr>
          <w:p w:rsidR="00223469" w:rsidRDefault="008811B3">
            <w:r>
              <w:rPr>
                <w:sz w:val="18"/>
              </w:rPr>
              <w:t>Discovery / AI Readiness</w:t>
            </w:r>
          </w:p>
        </w:tc>
        <w:tc>
          <w:tcPr>
            <w:tcW w:w="2592" w:type="dxa"/>
            <w:tcMar>
              <w:top w:w="70" w:type="dxa"/>
              <w:left w:w="90" w:type="dxa"/>
              <w:bottom w:w="70" w:type="dxa"/>
              <w:right w:w="90" w:type="dxa"/>
            </w:tcMar>
          </w:tcPr>
          <w:p w:rsidR="00223469" w:rsidRDefault="00223469"/>
        </w:tc>
        <w:tc>
          <w:tcPr>
            <w:tcW w:w="3744" w:type="dxa"/>
            <w:tcMar>
              <w:top w:w="70" w:type="dxa"/>
              <w:left w:w="90" w:type="dxa"/>
              <w:bottom w:w="70" w:type="dxa"/>
              <w:right w:w="90" w:type="dxa"/>
            </w:tcMar>
          </w:tcPr>
          <w:p w:rsidR="00223469" w:rsidRDefault="00223469"/>
        </w:tc>
      </w:tr>
      <w:tr w:rsidR="00223469">
        <w:trPr>
          <w:jc w:val="center"/>
        </w:trPr>
        <w:tc>
          <w:tcPr>
            <w:tcW w:w="4320" w:type="dxa"/>
            <w:shd w:val="clear" w:color="auto" w:fill="F5F8FC"/>
            <w:tcMar>
              <w:top w:w="70" w:type="dxa"/>
              <w:left w:w="90" w:type="dxa"/>
              <w:bottom w:w="70" w:type="dxa"/>
              <w:right w:w="90" w:type="dxa"/>
            </w:tcMar>
          </w:tcPr>
          <w:p w:rsidR="00223469" w:rsidRDefault="008811B3">
            <w:r>
              <w:rPr>
                <w:sz w:val="18"/>
              </w:rPr>
              <w:t>Architecture / UX / Design</w:t>
            </w:r>
          </w:p>
        </w:tc>
        <w:tc>
          <w:tcPr>
            <w:tcW w:w="2592" w:type="dxa"/>
            <w:shd w:val="clear" w:color="auto" w:fill="F5F8FC"/>
            <w:tcMar>
              <w:top w:w="70" w:type="dxa"/>
              <w:left w:w="90" w:type="dxa"/>
              <w:bottom w:w="70" w:type="dxa"/>
              <w:right w:w="90" w:type="dxa"/>
            </w:tcMar>
          </w:tcPr>
          <w:p w:rsidR="00223469" w:rsidRDefault="00223469"/>
        </w:tc>
        <w:tc>
          <w:tcPr>
            <w:tcW w:w="3744" w:type="dxa"/>
            <w:shd w:val="clear" w:color="auto" w:fill="F5F8FC"/>
            <w:tcMar>
              <w:top w:w="70" w:type="dxa"/>
              <w:left w:w="90" w:type="dxa"/>
              <w:bottom w:w="70" w:type="dxa"/>
              <w:right w:w="90" w:type="dxa"/>
            </w:tcMar>
          </w:tcPr>
          <w:p w:rsidR="00223469" w:rsidRDefault="00223469"/>
        </w:tc>
      </w:tr>
      <w:tr w:rsidR="00223469">
        <w:trPr>
          <w:jc w:val="center"/>
        </w:trPr>
        <w:tc>
          <w:tcPr>
            <w:tcW w:w="4320" w:type="dxa"/>
            <w:tcMar>
              <w:top w:w="70" w:type="dxa"/>
              <w:left w:w="90" w:type="dxa"/>
              <w:bottom w:w="70" w:type="dxa"/>
              <w:right w:w="90" w:type="dxa"/>
            </w:tcMar>
          </w:tcPr>
          <w:p w:rsidR="00223469" w:rsidRDefault="008811B3">
            <w:r>
              <w:rPr>
                <w:sz w:val="18"/>
              </w:rPr>
              <w:t>Data preparation / RAG</w:t>
            </w:r>
          </w:p>
        </w:tc>
        <w:tc>
          <w:tcPr>
            <w:tcW w:w="2592" w:type="dxa"/>
            <w:tcMar>
              <w:top w:w="70" w:type="dxa"/>
              <w:left w:w="90" w:type="dxa"/>
              <w:bottom w:w="70" w:type="dxa"/>
              <w:right w:w="90" w:type="dxa"/>
            </w:tcMar>
          </w:tcPr>
          <w:p w:rsidR="00223469" w:rsidRDefault="00223469"/>
        </w:tc>
        <w:tc>
          <w:tcPr>
            <w:tcW w:w="3744" w:type="dxa"/>
            <w:tcMar>
              <w:top w:w="70" w:type="dxa"/>
              <w:left w:w="90" w:type="dxa"/>
              <w:bottom w:w="70" w:type="dxa"/>
              <w:right w:w="90" w:type="dxa"/>
            </w:tcMar>
          </w:tcPr>
          <w:p w:rsidR="00223469" w:rsidRDefault="00223469"/>
        </w:tc>
      </w:tr>
      <w:tr w:rsidR="00223469">
        <w:trPr>
          <w:jc w:val="center"/>
        </w:trPr>
        <w:tc>
          <w:tcPr>
            <w:tcW w:w="4320" w:type="dxa"/>
            <w:shd w:val="clear" w:color="auto" w:fill="F5F8FC"/>
            <w:tcMar>
              <w:top w:w="70" w:type="dxa"/>
              <w:left w:w="90" w:type="dxa"/>
              <w:bottom w:w="70" w:type="dxa"/>
              <w:right w:w="90" w:type="dxa"/>
            </w:tcMar>
          </w:tcPr>
          <w:p w:rsidR="00223469" w:rsidRDefault="008811B3">
            <w:r>
              <w:rPr>
                <w:sz w:val="18"/>
              </w:rPr>
              <w:t>Pilot / Prototype</w:t>
            </w:r>
          </w:p>
        </w:tc>
        <w:tc>
          <w:tcPr>
            <w:tcW w:w="2592" w:type="dxa"/>
            <w:shd w:val="clear" w:color="auto" w:fill="F5F8FC"/>
            <w:tcMar>
              <w:top w:w="70" w:type="dxa"/>
              <w:left w:w="90" w:type="dxa"/>
              <w:bottom w:w="70" w:type="dxa"/>
              <w:right w:w="90" w:type="dxa"/>
            </w:tcMar>
          </w:tcPr>
          <w:p w:rsidR="00223469" w:rsidRDefault="00223469"/>
        </w:tc>
        <w:tc>
          <w:tcPr>
            <w:tcW w:w="3744" w:type="dxa"/>
            <w:shd w:val="clear" w:color="auto" w:fill="F5F8FC"/>
            <w:tcMar>
              <w:top w:w="70" w:type="dxa"/>
              <w:left w:w="90" w:type="dxa"/>
              <w:bottom w:w="70" w:type="dxa"/>
              <w:right w:w="90" w:type="dxa"/>
            </w:tcMar>
          </w:tcPr>
          <w:p w:rsidR="00223469" w:rsidRDefault="00223469"/>
        </w:tc>
      </w:tr>
      <w:tr w:rsidR="00223469">
        <w:trPr>
          <w:jc w:val="center"/>
        </w:trPr>
        <w:tc>
          <w:tcPr>
            <w:tcW w:w="4320" w:type="dxa"/>
            <w:tcMar>
              <w:top w:w="70" w:type="dxa"/>
              <w:left w:w="90" w:type="dxa"/>
              <w:bottom w:w="70" w:type="dxa"/>
              <w:right w:w="90" w:type="dxa"/>
            </w:tcMar>
          </w:tcPr>
          <w:p w:rsidR="00223469" w:rsidRDefault="008811B3">
            <w:r>
              <w:rPr>
                <w:sz w:val="18"/>
              </w:rPr>
              <w:t>Production development</w:t>
            </w:r>
          </w:p>
        </w:tc>
        <w:tc>
          <w:tcPr>
            <w:tcW w:w="2592" w:type="dxa"/>
            <w:tcMar>
              <w:top w:w="70" w:type="dxa"/>
              <w:left w:w="90" w:type="dxa"/>
              <w:bottom w:w="70" w:type="dxa"/>
              <w:right w:w="90" w:type="dxa"/>
            </w:tcMar>
          </w:tcPr>
          <w:p w:rsidR="00223469" w:rsidRDefault="00223469"/>
        </w:tc>
        <w:tc>
          <w:tcPr>
            <w:tcW w:w="3744" w:type="dxa"/>
            <w:tcMar>
              <w:top w:w="70" w:type="dxa"/>
              <w:left w:w="90" w:type="dxa"/>
              <w:bottom w:w="70" w:type="dxa"/>
              <w:right w:w="90" w:type="dxa"/>
            </w:tcMar>
          </w:tcPr>
          <w:p w:rsidR="00223469" w:rsidRDefault="00223469"/>
        </w:tc>
      </w:tr>
      <w:tr w:rsidR="00223469">
        <w:trPr>
          <w:jc w:val="center"/>
        </w:trPr>
        <w:tc>
          <w:tcPr>
            <w:tcW w:w="4320" w:type="dxa"/>
            <w:shd w:val="clear" w:color="auto" w:fill="F5F8FC"/>
            <w:tcMar>
              <w:top w:w="70" w:type="dxa"/>
              <w:left w:w="90" w:type="dxa"/>
              <w:bottom w:w="70" w:type="dxa"/>
              <w:right w:w="90" w:type="dxa"/>
            </w:tcMar>
          </w:tcPr>
          <w:p w:rsidR="00223469" w:rsidRDefault="008811B3">
            <w:r>
              <w:rPr>
                <w:sz w:val="18"/>
              </w:rPr>
              <w:t>Integrations</w:t>
            </w:r>
          </w:p>
        </w:tc>
        <w:tc>
          <w:tcPr>
            <w:tcW w:w="2592" w:type="dxa"/>
            <w:shd w:val="clear" w:color="auto" w:fill="F5F8FC"/>
            <w:tcMar>
              <w:top w:w="70" w:type="dxa"/>
              <w:left w:w="90" w:type="dxa"/>
              <w:bottom w:w="70" w:type="dxa"/>
              <w:right w:w="90" w:type="dxa"/>
            </w:tcMar>
          </w:tcPr>
          <w:p w:rsidR="00223469" w:rsidRDefault="00223469"/>
        </w:tc>
        <w:tc>
          <w:tcPr>
            <w:tcW w:w="3744" w:type="dxa"/>
            <w:shd w:val="clear" w:color="auto" w:fill="F5F8FC"/>
            <w:tcMar>
              <w:top w:w="70" w:type="dxa"/>
              <w:left w:w="90" w:type="dxa"/>
              <w:bottom w:w="70" w:type="dxa"/>
              <w:right w:w="90" w:type="dxa"/>
            </w:tcMar>
          </w:tcPr>
          <w:p w:rsidR="00223469" w:rsidRDefault="00223469"/>
        </w:tc>
      </w:tr>
      <w:tr w:rsidR="00223469">
        <w:trPr>
          <w:jc w:val="center"/>
        </w:trPr>
        <w:tc>
          <w:tcPr>
            <w:tcW w:w="4320" w:type="dxa"/>
            <w:tcMar>
              <w:top w:w="70" w:type="dxa"/>
              <w:left w:w="90" w:type="dxa"/>
              <w:bottom w:w="70" w:type="dxa"/>
              <w:right w:w="90" w:type="dxa"/>
            </w:tcMar>
          </w:tcPr>
          <w:p w:rsidR="00223469" w:rsidRDefault="008811B3">
            <w:r>
              <w:rPr>
                <w:sz w:val="18"/>
              </w:rPr>
              <w:t>Security / Evaluation / Testing</w:t>
            </w:r>
          </w:p>
        </w:tc>
        <w:tc>
          <w:tcPr>
            <w:tcW w:w="2592" w:type="dxa"/>
            <w:tcMar>
              <w:top w:w="70" w:type="dxa"/>
              <w:left w:w="90" w:type="dxa"/>
              <w:bottom w:w="70" w:type="dxa"/>
              <w:right w:w="90" w:type="dxa"/>
            </w:tcMar>
          </w:tcPr>
          <w:p w:rsidR="00223469" w:rsidRDefault="00223469"/>
        </w:tc>
        <w:tc>
          <w:tcPr>
            <w:tcW w:w="3744" w:type="dxa"/>
            <w:tcMar>
              <w:top w:w="70" w:type="dxa"/>
              <w:left w:w="90" w:type="dxa"/>
              <w:bottom w:w="70" w:type="dxa"/>
              <w:right w:w="90" w:type="dxa"/>
            </w:tcMar>
          </w:tcPr>
          <w:p w:rsidR="00223469" w:rsidRDefault="00223469"/>
        </w:tc>
      </w:tr>
      <w:tr w:rsidR="00223469">
        <w:trPr>
          <w:jc w:val="center"/>
        </w:trPr>
        <w:tc>
          <w:tcPr>
            <w:tcW w:w="4320" w:type="dxa"/>
            <w:shd w:val="clear" w:color="auto" w:fill="F5F8FC"/>
            <w:tcMar>
              <w:top w:w="70" w:type="dxa"/>
              <w:left w:w="90" w:type="dxa"/>
              <w:bottom w:w="70" w:type="dxa"/>
              <w:right w:w="90" w:type="dxa"/>
            </w:tcMar>
          </w:tcPr>
          <w:p w:rsidR="00223469" w:rsidRDefault="008811B3">
            <w:r>
              <w:rPr>
                <w:sz w:val="18"/>
              </w:rPr>
              <w:t>Deployment / Training</w:t>
            </w:r>
          </w:p>
        </w:tc>
        <w:tc>
          <w:tcPr>
            <w:tcW w:w="2592" w:type="dxa"/>
            <w:shd w:val="clear" w:color="auto" w:fill="F5F8FC"/>
            <w:tcMar>
              <w:top w:w="70" w:type="dxa"/>
              <w:left w:w="90" w:type="dxa"/>
              <w:bottom w:w="70" w:type="dxa"/>
              <w:right w:w="90" w:type="dxa"/>
            </w:tcMar>
          </w:tcPr>
          <w:p w:rsidR="00223469" w:rsidRDefault="00223469"/>
        </w:tc>
        <w:tc>
          <w:tcPr>
            <w:tcW w:w="3744" w:type="dxa"/>
            <w:shd w:val="clear" w:color="auto" w:fill="F5F8FC"/>
            <w:tcMar>
              <w:top w:w="70" w:type="dxa"/>
              <w:left w:w="90" w:type="dxa"/>
              <w:bottom w:w="70" w:type="dxa"/>
              <w:right w:w="90" w:type="dxa"/>
            </w:tcMar>
          </w:tcPr>
          <w:p w:rsidR="00223469" w:rsidRDefault="00223469"/>
        </w:tc>
      </w:tr>
      <w:tr w:rsidR="00223469">
        <w:trPr>
          <w:jc w:val="center"/>
        </w:trPr>
        <w:tc>
          <w:tcPr>
            <w:tcW w:w="4320" w:type="dxa"/>
            <w:tcMar>
              <w:top w:w="70" w:type="dxa"/>
              <w:left w:w="90" w:type="dxa"/>
              <w:bottom w:w="70" w:type="dxa"/>
              <w:right w:w="90" w:type="dxa"/>
            </w:tcMar>
          </w:tcPr>
          <w:p w:rsidR="00223469" w:rsidRDefault="008811B3">
            <w:r>
              <w:rPr>
                <w:sz w:val="18"/>
              </w:rPr>
              <w:t>Project management</w:t>
            </w:r>
          </w:p>
        </w:tc>
        <w:tc>
          <w:tcPr>
            <w:tcW w:w="2592" w:type="dxa"/>
            <w:tcMar>
              <w:top w:w="70" w:type="dxa"/>
              <w:left w:w="90" w:type="dxa"/>
              <w:bottom w:w="70" w:type="dxa"/>
              <w:right w:w="90" w:type="dxa"/>
            </w:tcMar>
          </w:tcPr>
          <w:p w:rsidR="00223469" w:rsidRDefault="00223469"/>
        </w:tc>
        <w:tc>
          <w:tcPr>
            <w:tcW w:w="3744" w:type="dxa"/>
            <w:tcMar>
              <w:top w:w="70" w:type="dxa"/>
              <w:left w:w="90" w:type="dxa"/>
              <w:bottom w:w="70" w:type="dxa"/>
              <w:right w:w="90" w:type="dxa"/>
            </w:tcMar>
          </w:tcPr>
          <w:p w:rsidR="00223469" w:rsidRDefault="00223469"/>
        </w:tc>
      </w:tr>
      <w:tr w:rsidR="00223469">
        <w:trPr>
          <w:jc w:val="center"/>
        </w:trPr>
        <w:tc>
          <w:tcPr>
            <w:tcW w:w="4320" w:type="dxa"/>
            <w:shd w:val="clear" w:color="auto" w:fill="F5F8FC"/>
            <w:tcMar>
              <w:top w:w="70" w:type="dxa"/>
              <w:left w:w="90" w:type="dxa"/>
              <w:bottom w:w="70" w:type="dxa"/>
              <w:right w:w="90" w:type="dxa"/>
            </w:tcMar>
          </w:tcPr>
          <w:p w:rsidR="00223469" w:rsidRDefault="008811B3">
            <w:r>
              <w:rPr>
                <w:sz w:val="18"/>
              </w:rPr>
              <w:t>Total implementation</w:t>
            </w:r>
          </w:p>
        </w:tc>
        <w:tc>
          <w:tcPr>
            <w:tcW w:w="2592" w:type="dxa"/>
            <w:shd w:val="clear" w:color="auto" w:fill="F5F8FC"/>
            <w:tcMar>
              <w:top w:w="70" w:type="dxa"/>
              <w:left w:w="90" w:type="dxa"/>
              <w:bottom w:w="70" w:type="dxa"/>
              <w:right w:w="90" w:type="dxa"/>
            </w:tcMar>
          </w:tcPr>
          <w:p w:rsidR="00223469" w:rsidRDefault="00223469"/>
        </w:tc>
        <w:tc>
          <w:tcPr>
            <w:tcW w:w="3744" w:type="dxa"/>
            <w:shd w:val="clear" w:color="auto" w:fill="F5F8FC"/>
            <w:tcMar>
              <w:top w:w="70" w:type="dxa"/>
              <w:left w:w="90" w:type="dxa"/>
              <w:bottom w:w="70" w:type="dxa"/>
              <w:right w:w="90" w:type="dxa"/>
            </w:tcMar>
          </w:tcPr>
          <w:p w:rsidR="00223469" w:rsidRDefault="00223469"/>
        </w:tc>
      </w:tr>
    </w:tbl>
    <w:p w:rsidR="00223469" w:rsidRDefault="00223469">
      <w:pPr>
        <w:spacing w:after="20"/>
      </w:pPr>
    </w:p>
    <w:p w:rsidR="00223469" w:rsidRDefault="008811B3">
      <w:pPr>
        <w:pStyle w:val="Heading2"/>
      </w:pPr>
      <w:r>
        <w:t>16.2 Recurring / Usage-Based Costs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592"/>
        <w:gridCol w:w="2016"/>
        <w:gridCol w:w="2016"/>
        <w:gridCol w:w="2304"/>
        <w:gridCol w:w="1728"/>
      </w:tblGrid>
      <w:tr w:rsidR="00223469">
        <w:trPr>
          <w:tblHeader/>
          <w:jc w:val="center"/>
        </w:trPr>
        <w:tc>
          <w:tcPr>
            <w:tcW w:w="2592" w:type="dxa"/>
            <w:shd w:val="clear" w:color="auto" w:fill="0B2A4A"/>
            <w:tcMar>
              <w:top w:w="70" w:type="dxa"/>
              <w:left w:w="90" w:type="dxa"/>
              <w:bottom w:w="70" w:type="dxa"/>
              <w:right w:w="90" w:type="dxa"/>
            </w:tcMar>
          </w:tcPr>
          <w:p w:rsidR="00223469" w:rsidRDefault="008811B3">
            <w:r>
              <w:rPr>
                <w:b/>
                <w:color w:val="FFFFFF"/>
                <w:sz w:val="18"/>
              </w:rPr>
              <w:t>COST ITEM</w:t>
            </w:r>
          </w:p>
        </w:tc>
        <w:tc>
          <w:tcPr>
            <w:tcW w:w="2016" w:type="dxa"/>
            <w:shd w:val="clear" w:color="auto" w:fill="0B2A4A"/>
            <w:tcMar>
              <w:top w:w="70" w:type="dxa"/>
              <w:left w:w="90" w:type="dxa"/>
              <w:bottom w:w="70" w:type="dxa"/>
              <w:right w:w="90" w:type="dxa"/>
            </w:tcMar>
          </w:tcPr>
          <w:p w:rsidR="00223469" w:rsidRDefault="008811B3">
            <w:r>
              <w:rPr>
                <w:b/>
                <w:color w:val="FFFFFF"/>
                <w:sz w:val="18"/>
              </w:rPr>
              <w:t>UNIT / TIER</w:t>
            </w:r>
          </w:p>
        </w:tc>
        <w:tc>
          <w:tcPr>
            <w:tcW w:w="2016" w:type="dxa"/>
            <w:shd w:val="clear" w:color="auto" w:fill="0B2A4A"/>
            <w:tcMar>
              <w:top w:w="70" w:type="dxa"/>
              <w:left w:w="90" w:type="dxa"/>
              <w:bottom w:w="70" w:type="dxa"/>
              <w:right w:w="90" w:type="dxa"/>
            </w:tcMar>
          </w:tcPr>
          <w:p w:rsidR="00223469" w:rsidRDefault="008811B3">
            <w:r>
              <w:rPr>
                <w:b/>
                <w:color w:val="FFFFFF"/>
                <w:sz w:val="18"/>
              </w:rPr>
              <w:t>ESTIMATED VOLUME</w:t>
            </w:r>
          </w:p>
        </w:tc>
        <w:tc>
          <w:tcPr>
            <w:tcW w:w="2304" w:type="dxa"/>
            <w:shd w:val="clear" w:color="auto" w:fill="0B2A4A"/>
            <w:tcMar>
              <w:top w:w="70" w:type="dxa"/>
              <w:left w:w="90" w:type="dxa"/>
              <w:bottom w:w="70" w:type="dxa"/>
              <w:right w:w="90" w:type="dxa"/>
            </w:tcMar>
          </w:tcPr>
          <w:p w:rsidR="00223469" w:rsidRDefault="008811B3">
            <w:r>
              <w:rPr>
                <w:b/>
                <w:color w:val="FFFFFF"/>
                <w:sz w:val="18"/>
              </w:rPr>
              <w:t>MONTHLY / ANNUAL COST</w:t>
            </w:r>
          </w:p>
        </w:tc>
        <w:tc>
          <w:tcPr>
            <w:tcW w:w="1728" w:type="dxa"/>
            <w:shd w:val="clear" w:color="auto" w:fill="0B2A4A"/>
            <w:tcMar>
              <w:top w:w="70" w:type="dxa"/>
              <w:left w:w="90" w:type="dxa"/>
              <w:bottom w:w="70" w:type="dxa"/>
              <w:right w:w="90" w:type="dxa"/>
            </w:tcMar>
          </w:tcPr>
          <w:p w:rsidR="00223469" w:rsidRDefault="008811B3">
            <w:r>
              <w:rPr>
                <w:b/>
                <w:color w:val="FFFFFF"/>
                <w:sz w:val="18"/>
              </w:rPr>
              <w:t>PASS-THROUGH / MARKUP</w:t>
            </w:r>
          </w:p>
        </w:tc>
      </w:tr>
      <w:tr w:rsidR="00223469">
        <w:trPr>
          <w:jc w:val="center"/>
        </w:trPr>
        <w:tc>
          <w:tcPr>
            <w:tcW w:w="2592" w:type="dxa"/>
            <w:tcMar>
              <w:top w:w="70" w:type="dxa"/>
              <w:left w:w="90" w:type="dxa"/>
              <w:bottom w:w="70" w:type="dxa"/>
              <w:right w:w="90" w:type="dxa"/>
            </w:tcMar>
          </w:tcPr>
          <w:p w:rsidR="00223469" w:rsidRDefault="008811B3">
            <w:r>
              <w:rPr>
                <w:sz w:val="18"/>
              </w:rPr>
              <w:t>Model / API usage</w:t>
            </w:r>
          </w:p>
        </w:tc>
        <w:tc>
          <w:tcPr>
            <w:tcW w:w="2016" w:type="dxa"/>
            <w:tcMar>
              <w:top w:w="70" w:type="dxa"/>
              <w:left w:w="90" w:type="dxa"/>
              <w:bottom w:w="70" w:type="dxa"/>
              <w:right w:w="90" w:type="dxa"/>
            </w:tcMar>
          </w:tcPr>
          <w:p w:rsidR="00223469" w:rsidRDefault="008811B3">
            <w:r>
              <w:rPr>
                <w:sz w:val="18"/>
              </w:rPr>
              <w:t>[TOKENS / REQUESTS / UNITS]</w:t>
            </w:r>
          </w:p>
        </w:tc>
        <w:tc>
          <w:tcPr>
            <w:tcW w:w="2016" w:type="dxa"/>
            <w:tcMar>
              <w:top w:w="70" w:type="dxa"/>
              <w:left w:w="90" w:type="dxa"/>
              <w:bottom w:w="70" w:type="dxa"/>
              <w:right w:w="90" w:type="dxa"/>
            </w:tcMar>
          </w:tcPr>
          <w:p w:rsidR="00223469" w:rsidRDefault="008811B3">
            <w:r>
              <w:rPr>
                <w:sz w:val="18"/>
              </w:rPr>
              <w:t>[VOLUME]</w:t>
            </w:r>
          </w:p>
        </w:tc>
        <w:tc>
          <w:tcPr>
            <w:tcW w:w="2304" w:type="dxa"/>
            <w:tcMar>
              <w:top w:w="70" w:type="dxa"/>
              <w:left w:w="90" w:type="dxa"/>
              <w:bottom w:w="70" w:type="dxa"/>
              <w:right w:w="90" w:type="dxa"/>
            </w:tcMar>
          </w:tcPr>
          <w:p w:rsidR="00223469" w:rsidRDefault="00223469"/>
        </w:tc>
        <w:tc>
          <w:tcPr>
            <w:tcW w:w="1728" w:type="dxa"/>
            <w:tcMar>
              <w:top w:w="70" w:type="dxa"/>
              <w:left w:w="90" w:type="dxa"/>
              <w:bottom w:w="70" w:type="dxa"/>
              <w:right w:w="90" w:type="dxa"/>
            </w:tcMar>
          </w:tcPr>
          <w:p w:rsidR="00223469" w:rsidRDefault="00223469"/>
        </w:tc>
      </w:tr>
      <w:tr w:rsidR="00223469">
        <w:trPr>
          <w:jc w:val="center"/>
        </w:trPr>
        <w:tc>
          <w:tcPr>
            <w:tcW w:w="2592" w:type="dxa"/>
            <w:shd w:val="clear" w:color="auto" w:fill="F5F8FC"/>
            <w:tcMar>
              <w:top w:w="70" w:type="dxa"/>
              <w:left w:w="90" w:type="dxa"/>
              <w:bottom w:w="70" w:type="dxa"/>
              <w:right w:w="90" w:type="dxa"/>
            </w:tcMar>
          </w:tcPr>
          <w:p w:rsidR="00223469" w:rsidRDefault="008811B3">
            <w:r>
              <w:rPr>
                <w:sz w:val="18"/>
              </w:rPr>
              <w:t>Cloud infrastructure</w:t>
            </w:r>
          </w:p>
        </w:tc>
        <w:tc>
          <w:tcPr>
            <w:tcW w:w="2016" w:type="dxa"/>
            <w:shd w:val="clear" w:color="auto" w:fill="F5F8FC"/>
            <w:tcMar>
              <w:top w:w="70" w:type="dxa"/>
              <w:left w:w="90" w:type="dxa"/>
              <w:bottom w:w="70" w:type="dxa"/>
              <w:right w:w="90" w:type="dxa"/>
            </w:tcMar>
          </w:tcPr>
          <w:p w:rsidR="00223469" w:rsidRDefault="008811B3">
            <w:r>
              <w:rPr>
                <w:sz w:val="18"/>
              </w:rPr>
              <w:t>[RESOURCE / TIER]</w:t>
            </w:r>
          </w:p>
        </w:tc>
        <w:tc>
          <w:tcPr>
            <w:tcW w:w="2016" w:type="dxa"/>
            <w:shd w:val="clear" w:color="auto" w:fill="F5F8FC"/>
            <w:tcMar>
              <w:top w:w="70" w:type="dxa"/>
              <w:left w:w="90" w:type="dxa"/>
              <w:bottom w:w="70" w:type="dxa"/>
              <w:right w:w="90" w:type="dxa"/>
            </w:tcMar>
          </w:tcPr>
          <w:p w:rsidR="00223469" w:rsidRDefault="008811B3">
            <w:r>
              <w:rPr>
                <w:sz w:val="18"/>
              </w:rPr>
              <w:t>[VOLUME]</w:t>
            </w:r>
          </w:p>
        </w:tc>
        <w:tc>
          <w:tcPr>
            <w:tcW w:w="2304" w:type="dxa"/>
            <w:shd w:val="clear" w:color="auto" w:fill="F5F8FC"/>
            <w:tcMar>
              <w:top w:w="70" w:type="dxa"/>
              <w:left w:w="90" w:type="dxa"/>
              <w:bottom w:w="70" w:type="dxa"/>
              <w:right w:w="90" w:type="dxa"/>
            </w:tcMar>
          </w:tcPr>
          <w:p w:rsidR="00223469" w:rsidRDefault="00223469"/>
        </w:tc>
        <w:tc>
          <w:tcPr>
            <w:tcW w:w="1728" w:type="dxa"/>
            <w:shd w:val="clear" w:color="auto" w:fill="F5F8FC"/>
            <w:tcMar>
              <w:top w:w="70" w:type="dxa"/>
              <w:left w:w="90" w:type="dxa"/>
              <w:bottom w:w="70" w:type="dxa"/>
              <w:right w:w="90" w:type="dxa"/>
            </w:tcMar>
          </w:tcPr>
          <w:p w:rsidR="00223469" w:rsidRDefault="00223469"/>
        </w:tc>
      </w:tr>
      <w:tr w:rsidR="00223469">
        <w:trPr>
          <w:jc w:val="center"/>
        </w:trPr>
        <w:tc>
          <w:tcPr>
            <w:tcW w:w="2592" w:type="dxa"/>
            <w:tcMar>
              <w:top w:w="70" w:type="dxa"/>
              <w:left w:w="90" w:type="dxa"/>
              <w:bottom w:w="70" w:type="dxa"/>
              <w:right w:w="90" w:type="dxa"/>
            </w:tcMar>
          </w:tcPr>
          <w:p w:rsidR="00223469" w:rsidRDefault="008811B3">
            <w:r>
              <w:rPr>
                <w:sz w:val="18"/>
              </w:rPr>
              <w:t>Vector / search service</w:t>
            </w:r>
          </w:p>
        </w:tc>
        <w:tc>
          <w:tcPr>
            <w:tcW w:w="2016" w:type="dxa"/>
            <w:tcMar>
              <w:top w:w="70" w:type="dxa"/>
              <w:left w:w="90" w:type="dxa"/>
              <w:bottom w:w="70" w:type="dxa"/>
              <w:right w:w="90" w:type="dxa"/>
            </w:tcMar>
          </w:tcPr>
          <w:p w:rsidR="00223469" w:rsidRDefault="008811B3">
            <w:r>
              <w:rPr>
                <w:sz w:val="18"/>
              </w:rPr>
              <w:t>[TIER]</w:t>
            </w:r>
          </w:p>
        </w:tc>
        <w:tc>
          <w:tcPr>
            <w:tcW w:w="2016" w:type="dxa"/>
            <w:tcMar>
              <w:top w:w="70" w:type="dxa"/>
              <w:left w:w="90" w:type="dxa"/>
              <w:bottom w:w="70" w:type="dxa"/>
              <w:right w:w="90" w:type="dxa"/>
            </w:tcMar>
          </w:tcPr>
          <w:p w:rsidR="00223469" w:rsidRDefault="008811B3">
            <w:r>
              <w:rPr>
                <w:sz w:val="18"/>
              </w:rPr>
              <w:t>[VOLUME]</w:t>
            </w:r>
          </w:p>
        </w:tc>
        <w:tc>
          <w:tcPr>
            <w:tcW w:w="2304" w:type="dxa"/>
            <w:tcMar>
              <w:top w:w="70" w:type="dxa"/>
              <w:left w:w="90" w:type="dxa"/>
              <w:bottom w:w="70" w:type="dxa"/>
              <w:right w:w="90" w:type="dxa"/>
            </w:tcMar>
          </w:tcPr>
          <w:p w:rsidR="00223469" w:rsidRDefault="00223469"/>
        </w:tc>
        <w:tc>
          <w:tcPr>
            <w:tcW w:w="1728" w:type="dxa"/>
            <w:tcMar>
              <w:top w:w="70" w:type="dxa"/>
              <w:left w:w="90" w:type="dxa"/>
              <w:bottom w:w="70" w:type="dxa"/>
              <w:right w:w="90" w:type="dxa"/>
            </w:tcMar>
          </w:tcPr>
          <w:p w:rsidR="00223469" w:rsidRDefault="00223469"/>
        </w:tc>
      </w:tr>
      <w:tr w:rsidR="00223469">
        <w:trPr>
          <w:jc w:val="center"/>
        </w:trPr>
        <w:tc>
          <w:tcPr>
            <w:tcW w:w="2592" w:type="dxa"/>
            <w:shd w:val="clear" w:color="auto" w:fill="F5F8FC"/>
            <w:tcMar>
              <w:top w:w="70" w:type="dxa"/>
              <w:left w:w="90" w:type="dxa"/>
              <w:bottom w:w="70" w:type="dxa"/>
              <w:right w:w="90" w:type="dxa"/>
            </w:tcMar>
          </w:tcPr>
          <w:p w:rsidR="00223469" w:rsidRDefault="008811B3">
            <w:r>
              <w:rPr>
                <w:sz w:val="18"/>
              </w:rPr>
              <w:t>Observability / security tooling</w:t>
            </w:r>
          </w:p>
        </w:tc>
        <w:tc>
          <w:tcPr>
            <w:tcW w:w="2016" w:type="dxa"/>
            <w:shd w:val="clear" w:color="auto" w:fill="F5F8FC"/>
            <w:tcMar>
              <w:top w:w="70" w:type="dxa"/>
              <w:left w:w="90" w:type="dxa"/>
              <w:bottom w:w="70" w:type="dxa"/>
              <w:right w:w="90" w:type="dxa"/>
            </w:tcMar>
          </w:tcPr>
          <w:p w:rsidR="00223469" w:rsidRDefault="008811B3">
            <w:r>
              <w:rPr>
                <w:sz w:val="18"/>
              </w:rPr>
              <w:t>[TIER]</w:t>
            </w:r>
          </w:p>
        </w:tc>
        <w:tc>
          <w:tcPr>
            <w:tcW w:w="2016" w:type="dxa"/>
            <w:shd w:val="clear" w:color="auto" w:fill="F5F8FC"/>
            <w:tcMar>
              <w:top w:w="70" w:type="dxa"/>
              <w:left w:w="90" w:type="dxa"/>
              <w:bottom w:w="70" w:type="dxa"/>
              <w:right w:w="90" w:type="dxa"/>
            </w:tcMar>
          </w:tcPr>
          <w:p w:rsidR="00223469" w:rsidRDefault="008811B3">
            <w:r>
              <w:rPr>
                <w:sz w:val="18"/>
              </w:rPr>
              <w:t>[VOLUME]</w:t>
            </w:r>
          </w:p>
        </w:tc>
        <w:tc>
          <w:tcPr>
            <w:tcW w:w="2304" w:type="dxa"/>
            <w:shd w:val="clear" w:color="auto" w:fill="F5F8FC"/>
            <w:tcMar>
              <w:top w:w="70" w:type="dxa"/>
              <w:left w:w="90" w:type="dxa"/>
              <w:bottom w:w="70" w:type="dxa"/>
              <w:right w:w="90" w:type="dxa"/>
            </w:tcMar>
          </w:tcPr>
          <w:p w:rsidR="00223469" w:rsidRDefault="00223469"/>
        </w:tc>
        <w:tc>
          <w:tcPr>
            <w:tcW w:w="1728" w:type="dxa"/>
            <w:shd w:val="clear" w:color="auto" w:fill="F5F8FC"/>
            <w:tcMar>
              <w:top w:w="70" w:type="dxa"/>
              <w:left w:w="90" w:type="dxa"/>
              <w:bottom w:w="70" w:type="dxa"/>
              <w:right w:w="90" w:type="dxa"/>
            </w:tcMar>
          </w:tcPr>
          <w:p w:rsidR="00223469" w:rsidRDefault="00223469"/>
        </w:tc>
      </w:tr>
      <w:tr w:rsidR="00223469">
        <w:trPr>
          <w:jc w:val="center"/>
        </w:trPr>
        <w:tc>
          <w:tcPr>
            <w:tcW w:w="2592" w:type="dxa"/>
            <w:tcMar>
              <w:top w:w="70" w:type="dxa"/>
              <w:left w:w="90" w:type="dxa"/>
              <w:bottom w:w="70" w:type="dxa"/>
              <w:right w:w="90" w:type="dxa"/>
            </w:tcMar>
          </w:tcPr>
          <w:p w:rsidR="00223469" w:rsidRDefault="008811B3">
            <w:r>
              <w:rPr>
                <w:sz w:val="18"/>
              </w:rPr>
              <w:t>Licenses / platforms</w:t>
            </w:r>
          </w:p>
        </w:tc>
        <w:tc>
          <w:tcPr>
            <w:tcW w:w="2016" w:type="dxa"/>
            <w:tcMar>
              <w:top w:w="70" w:type="dxa"/>
              <w:left w:w="90" w:type="dxa"/>
              <w:bottom w:w="70" w:type="dxa"/>
              <w:right w:w="90" w:type="dxa"/>
            </w:tcMar>
          </w:tcPr>
          <w:p w:rsidR="00223469" w:rsidRDefault="008811B3">
            <w:r>
              <w:rPr>
                <w:sz w:val="18"/>
              </w:rPr>
              <w:t>[SEAT / TIER]</w:t>
            </w:r>
          </w:p>
        </w:tc>
        <w:tc>
          <w:tcPr>
            <w:tcW w:w="2016" w:type="dxa"/>
            <w:tcMar>
              <w:top w:w="70" w:type="dxa"/>
              <w:left w:w="90" w:type="dxa"/>
              <w:bottom w:w="70" w:type="dxa"/>
              <w:right w:w="90" w:type="dxa"/>
            </w:tcMar>
          </w:tcPr>
          <w:p w:rsidR="00223469" w:rsidRDefault="008811B3">
            <w:r>
              <w:rPr>
                <w:sz w:val="18"/>
              </w:rPr>
              <w:t>[VOLUME]</w:t>
            </w:r>
          </w:p>
        </w:tc>
        <w:tc>
          <w:tcPr>
            <w:tcW w:w="2304" w:type="dxa"/>
            <w:tcMar>
              <w:top w:w="70" w:type="dxa"/>
              <w:left w:w="90" w:type="dxa"/>
              <w:bottom w:w="70" w:type="dxa"/>
              <w:right w:w="90" w:type="dxa"/>
            </w:tcMar>
          </w:tcPr>
          <w:p w:rsidR="00223469" w:rsidRDefault="00223469"/>
        </w:tc>
        <w:tc>
          <w:tcPr>
            <w:tcW w:w="1728" w:type="dxa"/>
            <w:tcMar>
              <w:top w:w="70" w:type="dxa"/>
              <w:left w:w="90" w:type="dxa"/>
              <w:bottom w:w="70" w:type="dxa"/>
              <w:right w:w="90" w:type="dxa"/>
            </w:tcMar>
          </w:tcPr>
          <w:p w:rsidR="00223469" w:rsidRDefault="00223469"/>
        </w:tc>
      </w:tr>
      <w:tr w:rsidR="00223469">
        <w:trPr>
          <w:jc w:val="center"/>
        </w:trPr>
        <w:tc>
          <w:tcPr>
            <w:tcW w:w="2592" w:type="dxa"/>
            <w:shd w:val="clear" w:color="auto" w:fill="F5F8FC"/>
            <w:tcMar>
              <w:top w:w="70" w:type="dxa"/>
              <w:left w:w="90" w:type="dxa"/>
              <w:bottom w:w="70" w:type="dxa"/>
              <w:right w:w="90" w:type="dxa"/>
            </w:tcMar>
          </w:tcPr>
          <w:p w:rsidR="00223469" w:rsidRDefault="008811B3">
            <w:r>
              <w:rPr>
                <w:sz w:val="18"/>
              </w:rPr>
              <w:t>Managed support</w:t>
            </w:r>
          </w:p>
        </w:tc>
        <w:tc>
          <w:tcPr>
            <w:tcW w:w="2016" w:type="dxa"/>
            <w:shd w:val="clear" w:color="auto" w:fill="F5F8FC"/>
            <w:tcMar>
              <w:top w:w="70" w:type="dxa"/>
              <w:left w:w="90" w:type="dxa"/>
              <w:bottom w:w="70" w:type="dxa"/>
              <w:right w:w="90" w:type="dxa"/>
            </w:tcMar>
          </w:tcPr>
          <w:p w:rsidR="00223469" w:rsidRDefault="008811B3">
            <w:r>
              <w:rPr>
                <w:sz w:val="18"/>
              </w:rPr>
              <w:t>[TIER]</w:t>
            </w:r>
          </w:p>
        </w:tc>
        <w:tc>
          <w:tcPr>
            <w:tcW w:w="2016" w:type="dxa"/>
            <w:shd w:val="clear" w:color="auto" w:fill="F5F8FC"/>
            <w:tcMar>
              <w:top w:w="70" w:type="dxa"/>
              <w:left w:w="90" w:type="dxa"/>
              <w:bottom w:w="70" w:type="dxa"/>
              <w:right w:w="90" w:type="dxa"/>
            </w:tcMar>
          </w:tcPr>
          <w:p w:rsidR="00223469" w:rsidRDefault="008811B3">
            <w:r>
              <w:rPr>
                <w:sz w:val="18"/>
              </w:rPr>
              <w:t>N/A</w:t>
            </w:r>
          </w:p>
        </w:tc>
        <w:tc>
          <w:tcPr>
            <w:tcW w:w="2304" w:type="dxa"/>
            <w:shd w:val="clear" w:color="auto" w:fill="F5F8FC"/>
            <w:tcMar>
              <w:top w:w="70" w:type="dxa"/>
              <w:left w:w="90" w:type="dxa"/>
              <w:bottom w:w="70" w:type="dxa"/>
              <w:right w:w="90" w:type="dxa"/>
            </w:tcMar>
          </w:tcPr>
          <w:p w:rsidR="00223469" w:rsidRDefault="00223469"/>
        </w:tc>
        <w:tc>
          <w:tcPr>
            <w:tcW w:w="1728" w:type="dxa"/>
            <w:shd w:val="clear" w:color="auto" w:fill="F5F8FC"/>
            <w:tcMar>
              <w:top w:w="70" w:type="dxa"/>
              <w:left w:w="90" w:type="dxa"/>
              <w:bottom w:w="70" w:type="dxa"/>
              <w:right w:w="90" w:type="dxa"/>
            </w:tcMar>
          </w:tcPr>
          <w:p w:rsidR="00223469" w:rsidRDefault="00223469"/>
        </w:tc>
      </w:tr>
    </w:tbl>
    <w:p w:rsidR="00223469" w:rsidRDefault="00223469">
      <w:pPr>
        <w:spacing w:after="20"/>
      </w:pPr>
    </w:p>
    <w:p w:rsidR="00650BB0" w:rsidRDefault="00650BB0">
      <w:pPr>
        <w:spacing w:after="200" w:line="276" w:lineRule="auto"/>
        <w:rPr>
          <w:rFonts w:asciiTheme="majorHAnsi" w:eastAsiaTheme="majorEastAsia" w:hAnsiTheme="majorHAnsi" w:cstheme="majorBidi"/>
          <w:b/>
          <w:bCs/>
          <w:color w:val="0A66D8"/>
          <w:sz w:val="24"/>
          <w:szCs w:val="26"/>
        </w:rPr>
      </w:pPr>
      <w:r>
        <w:br w:type="page"/>
      </w:r>
    </w:p>
    <w:p w:rsidR="00223469" w:rsidRDefault="008811B3">
      <w:pPr>
        <w:pStyle w:val="Heading2"/>
      </w:pPr>
      <w:r>
        <w:lastRenderedPageBreak/>
        <w:t>16.3 Rate Card &amp; Optional Services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4320"/>
        <w:gridCol w:w="2880"/>
        <w:gridCol w:w="3312"/>
      </w:tblGrid>
      <w:tr w:rsidR="00223469">
        <w:trPr>
          <w:tblHeader/>
          <w:jc w:val="center"/>
        </w:trPr>
        <w:tc>
          <w:tcPr>
            <w:tcW w:w="4320" w:type="dxa"/>
            <w:shd w:val="clear" w:color="auto" w:fill="0B2A4A"/>
            <w:tcMar>
              <w:top w:w="70" w:type="dxa"/>
              <w:left w:w="90" w:type="dxa"/>
              <w:bottom w:w="70" w:type="dxa"/>
              <w:right w:w="90" w:type="dxa"/>
            </w:tcMar>
          </w:tcPr>
          <w:p w:rsidR="00223469" w:rsidRDefault="008811B3">
            <w:r>
              <w:rPr>
                <w:b/>
                <w:color w:val="FFFFFF"/>
                <w:sz w:val="18"/>
              </w:rPr>
              <w:t>ROLE / SERVICE</w:t>
            </w:r>
          </w:p>
        </w:tc>
        <w:tc>
          <w:tcPr>
            <w:tcW w:w="2880" w:type="dxa"/>
            <w:shd w:val="clear" w:color="auto" w:fill="0B2A4A"/>
            <w:tcMar>
              <w:top w:w="70" w:type="dxa"/>
              <w:left w:w="90" w:type="dxa"/>
              <w:bottom w:w="70" w:type="dxa"/>
              <w:right w:w="90" w:type="dxa"/>
            </w:tcMar>
          </w:tcPr>
          <w:p w:rsidR="00223469" w:rsidRDefault="008811B3">
            <w:r>
              <w:rPr>
                <w:b/>
                <w:color w:val="FFFFFF"/>
                <w:sz w:val="18"/>
              </w:rPr>
              <w:t>HOURLY / DAILY RATE</w:t>
            </w:r>
          </w:p>
        </w:tc>
        <w:tc>
          <w:tcPr>
            <w:tcW w:w="3312" w:type="dxa"/>
            <w:shd w:val="clear" w:color="auto" w:fill="0B2A4A"/>
            <w:tcMar>
              <w:top w:w="70" w:type="dxa"/>
              <w:left w:w="90" w:type="dxa"/>
              <w:bottom w:w="70" w:type="dxa"/>
              <w:right w:w="90" w:type="dxa"/>
            </w:tcMar>
          </w:tcPr>
          <w:p w:rsidR="00223469" w:rsidRDefault="008811B3">
            <w:r>
              <w:rPr>
                <w:b/>
                <w:color w:val="FFFFFF"/>
                <w:sz w:val="18"/>
              </w:rPr>
              <w:t>NOTES</w:t>
            </w:r>
          </w:p>
        </w:tc>
      </w:tr>
      <w:tr w:rsidR="00223469">
        <w:trPr>
          <w:jc w:val="center"/>
        </w:trPr>
        <w:tc>
          <w:tcPr>
            <w:tcW w:w="4320" w:type="dxa"/>
            <w:tcMar>
              <w:top w:w="70" w:type="dxa"/>
              <w:left w:w="90" w:type="dxa"/>
              <w:bottom w:w="70" w:type="dxa"/>
              <w:right w:w="90" w:type="dxa"/>
            </w:tcMar>
          </w:tcPr>
          <w:p w:rsidR="00223469" w:rsidRDefault="008811B3">
            <w:r>
              <w:rPr>
                <w:sz w:val="18"/>
              </w:rPr>
              <w:t xml:space="preserve">AI / </w:t>
            </w:r>
            <w:r>
              <w:rPr>
                <w:sz w:val="18"/>
              </w:rPr>
              <w:t>Solution Architect</w:t>
            </w:r>
          </w:p>
        </w:tc>
        <w:tc>
          <w:tcPr>
            <w:tcW w:w="2880" w:type="dxa"/>
            <w:tcMar>
              <w:top w:w="70" w:type="dxa"/>
              <w:left w:w="90" w:type="dxa"/>
              <w:bottom w:w="70" w:type="dxa"/>
              <w:right w:w="90" w:type="dxa"/>
            </w:tcMar>
          </w:tcPr>
          <w:p w:rsidR="00223469" w:rsidRDefault="00223469"/>
        </w:tc>
        <w:tc>
          <w:tcPr>
            <w:tcW w:w="3312" w:type="dxa"/>
            <w:tcMar>
              <w:top w:w="70" w:type="dxa"/>
              <w:left w:w="90" w:type="dxa"/>
              <w:bottom w:w="70" w:type="dxa"/>
              <w:right w:w="90" w:type="dxa"/>
            </w:tcMar>
          </w:tcPr>
          <w:p w:rsidR="00223469" w:rsidRDefault="00223469"/>
        </w:tc>
      </w:tr>
      <w:tr w:rsidR="00223469">
        <w:trPr>
          <w:jc w:val="center"/>
        </w:trPr>
        <w:tc>
          <w:tcPr>
            <w:tcW w:w="4320" w:type="dxa"/>
            <w:shd w:val="clear" w:color="auto" w:fill="F5F8FC"/>
            <w:tcMar>
              <w:top w:w="70" w:type="dxa"/>
              <w:left w:w="90" w:type="dxa"/>
              <w:bottom w:w="70" w:type="dxa"/>
              <w:right w:w="90" w:type="dxa"/>
            </w:tcMar>
          </w:tcPr>
          <w:p w:rsidR="00223469" w:rsidRDefault="008811B3">
            <w:r>
              <w:rPr>
                <w:sz w:val="18"/>
              </w:rPr>
              <w:t>AI / ML Engineer</w:t>
            </w:r>
          </w:p>
        </w:tc>
        <w:tc>
          <w:tcPr>
            <w:tcW w:w="2880" w:type="dxa"/>
            <w:shd w:val="clear" w:color="auto" w:fill="F5F8FC"/>
            <w:tcMar>
              <w:top w:w="70" w:type="dxa"/>
              <w:left w:w="90" w:type="dxa"/>
              <w:bottom w:w="70" w:type="dxa"/>
              <w:right w:w="90" w:type="dxa"/>
            </w:tcMar>
          </w:tcPr>
          <w:p w:rsidR="00223469" w:rsidRDefault="00223469"/>
        </w:tc>
        <w:tc>
          <w:tcPr>
            <w:tcW w:w="3312" w:type="dxa"/>
            <w:shd w:val="clear" w:color="auto" w:fill="F5F8FC"/>
            <w:tcMar>
              <w:top w:w="70" w:type="dxa"/>
              <w:left w:w="90" w:type="dxa"/>
              <w:bottom w:w="70" w:type="dxa"/>
              <w:right w:w="90" w:type="dxa"/>
            </w:tcMar>
          </w:tcPr>
          <w:p w:rsidR="00223469" w:rsidRDefault="00223469"/>
        </w:tc>
      </w:tr>
      <w:tr w:rsidR="00223469">
        <w:trPr>
          <w:jc w:val="center"/>
        </w:trPr>
        <w:tc>
          <w:tcPr>
            <w:tcW w:w="4320" w:type="dxa"/>
            <w:tcMar>
              <w:top w:w="70" w:type="dxa"/>
              <w:left w:w="90" w:type="dxa"/>
              <w:bottom w:w="70" w:type="dxa"/>
              <w:right w:w="90" w:type="dxa"/>
            </w:tcMar>
          </w:tcPr>
          <w:p w:rsidR="00223469" w:rsidRDefault="008811B3">
            <w:r>
              <w:rPr>
                <w:sz w:val="18"/>
              </w:rPr>
              <w:t>Data Engineer</w:t>
            </w:r>
          </w:p>
        </w:tc>
        <w:tc>
          <w:tcPr>
            <w:tcW w:w="2880" w:type="dxa"/>
            <w:tcMar>
              <w:top w:w="70" w:type="dxa"/>
              <w:left w:w="90" w:type="dxa"/>
              <w:bottom w:w="70" w:type="dxa"/>
              <w:right w:w="90" w:type="dxa"/>
            </w:tcMar>
          </w:tcPr>
          <w:p w:rsidR="00223469" w:rsidRDefault="00223469"/>
        </w:tc>
        <w:tc>
          <w:tcPr>
            <w:tcW w:w="3312" w:type="dxa"/>
            <w:tcMar>
              <w:top w:w="70" w:type="dxa"/>
              <w:left w:w="90" w:type="dxa"/>
              <w:bottom w:w="70" w:type="dxa"/>
              <w:right w:w="90" w:type="dxa"/>
            </w:tcMar>
          </w:tcPr>
          <w:p w:rsidR="00223469" w:rsidRDefault="00223469"/>
        </w:tc>
      </w:tr>
      <w:tr w:rsidR="00223469">
        <w:trPr>
          <w:jc w:val="center"/>
        </w:trPr>
        <w:tc>
          <w:tcPr>
            <w:tcW w:w="4320" w:type="dxa"/>
            <w:shd w:val="clear" w:color="auto" w:fill="F5F8FC"/>
            <w:tcMar>
              <w:top w:w="70" w:type="dxa"/>
              <w:left w:w="90" w:type="dxa"/>
              <w:bottom w:w="70" w:type="dxa"/>
              <w:right w:w="90" w:type="dxa"/>
            </w:tcMar>
          </w:tcPr>
          <w:p w:rsidR="00223469" w:rsidRDefault="008811B3">
            <w:r>
              <w:rPr>
                <w:sz w:val="18"/>
              </w:rPr>
              <w:t>Security Specialist</w:t>
            </w:r>
          </w:p>
        </w:tc>
        <w:tc>
          <w:tcPr>
            <w:tcW w:w="2880" w:type="dxa"/>
            <w:shd w:val="clear" w:color="auto" w:fill="F5F8FC"/>
            <w:tcMar>
              <w:top w:w="70" w:type="dxa"/>
              <w:left w:w="90" w:type="dxa"/>
              <w:bottom w:w="70" w:type="dxa"/>
              <w:right w:w="90" w:type="dxa"/>
            </w:tcMar>
          </w:tcPr>
          <w:p w:rsidR="00223469" w:rsidRDefault="00223469"/>
        </w:tc>
        <w:tc>
          <w:tcPr>
            <w:tcW w:w="3312" w:type="dxa"/>
            <w:shd w:val="clear" w:color="auto" w:fill="F5F8FC"/>
            <w:tcMar>
              <w:top w:w="70" w:type="dxa"/>
              <w:left w:w="90" w:type="dxa"/>
              <w:bottom w:w="70" w:type="dxa"/>
              <w:right w:w="90" w:type="dxa"/>
            </w:tcMar>
          </w:tcPr>
          <w:p w:rsidR="00223469" w:rsidRDefault="00223469"/>
        </w:tc>
      </w:tr>
      <w:tr w:rsidR="00223469">
        <w:trPr>
          <w:jc w:val="center"/>
        </w:trPr>
        <w:tc>
          <w:tcPr>
            <w:tcW w:w="4320" w:type="dxa"/>
            <w:tcMar>
              <w:top w:w="70" w:type="dxa"/>
              <w:left w:w="90" w:type="dxa"/>
              <w:bottom w:w="70" w:type="dxa"/>
              <w:right w:w="90" w:type="dxa"/>
            </w:tcMar>
          </w:tcPr>
          <w:p w:rsidR="00223469" w:rsidRDefault="008811B3">
            <w:r>
              <w:rPr>
                <w:sz w:val="18"/>
              </w:rPr>
              <w:t>DevOps / MLOps</w:t>
            </w:r>
          </w:p>
        </w:tc>
        <w:tc>
          <w:tcPr>
            <w:tcW w:w="2880" w:type="dxa"/>
            <w:tcMar>
              <w:top w:w="70" w:type="dxa"/>
              <w:left w:w="90" w:type="dxa"/>
              <w:bottom w:w="70" w:type="dxa"/>
              <w:right w:w="90" w:type="dxa"/>
            </w:tcMar>
          </w:tcPr>
          <w:p w:rsidR="00223469" w:rsidRDefault="00223469"/>
        </w:tc>
        <w:tc>
          <w:tcPr>
            <w:tcW w:w="3312" w:type="dxa"/>
            <w:tcMar>
              <w:top w:w="70" w:type="dxa"/>
              <w:left w:w="90" w:type="dxa"/>
              <w:bottom w:w="70" w:type="dxa"/>
              <w:right w:w="90" w:type="dxa"/>
            </w:tcMar>
          </w:tcPr>
          <w:p w:rsidR="00223469" w:rsidRDefault="00223469"/>
        </w:tc>
      </w:tr>
      <w:tr w:rsidR="00223469">
        <w:trPr>
          <w:jc w:val="center"/>
        </w:trPr>
        <w:tc>
          <w:tcPr>
            <w:tcW w:w="4320" w:type="dxa"/>
            <w:shd w:val="clear" w:color="auto" w:fill="F5F8FC"/>
            <w:tcMar>
              <w:top w:w="70" w:type="dxa"/>
              <w:left w:w="90" w:type="dxa"/>
              <w:bottom w:w="70" w:type="dxa"/>
              <w:right w:w="90" w:type="dxa"/>
            </w:tcMar>
          </w:tcPr>
          <w:p w:rsidR="00223469" w:rsidRDefault="008811B3">
            <w:r>
              <w:rPr>
                <w:sz w:val="18"/>
              </w:rPr>
              <w:t>UX / Accessibility</w:t>
            </w:r>
          </w:p>
        </w:tc>
        <w:tc>
          <w:tcPr>
            <w:tcW w:w="2880" w:type="dxa"/>
            <w:shd w:val="clear" w:color="auto" w:fill="F5F8FC"/>
            <w:tcMar>
              <w:top w:w="70" w:type="dxa"/>
              <w:left w:w="90" w:type="dxa"/>
              <w:bottom w:w="70" w:type="dxa"/>
              <w:right w:w="90" w:type="dxa"/>
            </w:tcMar>
          </w:tcPr>
          <w:p w:rsidR="00223469" w:rsidRDefault="00223469"/>
        </w:tc>
        <w:tc>
          <w:tcPr>
            <w:tcW w:w="3312" w:type="dxa"/>
            <w:shd w:val="clear" w:color="auto" w:fill="F5F8FC"/>
            <w:tcMar>
              <w:top w:w="70" w:type="dxa"/>
              <w:left w:w="90" w:type="dxa"/>
              <w:bottom w:w="70" w:type="dxa"/>
              <w:right w:w="90" w:type="dxa"/>
            </w:tcMar>
          </w:tcPr>
          <w:p w:rsidR="00223469" w:rsidRDefault="00223469"/>
        </w:tc>
      </w:tr>
      <w:tr w:rsidR="00223469">
        <w:trPr>
          <w:jc w:val="center"/>
        </w:trPr>
        <w:tc>
          <w:tcPr>
            <w:tcW w:w="4320" w:type="dxa"/>
            <w:tcMar>
              <w:top w:w="70" w:type="dxa"/>
              <w:left w:w="90" w:type="dxa"/>
              <w:bottom w:w="70" w:type="dxa"/>
              <w:right w:w="90" w:type="dxa"/>
            </w:tcMar>
          </w:tcPr>
          <w:p w:rsidR="00223469" w:rsidRDefault="008811B3">
            <w:r>
              <w:rPr>
                <w:sz w:val="18"/>
              </w:rPr>
              <w:t>Training / Change Management</w:t>
            </w:r>
          </w:p>
        </w:tc>
        <w:tc>
          <w:tcPr>
            <w:tcW w:w="2880" w:type="dxa"/>
            <w:tcMar>
              <w:top w:w="70" w:type="dxa"/>
              <w:left w:w="90" w:type="dxa"/>
              <w:bottom w:w="70" w:type="dxa"/>
              <w:right w:w="90" w:type="dxa"/>
            </w:tcMar>
          </w:tcPr>
          <w:p w:rsidR="00223469" w:rsidRDefault="00223469"/>
        </w:tc>
        <w:tc>
          <w:tcPr>
            <w:tcW w:w="3312" w:type="dxa"/>
            <w:tcMar>
              <w:top w:w="70" w:type="dxa"/>
              <w:left w:w="90" w:type="dxa"/>
              <w:bottom w:w="70" w:type="dxa"/>
              <w:right w:w="90" w:type="dxa"/>
            </w:tcMar>
          </w:tcPr>
          <w:p w:rsidR="00223469" w:rsidRDefault="00223469"/>
        </w:tc>
      </w:tr>
      <w:tr w:rsidR="00223469">
        <w:trPr>
          <w:jc w:val="center"/>
        </w:trPr>
        <w:tc>
          <w:tcPr>
            <w:tcW w:w="4320" w:type="dxa"/>
            <w:shd w:val="clear" w:color="auto" w:fill="F5F8FC"/>
            <w:tcMar>
              <w:top w:w="70" w:type="dxa"/>
              <w:left w:w="90" w:type="dxa"/>
              <w:bottom w:w="70" w:type="dxa"/>
              <w:right w:w="90" w:type="dxa"/>
            </w:tcMar>
          </w:tcPr>
          <w:p w:rsidR="00223469" w:rsidRDefault="008811B3">
            <w:r>
              <w:rPr>
                <w:sz w:val="18"/>
              </w:rPr>
              <w:t>Optional enhancement / change request</w:t>
            </w:r>
          </w:p>
        </w:tc>
        <w:tc>
          <w:tcPr>
            <w:tcW w:w="2880" w:type="dxa"/>
            <w:shd w:val="clear" w:color="auto" w:fill="F5F8FC"/>
            <w:tcMar>
              <w:top w:w="70" w:type="dxa"/>
              <w:left w:w="90" w:type="dxa"/>
              <w:bottom w:w="70" w:type="dxa"/>
              <w:right w:w="90" w:type="dxa"/>
            </w:tcMar>
          </w:tcPr>
          <w:p w:rsidR="00223469" w:rsidRDefault="00223469"/>
        </w:tc>
        <w:tc>
          <w:tcPr>
            <w:tcW w:w="3312" w:type="dxa"/>
            <w:shd w:val="clear" w:color="auto" w:fill="F5F8FC"/>
            <w:tcMar>
              <w:top w:w="70" w:type="dxa"/>
              <w:left w:w="90" w:type="dxa"/>
              <w:bottom w:w="70" w:type="dxa"/>
              <w:right w:w="90" w:type="dxa"/>
            </w:tcMar>
          </w:tcPr>
          <w:p w:rsidR="00223469" w:rsidRDefault="00223469"/>
        </w:tc>
      </w:tr>
    </w:tbl>
    <w:p w:rsidR="00223469" w:rsidRDefault="00223469">
      <w:pPr>
        <w:spacing w:after="20"/>
      </w:pPr>
    </w:p>
    <w:p w:rsidR="00223469" w:rsidRDefault="008811B3">
      <w:pPr>
        <w:pStyle w:val="Heading2"/>
      </w:pPr>
      <w:r>
        <w:t>16.4 Cost Scenario Modeling</w:t>
      </w:r>
    </w:p>
    <w:p w:rsidR="00223469" w:rsidRDefault="008811B3">
      <w:r>
        <w:t xml:space="preserve">Where meaningful, require </w:t>
      </w:r>
      <w:r>
        <w:t>bidders to provide estimated total cost of ownership under low, expected and high usage scenarios so evaluators can understand sensitivity to model usage, traffic, data volume and support requirements.</w:t>
      </w:r>
    </w:p>
    <w:p w:rsidR="00223469" w:rsidRDefault="008811B3">
      <w:pPr>
        <w:pStyle w:val="Heading1"/>
      </w:pPr>
      <w:bookmarkStart w:id="17" w:name="sec17"/>
      <w:r>
        <w:t>17. Evaluation Methodology</w:t>
      </w:r>
      <w:bookmarkEnd w:id="17"/>
    </w:p>
    <w:p w:rsidR="00223469" w:rsidRDefault="008811B3">
      <w:r>
        <w:t>The evaluation model should</w:t>
      </w:r>
      <w:r>
        <w:t xml:space="preserve"> be finalized before proposals are received and should reflect the actual risk and success factors of the AI initiative.</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8352"/>
        <w:gridCol w:w="1872"/>
      </w:tblGrid>
      <w:tr w:rsidR="00223469">
        <w:trPr>
          <w:tblHeader/>
          <w:jc w:val="center"/>
        </w:trPr>
        <w:tc>
          <w:tcPr>
            <w:tcW w:w="8352" w:type="dxa"/>
            <w:shd w:val="clear" w:color="auto" w:fill="0B2A4A"/>
            <w:tcMar>
              <w:top w:w="70" w:type="dxa"/>
              <w:left w:w="90" w:type="dxa"/>
              <w:bottom w:w="70" w:type="dxa"/>
              <w:right w:w="90" w:type="dxa"/>
            </w:tcMar>
          </w:tcPr>
          <w:p w:rsidR="00223469" w:rsidRDefault="008811B3">
            <w:r>
              <w:rPr>
                <w:b/>
                <w:color w:val="FFFFFF"/>
                <w:sz w:val="18"/>
              </w:rPr>
              <w:t>EVALUATION CATEGORY</w:t>
            </w:r>
          </w:p>
        </w:tc>
        <w:tc>
          <w:tcPr>
            <w:tcW w:w="1872" w:type="dxa"/>
            <w:shd w:val="clear" w:color="auto" w:fill="0B2A4A"/>
            <w:tcMar>
              <w:top w:w="70" w:type="dxa"/>
              <w:left w:w="90" w:type="dxa"/>
              <w:bottom w:w="70" w:type="dxa"/>
              <w:right w:w="90" w:type="dxa"/>
            </w:tcMar>
          </w:tcPr>
          <w:p w:rsidR="00223469" w:rsidRDefault="008811B3">
            <w:r>
              <w:rPr>
                <w:b/>
                <w:color w:val="FFFFFF"/>
                <w:sz w:val="18"/>
              </w:rPr>
              <w:t>POINTS</w:t>
            </w:r>
          </w:p>
        </w:tc>
      </w:tr>
      <w:tr w:rsidR="00223469">
        <w:trPr>
          <w:jc w:val="center"/>
        </w:trPr>
        <w:tc>
          <w:tcPr>
            <w:tcW w:w="8352" w:type="dxa"/>
            <w:tcMar>
              <w:top w:w="70" w:type="dxa"/>
              <w:left w:w="90" w:type="dxa"/>
              <w:bottom w:w="70" w:type="dxa"/>
              <w:right w:w="90" w:type="dxa"/>
            </w:tcMar>
          </w:tcPr>
          <w:p w:rsidR="00223469" w:rsidRDefault="008811B3">
            <w:r>
              <w:rPr>
                <w:b/>
                <w:sz w:val="18"/>
              </w:rPr>
              <w:t>Understanding of Objectives &amp; Use Cases</w:t>
            </w:r>
          </w:p>
        </w:tc>
        <w:tc>
          <w:tcPr>
            <w:tcW w:w="1872" w:type="dxa"/>
            <w:tcMar>
              <w:top w:w="70" w:type="dxa"/>
              <w:left w:w="90" w:type="dxa"/>
              <w:bottom w:w="70" w:type="dxa"/>
              <w:right w:w="90" w:type="dxa"/>
            </w:tcMar>
          </w:tcPr>
          <w:p w:rsidR="00223469" w:rsidRDefault="008811B3">
            <w:r>
              <w:rPr>
                <w:sz w:val="18"/>
              </w:rPr>
              <w:t>10</w:t>
            </w:r>
          </w:p>
        </w:tc>
      </w:tr>
      <w:tr w:rsidR="00223469">
        <w:trPr>
          <w:jc w:val="center"/>
        </w:trPr>
        <w:tc>
          <w:tcPr>
            <w:tcW w:w="8352" w:type="dxa"/>
            <w:shd w:val="clear" w:color="auto" w:fill="F5F8FC"/>
            <w:tcMar>
              <w:top w:w="70" w:type="dxa"/>
              <w:left w:w="90" w:type="dxa"/>
              <w:bottom w:w="70" w:type="dxa"/>
              <w:right w:w="90" w:type="dxa"/>
            </w:tcMar>
          </w:tcPr>
          <w:p w:rsidR="00223469" w:rsidRDefault="008811B3">
            <w:r>
              <w:rPr>
                <w:b/>
                <w:sz w:val="18"/>
              </w:rPr>
              <w:t>AI / Technical Architecture</w:t>
            </w:r>
          </w:p>
        </w:tc>
        <w:tc>
          <w:tcPr>
            <w:tcW w:w="1872" w:type="dxa"/>
            <w:shd w:val="clear" w:color="auto" w:fill="F5F8FC"/>
            <w:tcMar>
              <w:top w:w="70" w:type="dxa"/>
              <w:left w:w="90" w:type="dxa"/>
              <w:bottom w:w="70" w:type="dxa"/>
              <w:right w:w="90" w:type="dxa"/>
            </w:tcMar>
          </w:tcPr>
          <w:p w:rsidR="00223469" w:rsidRDefault="008811B3">
            <w:r>
              <w:rPr>
                <w:sz w:val="18"/>
              </w:rPr>
              <w:t>15</w:t>
            </w:r>
          </w:p>
        </w:tc>
      </w:tr>
      <w:tr w:rsidR="00223469">
        <w:trPr>
          <w:jc w:val="center"/>
        </w:trPr>
        <w:tc>
          <w:tcPr>
            <w:tcW w:w="8352" w:type="dxa"/>
            <w:tcMar>
              <w:top w:w="70" w:type="dxa"/>
              <w:left w:w="90" w:type="dxa"/>
              <w:bottom w:w="70" w:type="dxa"/>
              <w:right w:w="90" w:type="dxa"/>
            </w:tcMar>
          </w:tcPr>
          <w:p w:rsidR="00223469" w:rsidRDefault="008811B3">
            <w:r>
              <w:rPr>
                <w:b/>
                <w:sz w:val="18"/>
              </w:rPr>
              <w:t xml:space="preserve">Data, Security &amp; Governance </w:t>
            </w:r>
            <w:r>
              <w:rPr>
                <w:b/>
                <w:sz w:val="18"/>
              </w:rPr>
              <w:t>Approach</w:t>
            </w:r>
          </w:p>
        </w:tc>
        <w:tc>
          <w:tcPr>
            <w:tcW w:w="1872" w:type="dxa"/>
            <w:tcMar>
              <w:top w:w="70" w:type="dxa"/>
              <w:left w:w="90" w:type="dxa"/>
              <w:bottom w:w="70" w:type="dxa"/>
              <w:right w:w="90" w:type="dxa"/>
            </w:tcMar>
          </w:tcPr>
          <w:p w:rsidR="00223469" w:rsidRDefault="008811B3">
            <w:r>
              <w:rPr>
                <w:sz w:val="18"/>
              </w:rPr>
              <w:t>15</w:t>
            </w:r>
          </w:p>
        </w:tc>
      </w:tr>
      <w:tr w:rsidR="00223469">
        <w:trPr>
          <w:jc w:val="center"/>
        </w:trPr>
        <w:tc>
          <w:tcPr>
            <w:tcW w:w="8352" w:type="dxa"/>
            <w:shd w:val="clear" w:color="auto" w:fill="F5F8FC"/>
            <w:tcMar>
              <w:top w:w="70" w:type="dxa"/>
              <w:left w:w="90" w:type="dxa"/>
              <w:bottom w:w="70" w:type="dxa"/>
              <w:right w:w="90" w:type="dxa"/>
            </w:tcMar>
          </w:tcPr>
          <w:p w:rsidR="00223469" w:rsidRDefault="008811B3">
            <w:r>
              <w:rPr>
                <w:b/>
                <w:sz w:val="18"/>
              </w:rPr>
              <w:t>Evaluation, Safety &amp; Human Oversight</w:t>
            </w:r>
          </w:p>
        </w:tc>
        <w:tc>
          <w:tcPr>
            <w:tcW w:w="1872" w:type="dxa"/>
            <w:shd w:val="clear" w:color="auto" w:fill="F5F8FC"/>
            <w:tcMar>
              <w:top w:w="70" w:type="dxa"/>
              <w:left w:w="90" w:type="dxa"/>
              <w:bottom w:w="70" w:type="dxa"/>
              <w:right w:w="90" w:type="dxa"/>
            </w:tcMar>
          </w:tcPr>
          <w:p w:rsidR="00223469" w:rsidRDefault="008811B3">
            <w:r>
              <w:rPr>
                <w:sz w:val="18"/>
              </w:rPr>
              <w:t>15</w:t>
            </w:r>
          </w:p>
        </w:tc>
      </w:tr>
      <w:tr w:rsidR="00223469">
        <w:trPr>
          <w:jc w:val="center"/>
        </w:trPr>
        <w:tc>
          <w:tcPr>
            <w:tcW w:w="8352" w:type="dxa"/>
            <w:tcMar>
              <w:top w:w="70" w:type="dxa"/>
              <w:left w:w="90" w:type="dxa"/>
              <w:bottom w:w="70" w:type="dxa"/>
              <w:right w:w="90" w:type="dxa"/>
            </w:tcMar>
          </w:tcPr>
          <w:p w:rsidR="00223469" w:rsidRDefault="008811B3">
            <w:r>
              <w:rPr>
                <w:b/>
                <w:sz w:val="18"/>
              </w:rPr>
              <w:t>Implementation Methodology &amp; Schedule</w:t>
            </w:r>
          </w:p>
        </w:tc>
        <w:tc>
          <w:tcPr>
            <w:tcW w:w="1872" w:type="dxa"/>
            <w:tcMar>
              <w:top w:w="70" w:type="dxa"/>
              <w:left w:w="90" w:type="dxa"/>
              <w:bottom w:w="70" w:type="dxa"/>
              <w:right w:w="90" w:type="dxa"/>
            </w:tcMar>
          </w:tcPr>
          <w:p w:rsidR="00223469" w:rsidRDefault="008811B3">
            <w:r>
              <w:rPr>
                <w:sz w:val="18"/>
              </w:rPr>
              <w:t>10</w:t>
            </w:r>
          </w:p>
        </w:tc>
      </w:tr>
      <w:tr w:rsidR="00223469">
        <w:trPr>
          <w:jc w:val="center"/>
        </w:trPr>
        <w:tc>
          <w:tcPr>
            <w:tcW w:w="8352" w:type="dxa"/>
            <w:shd w:val="clear" w:color="auto" w:fill="F5F8FC"/>
            <w:tcMar>
              <w:top w:w="70" w:type="dxa"/>
              <w:left w:w="90" w:type="dxa"/>
              <w:bottom w:w="70" w:type="dxa"/>
              <w:right w:w="90" w:type="dxa"/>
            </w:tcMar>
          </w:tcPr>
          <w:p w:rsidR="00223469" w:rsidRDefault="008811B3">
            <w:r>
              <w:rPr>
                <w:b/>
                <w:sz w:val="18"/>
              </w:rPr>
              <w:t>Relevant Experience &amp; Proposed Team</w:t>
            </w:r>
          </w:p>
        </w:tc>
        <w:tc>
          <w:tcPr>
            <w:tcW w:w="1872" w:type="dxa"/>
            <w:shd w:val="clear" w:color="auto" w:fill="F5F8FC"/>
            <w:tcMar>
              <w:top w:w="70" w:type="dxa"/>
              <w:left w:w="90" w:type="dxa"/>
              <w:bottom w:w="70" w:type="dxa"/>
              <w:right w:w="90" w:type="dxa"/>
            </w:tcMar>
          </w:tcPr>
          <w:p w:rsidR="00223469" w:rsidRDefault="008811B3">
            <w:r>
              <w:rPr>
                <w:sz w:val="18"/>
              </w:rPr>
              <w:t>10</w:t>
            </w:r>
          </w:p>
        </w:tc>
      </w:tr>
      <w:tr w:rsidR="00223469">
        <w:trPr>
          <w:jc w:val="center"/>
        </w:trPr>
        <w:tc>
          <w:tcPr>
            <w:tcW w:w="8352" w:type="dxa"/>
            <w:tcMar>
              <w:top w:w="70" w:type="dxa"/>
              <w:left w:w="90" w:type="dxa"/>
              <w:bottom w:w="70" w:type="dxa"/>
              <w:right w:w="90" w:type="dxa"/>
            </w:tcMar>
          </w:tcPr>
          <w:p w:rsidR="00223469" w:rsidRDefault="008811B3">
            <w:r>
              <w:rPr>
                <w:b/>
                <w:sz w:val="18"/>
              </w:rPr>
              <w:t>Operations, Support &amp; Knowledge Transfer</w:t>
            </w:r>
          </w:p>
        </w:tc>
        <w:tc>
          <w:tcPr>
            <w:tcW w:w="1872" w:type="dxa"/>
            <w:tcMar>
              <w:top w:w="70" w:type="dxa"/>
              <w:left w:w="90" w:type="dxa"/>
              <w:bottom w:w="70" w:type="dxa"/>
              <w:right w:w="90" w:type="dxa"/>
            </w:tcMar>
          </w:tcPr>
          <w:p w:rsidR="00223469" w:rsidRDefault="008811B3">
            <w:r>
              <w:rPr>
                <w:sz w:val="18"/>
              </w:rPr>
              <w:t>5</w:t>
            </w:r>
          </w:p>
        </w:tc>
      </w:tr>
      <w:tr w:rsidR="00223469">
        <w:trPr>
          <w:jc w:val="center"/>
        </w:trPr>
        <w:tc>
          <w:tcPr>
            <w:tcW w:w="8352" w:type="dxa"/>
            <w:shd w:val="clear" w:color="auto" w:fill="F5F8FC"/>
            <w:tcMar>
              <w:top w:w="70" w:type="dxa"/>
              <w:left w:w="90" w:type="dxa"/>
              <w:bottom w:w="70" w:type="dxa"/>
              <w:right w:w="90" w:type="dxa"/>
            </w:tcMar>
          </w:tcPr>
          <w:p w:rsidR="00223469" w:rsidRDefault="008811B3">
            <w:r>
              <w:rPr>
                <w:b/>
                <w:sz w:val="18"/>
              </w:rPr>
              <w:t>Pricing / Total Cost of Ownership</w:t>
            </w:r>
          </w:p>
        </w:tc>
        <w:tc>
          <w:tcPr>
            <w:tcW w:w="1872" w:type="dxa"/>
            <w:shd w:val="clear" w:color="auto" w:fill="F5F8FC"/>
            <w:tcMar>
              <w:top w:w="70" w:type="dxa"/>
              <w:left w:w="90" w:type="dxa"/>
              <w:bottom w:w="70" w:type="dxa"/>
              <w:right w:w="90" w:type="dxa"/>
            </w:tcMar>
          </w:tcPr>
          <w:p w:rsidR="00223469" w:rsidRDefault="008811B3">
            <w:r>
              <w:rPr>
                <w:sz w:val="18"/>
              </w:rPr>
              <w:t>15</w:t>
            </w:r>
          </w:p>
        </w:tc>
      </w:tr>
      <w:tr w:rsidR="00223469">
        <w:trPr>
          <w:jc w:val="center"/>
        </w:trPr>
        <w:tc>
          <w:tcPr>
            <w:tcW w:w="8352" w:type="dxa"/>
            <w:tcMar>
              <w:top w:w="70" w:type="dxa"/>
              <w:left w:w="90" w:type="dxa"/>
              <w:bottom w:w="70" w:type="dxa"/>
              <w:right w:w="90" w:type="dxa"/>
            </w:tcMar>
          </w:tcPr>
          <w:p w:rsidR="00223469" w:rsidRDefault="008811B3">
            <w:r>
              <w:rPr>
                <w:b/>
                <w:sz w:val="18"/>
              </w:rPr>
              <w:t>Value-Added / Innovation</w:t>
            </w:r>
          </w:p>
        </w:tc>
        <w:tc>
          <w:tcPr>
            <w:tcW w:w="1872" w:type="dxa"/>
            <w:tcMar>
              <w:top w:w="70" w:type="dxa"/>
              <w:left w:w="90" w:type="dxa"/>
              <w:bottom w:w="70" w:type="dxa"/>
              <w:right w:w="90" w:type="dxa"/>
            </w:tcMar>
          </w:tcPr>
          <w:p w:rsidR="00223469" w:rsidRDefault="008811B3">
            <w:r>
              <w:rPr>
                <w:sz w:val="18"/>
              </w:rPr>
              <w:t>5</w:t>
            </w:r>
          </w:p>
        </w:tc>
      </w:tr>
      <w:tr w:rsidR="00223469">
        <w:trPr>
          <w:jc w:val="center"/>
        </w:trPr>
        <w:tc>
          <w:tcPr>
            <w:tcW w:w="8352" w:type="dxa"/>
            <w:shd w:val="clear" w:color="auto" w:fill="F5F8FC"/>
            <w:tcMar>
              <w:top w:w="70" w:type="dxa"/>
              <w:left w:w="90" w:type="dxa"/>
              <w:bottom w:w="70" w:type="dxa"/>
              <w:right w:w="90" w:type="dxa"/>
            </w:tcMar>
          </w:tcPr>
          <w:p w:rsidR="00223469" w:rsidRDefault="008811B3">
            <w:r>
              <w:rPr>
                <w:b/>
                <w:sz w:val="18"/>
              </w:rPr>
              <w:t>TOTAL</w:t>
            </w:r>
          </w:p>
        </w:tc>
        <w:tc>
          <w:tcPr>
            <w:tcW w:w="1872" w:type="dxa"/>
            <w:shd w:val="clear" w:color="auto" w:fill="F5F8FC"/>
            <w:tcMar>
              <w:top w:w="70" w:type="dxa"/>
              <w:left w:w="90" w:type="dxa"/>
              <w:bottom w:w="70" w:type="dxa"/>
              <w:right w:w="90" w:type="dxa"/>
            </w:tcMar>
          </w:tcPr>
          <w:p w:rsidR="00223469" w:rsidRDefault="008811B3">
            <w:r>
              <w:rPr>
                <w:sz w:val="18"/>
              </w:rPr>
              <w:t>100</w:t>
            </w:r>
          </w:p>
        </w:tc>
      </w:tr>
    </w:tbl>
    <w:p w:rsidR="00223469" w:rsidRDefault="00223469">
      <w:pPr>
        <w:spacing w:after="20"/>
      </w:pPr>
    </w:p>
    <w:p w:rsidR="00650BB0" w:rsidRDefault="00650BB0">
      <w:pPr>
        <w:spacing w:after="200" w:line="276" w:lineRule="auto"/>
        <w:rPr>
          <w:rFonts w:asciiTheme="majorHAnsi" w:eastAsiaTheme="majorEastAsia" w:hAnsiTheme="majorHAnsi" w:cstheme="majorBidi"/>
          <w:b/>
          <w:bCs/>
          <w:color w:val="0A66D8"/>
          <w:sz w:val="24"/>
          <w:szCs w:val="26"/>
        </w:rPr>
      </w:pPr>
      <w:r>
        <w:br w:type="page"/>
      </w:r>
    </w:p>
    <w:p w:rsidR="00223469" w:rsidRDefault="008811B3">
      <w:pPr>
        <w:pStyle w:val="Heading2"/>
      </w:pPr>
      <w:r>
        <w:lastRenderedPageBreak/>
        <w:t>17.1 Scoring Guidance</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312"/>
        <w:gridCol w:w="7200"/>
      </w:tblGrid>
      <w:tr w:rsidR="00223469">
        <w:trPr>
          <w:tblHeader/>
          <w:jc w:val="center"/>
        </w:trPr>
        <w:tc>
          <w:tcPr>
            <w:tcW w:w="3312" w:type="dxa"/>
            <w:shd w:val="clear" w:color="auto" w:fill="0B2A4A"/>
            <w:tcMar>
              <w:top w:w="70" w:type="dxa"/>
              <w:left w:w="90" w:type="dxa"/>
              <w:bottom w:w="70" w:type="dxa"/>
              <w:right w:w="90" w:type="dxa"/>
            </w:tcMar>
          </w:tcPr>
          <w:p w:rsidR="00223469" w:rsidRDefault="008811B3">
            <w:r>
              <w:rPr>
                <w:b/>
                <w:color w:val="FFFFFF"/>
                <w:sz w:val="18"/>
              </w:rPr>
              <w:t>SCORE BAND</w:t>
            </w:r>
          </w:p>
        </w:tc>
        <w:tc>
          <w:tcPr>
            <w:tcW w:w="7200" w:type="dxa"/>
            <w:shd w:val="clear" w:color="auto" w:fill="0B2A4A"/>
            <w:tcMar>
              <w:top w:w="70" w:type="dxa"/>
              <w:left w:w="90" w:type="dxa"/>
              <w:bottom w:w="70" w:type="dxa"/>
              <w:right w:w="90" w:type="dxa"/>
            </w:tcMar>
          </w:tcPr>
          <w:p w:rsidR="00223469" w:rsidRDefault="008811B3">
            <w:r>
              <w:rPr>
                <w:b/>
                <w:color w:val="FFFFFF"/>
                <w:sz w:val="18"/>
              </w:rPr>
              <w:t>GENERAL INTERPRETATION</w:t>
            </w:r>
          </w:p>
        </w:tc>
      </w:tr>
      <w:tr w:rsidR="00223469">
        <w:trPr>
          <w:jc w:val="center"/>
        </w:trPr>
        <w:tc>
          <w:tcPr>
            <w:tcW w:w="3312" w:type="dxa"/>
            <w:tcMar>
              <w:top w:w="70" w:type="dxa"/>
              <w:left w:w="90" w:type="dxa"/>
              <w:bottom w:w="70" w:type="dxa"/>
              <w:right w:w="90" w:type="dxa"/>
            </w:tcMar>
          </w:tcPr>
          <w:p w:rsidR="00223469" w:rsidRDefault="008811B3">
            <w:r>
              <w:rPr>
                <w:sz w:val="18"/>
              </w:rPr>
              <w:t>90–100% of available points</w:t>
            </w:r>
          </w:p>
        </w:tc>
        <w:tc>
          <w:tcPr>
            <w:tcW w:w="7200" w:type="dxa"/>
            <w:tcMar>
              <w:top w:w="70" w:type="dxa"/>
              <w:left w:w="90" w:type="dxa"/>
              <w:bottom w:w="70" w:type="dxa"/>
              <w:right w:w="90" w:type="dxa"/>
            </w:tcMar>
          </w:tcPr>
          <w:p w:rsidR="00223469" w:rsidRDefault="008811B3">
            <w:r>
              <w:rPr>
                <w:sz w:val="18"/>
              </w:rPr>
              <w:t>Exceptional / clearly exceeds requirements with low material risk.</w:t>
            </w:r>
          </w:p>
        </w:tc>
      </w:tr>
      <w:tr w:rsidR="00223469">
        <w:trPr>
          <w:jc w:val="center"/>
        </w:trPr>
        <w:tc>
          <w:tcPr>
            <w:tcW w:w="3312" w:type="dxa"/>
            <w:shd w:val="clear" w:color="auto" w:fill="F5F8FC"/>
            <w:tcMar>
              <w:top w:w="70" w:type="dxa"/>
              <w:left w:w="90" w:type="dxa"/>
              <w:bottom w:w="70" w:type="dxa"/>
              <w:right w:w="90" w:type="dxa"/>
            </w:tcMar>
          </w:tcPr>
          <w:p w:rsidR="00223469" w:rsidRDefault="008811B3">
            <w:r>
              <w:rPr>
                <w:sz w:val="18"/>
              </w:rPr>
              <w:t>75–89%</w:t>
            </w:r>
          </w:p>
        </w:tc>
        <w:tc>
          <w:tcPr>
            <w:tcW w:w="7200" w:type="dxa"/>
            <w:shd w:val="clear" w:color="auto" w:fill="F5F8FC"/>
            <w:tcMar>
              <w:top w:w="70" w:type="dxa"/>
              <w:left w:w="90" w:type="dxa"/>
              <w:bottom w:w="70" w:type="dxa"/>
              <w:right w:w="90" w:type="dxa"/>
            </w:tcMar>
          </w:tcPr>
          <w:p w:rsidR="00223469" w:rsidRDefault="008811B3">
            <w:r>
              <w:rPr>
                <w:sz w:val="18"/>
              </w:rPr>
              <w:t>Strong / fully meets requirements with minor gaps.</w:t>
            </w:r>
          </w:p>
        </w:tc>
      </w:tr>
      <w:tr w:rsidR="00223469">
        <w:trPr>
          <w:jc w:val="center"/>
        </w:trPr>
        <w:tc>
          <w:tcPr>
            <w:tcW w:w="3312" w:type="dxa"/>
            <w:tcMar>
              <w:top w:w="70" w:type="dxa"/>
              <w:left w:w="90" w:type="dxa"/>
              <w:bottom w:w="70" w:type="dxa"/>
              <w:right w:w="90" w:type="dxa"/>
            </w:tcMar>
          </w:tcPr>
          <w:p w:rsidR="00223469" w:rsidRDefault="008811B3">
            <w:r>
              <w:rPr>
                <w:sz w:val="18"/>
              </w:rPr>
              <w:t>60–74%</w:t>
            </w:r>
          </w:p>
        </w:tc>
        <w:tc>
          <w:tcPr>
            <w:tcW w:w="7200" w:type="dxa"/>
            <w:tcMar>
              <w:top w:w="70" w:type="dxa"/>
              <w:left w:w="90" w:type="dxa"/>
              <w:bottom w:w="70" w:type="dxa"/>
              <w:right w:w="90" w:type="dxa"/>
            </w:tcMar>
          </w:tcPr>
          <w:p w:rsidR="00223469" w:rsidRDefault="008811B3">
            <w:r>
              <w:rPr>
                <w:sz w:val="18"/>
              </w:rPr>
              <w:t xml:space="preserve">Acceptable / meets core </w:t>
            </w:r>
            <w:r>
              <w:rPr>
                <w:sz w:val="18"/>
              </w:rPr>
              <w:t>requirements but contains notable gaps or risk.</w:t>
            </w:r>
          </w:p>
        </w:tc>
      </w:tr>
      <w:tr w:rsidR="00223469">
        <w:trPr>
          <w:jc w:val="center"/>
        </w:trPr>
        <w:tc>
          <w:tcPr>
            <w:tcW w:w="3312" w:type="dxa"/>
            <w:shd w:val="clear" w:color="auto" w:fill="F5F8FC"/>
            <w:tcMar>
              <w:top w:w="70" w:type="dxa"/>
              <w:left w:w="90" w:type="dxa"/>
              <w:bottom w:w="70" w:type="dxa"/>
              <w:right w:w="90" w:type="dxa"/>
            </w:tcMar>
          </w:tcPr>
          <w:p w:rsidR="00223469" w:rsidRDefault="008811B3">
            <w:r>
              <w:rPr>
                <w:sz w:val="18"/>
              </w:rPr>
              <w:t>Below 60%</w:t>
            </w:r>
          </w:p>
        </w:tc>
        <w:tc>
          <w:tcPr>
            <w:tcW w:w="7200" w:type="dxa"/>
            <w:shd w:val="clear" w:color="auto" w:fill="F5F8FC"/>
            <w:tcMar>
              <w:top w:w="70" w:type="dxa"/>
              <w:left w:w="90" w:type="dxa"/>
              <w:bottom w:w="70" w:type="dxa"/>
              <w:right w:w="90" w:type="dxa"/>
            </w:tcMar>
          </w:tcPr>
          <w:p w:rsidR="00223469" w:rsidRDefault="008811B3">
            <w:r>
              <w:rPr>
                <w:sz w:val="18"/>
              </w:rPr>
              <w:t>Weak / material deficiencies, risk or insufficient evidence.</w:t>
            </w:r>
          </w:p>
        </w:tc>
      </w:tr>
    </w:tbl>
    <w:p w:rsidR="00223469" w:rsidRDefault="00223469">
      <w:pPr>
        <w:spacing w:after="20"/>
      </w:pPr>
    </w:p>
    <w:p w:rsidR="00223469" w:rsidRDefault="008811B3">
      <w:pPr>
        <w:pStyle w:val="Heading2"/>
      </w:pPr>
      <w:r>
        <w:t>17.2 Optional Demonstration / Pilot Evaluation</w:t>
      </w:r>
    </w:p>
    <w:p w:rsidR="00223469" w:rsidRDefault="008811B3">
      <w:r>
        <w:t xml:space="preserve">If bidders are asked to demonstrate a use case, provide the same scenario, data </w:t>
      </w:r>
      <w:r>
        <w:t>constraints, time limits and scoring rubric to all bidders. Avoid awarding points for polished demos that do not reflect production architecture, security or maintainability.</w:t>
      </w:r>
    </w:p>
    <w:p w:rsidR="00223469" w:rsidRDefault="008811B3">
      <w:pPr>
        <w:pStyle w:val="Heading1"/>
      </w:pPr>
      <w:bookmarkStart w:id="18" w:name="sec18"/>
      <w:r>
        <w:t>18. Insurance, IP, Data &amp; Contract Requirements</w:t>
      </w:r>
      <w:bookmarkEnd w:id="18"/>
    </w:p>
    <w:p w:rsidR="00223469" w:rsidRDefault="008811B3">
      <w:pPr>
        <w:pStyle w:val="Heading2"/>
      </w:pPr>
      <w:r>
        <w:t>18.1 Illustrative Insurance Categ</w:t>
      </w:r>
      <w:r>
        <w:t>ories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312"/>
        <w:gridCol w:w="3168"/>
        <w:gridCol w:w="4320"/>
      </w:tblGrid>
      <w:tr w:rsidR="00223469">
        <w:trPr>
          <w:tblHeader/>
          <w:jc w:val="center"/>
        </w:trPr>
        <w:tc>
          <w:tcPr>
            <w:tcW w:w="3312" w:type="dxa"/>
            <w:shd w:val="clear" w:color="auto" w:fill="0B2A4A"/>
            <w:tcMar>
              <w:top w:w="70" w:type="dxa"/>
              <w:left w:w="90" w:type="dxa"/>
              <w:bottom w:w="70" w:type="dxa"/>
              <w:right w:w="90" w:type="dxa"/>
            </w:tcMar>
          </w:tcPr>
          <w:p w:rsidR="00223469" w:rsidRDefault="008811B3">
            <w:r>
              <w:rPr>
                <w:b/>
                <w:color w:val="FFFFFF"/>
                <w:sz w:val="18"/>
              </w:rPr>
              <w:t>INSURANCE TYPE</w:t>
            </w:r>
          </w:p>
        </w:tc>
        <w:tc>
          <w:tcPr>
            <w:tcW w:w="3168" w:type="dxa"/>
            <w:shd w:val="clear" w:color="auto" w:fill="0B2A4A"/>
            <w:tcMar>
              <w:top w:w="70" w:type="dxa"/>
              <w:left w:w="90" w:type="dxa"/>
              <w:bottom w:w="70" w:type="dxa"/>
              <w:right w:w="90" w:type="dxa"/>
            </w:tcMar>
          </w:tcPr>
          <w:p w:rsidR="00223469" w:rsidRDefault="008811B3">
            <w:r>
              <w:rPr>
                <w:b/>
                <w:color w:val="FFFFFF"/>
                <w:sz w:val="18"/>
              </w:rPr>
              <w:t>REQUIREMENT / LIMIT</w:t>
            </w:r>
          </w:p>
        </w:tc>
        <w:tc>
          <w:tcPr>
            <w:tcW w:w="4320" w:type="dxa"/>
            <w:shd w:val="clear" w:color="auto" w:fill="0B2A4A"/>
            <w:tcMar>
              <w:top w:w="70" w:type="dxa"/>
              <w:left w:w="90" w:type="dxa"/>
              <w:bottom w:w="70" w:type="dxa"/>
              <w:right w:w="90" w:type="dxa"/>
            </w:tcMar>
          </w:tcPr>
          <w:p w:rsidR="00223469" w:rsidRDefault="008811B3">
            <w:r>
              <w:rPr>
                <w:b/>
                <w:color w:val="FFFFFF"/>
                <w:sz w:val="18"/>
              </w:rPr>
              <w:t>NOTES</w:t>
            </w:r>
          </w:p>
        </w:tc>
      </w:tr>
      <w:tr w:rsidR="00223469">
        <w:trPr>
          <w:jc w:val="center"/>
        </w:trPr>
        <w:tc>
          <w:tcPr>
            <w:tcW w:w="3312" w:type="dxa"/>
            <w:tcMar>
              <w:top w:w="70" w:type="dxa"/>
              <w:left w:w="90" w:type="dxa"/>
              <w:bottom w:w="70" w:type="dxa"/>
              <w:right w:w="90" w:type="dxa"/>
            </w:tcMar>
          </w:tcPr>
          <w:p w:rsidR="00223469" w:rsidRDefault="008811B3">
            <w:r>
              <w:rPr>
                <w:sz w:val="18"/>
              </w:rPr>
              <w:t>Commercial General Liability</w:t>
            </w:r>
          </w:p>
        </w:tc>
        <w:tc>
          <w:tcPr>
            <w:tcW w:w="3168" w:type="dxa"/>
            <w:tcMar>
              <w:top w:w="70" w:type="dxa"/>
              <w:left w:w="90" w:type="dxa"/>
              <w:bottom w:w="70" w:type="dxa"/>
              <w:right w:w="90" w:type="dxa"/>
            </w:tcMar>
          </w:tcPr>
          <w:p w:rsidR="00223469" w:rsidRDefault="008811B3">
            <w:r>
              <w:rPr>
                <w:sz w:val="18"/>
              </w:rPr>
              <w:t>[INSERT APPROVED LIMIT]</w:t>
            </w:r>
          </w:p>
        </w:tc>
        <w:tc>
          <w:tcPr>
            <w:tcW w:w="4320" w:type="dxa"/>
            <w:tcMar>
              <w:top w:w="70" w:type="dxa"/>
              <w:left w:w="90" w:type="dxa"/>
              <w:bottom w:w="70" w:type="dxa"/>
              <w:right w:w="90" w:type="dxa"/>
            </w:tcMar>
          </w:tcPr>
          <w:p w:rsidR="00223469" w:rsidRDefault="008811B3">
            <w:r>
              <w:rPr>
                <w:sz w:val="18"/>
              </w:rPr>
              <w:t>Confirm with risk/legal</w:t>
            </w:r>
          </w:p>
        </w:tc>
      </w:tr>
      <w:tr w:rsidR="00223469">
        <w:trPr>
          <w:jc w:val="center"/>
        </w:trPr>
        <w:tc>
          <w:tcPr>
            <w:tcW w:w="3312" w:type="dxa"/>
            <w:shd w:val="clear" w:color="auto" w:fill="F5F8FC"/>
            <w:tcMar>
              <w:top w:w="70" w:type="dxa"/>
              <w:left w:w="90" w:type="dxa"/>
              <w:bottom w:w="70" w:type="dxa"/>
              <w:right w:w="90" w:type="dxa"/>
            </w:tcMar>
          </w:tcPr>
          <w:p w:rsidR="00223469" w:rsidRDefault="008811B3">
            <w:r>
              <w:rPr>
                <w:sz w:val="18"/>
              </w:rPr>
              <w:t>Professional Liability / E&amp;O</w:t>
            </w:r>
          </w:p>
        </w:tc>
        <w:tc>
          <w:tcPr>
            <w:tcW w:w="3168" w:type="dxa"/>
            <w:shd w:val="clear" w:color="auto" w:fill="F5F8FC"/>
            <w:tcMar>
              <w:top w:w="70" w:type="dxa"/>
              <w:left w:w="90" w:type="dxa"/>
              <w:bottom w:w="70" w:type="dxa"/>
              <w:right w:w="90" w:type="dxa"/>
            </w:tcMar>
          </w:tcPr>
          <w:p w:rsidR="00223469" w:rsidRDefault="008811B3">
            <w:r>
              <w:rPr>
                <w:sz w:val="18"/>
              </w:rPr>
              <w:t>[INSERT APPROVED LIMIT]</w:t>
            </w:r>
          </w:p>
        </w:tc>
        <w:tc>
          <w:tcPr>
            <w:tcW w:w="4320" w:type="dxa"/>
            <w:shd w:val="clear" w:color="auto" w:fill="F5F8FC"/>
            <w:tcMar>
              <w:top w:w="70" w:type="dxa"/>
              <w:left w:w="90" w:type="dxa"/>
              <w:bottom w:w="70" w:type="dxa"/>
              <w:right w:w="90" w:type="dxa"/>
            </w:tcMar>
          </w:tcPr>
          <w:p w:rsidR="00223469" w:rsidRDefault="008811B3">
            <w:r>
              <w:rPr>
                <w:sz w:val="18"/>
              </w:rPr>
              <w:t>Consider for AI/software advisory and development</w:t>
            </w:r>
          </w:p>
        </w:tc>
      </w:tr>
      <w:tr w:rsidR="00223469">
        <w:trPr>
          <w:jc w:val="center"/>
        </w:trPr>
        <w:tc>
          <w:tcPr>
            <w:tcW w:w="3312" w:type="dxa"/>
            <w:tcMar>
              <w:top w:w="70" w:type="dxa"/>
              <w:left w:w="90" w:type="dxa"/>
              <w:bottom w:w="70" w:type="dxa"/>
              <w:right w:w="90" w:type="dxa"/>
            </w:tcMar>
          </w:tcPr>
          <w:p w:rsidR="00223469" w:rsidRDefault="008811B3">
            <w:r>
              <w:rPr>
                <w:sz w:val="18"/>
              </w:rPr>
              <w:t>Cyber Liability</w:t>
            </w:r>
          </w:p>
        </w:tc>
        <w:tc>
          <w:tcPr>
            <w:tcW w:w="3168" w:type="dxa"/>
            <w:tcMar>
              <w:top w:w="70" w:type="dxa"/>
              <w:left w:w="90" w:type="dxa"/>
              <w:bottom w:w="70" w:type="dxa"/>
              <w:right w:w="90" w:type="dxa"/>
            </w:tcMar>
          </w:tcPr>
          <w:p w:rsidR="00223469" w:rsidRDefault="008811B3">
            <w:r>
              <w:rPr>
                <w:sz w:val="18"/>
              </w:rPr>
              <w:t xml:space="preserve">[INSERT </w:t>
            </w:r>
            <w:r>
              <w:rPr>
                <w:sz w:val="18"/>
              </w:rPr>
              <w:t>APPROVED LIMIT]</w:t>
            </w:r>
          </w:p>
        </w:tc>
        <w:tc>
          <w:tcPr>
            <w:tcW w:w="4320" w:type="dxa"/>
            <w:tcMar>
              <w:top w:w="70" w:type="dxa"/>
              <w:left w:w="90" w:type="dxa"/>
              <w:bottom w:w="70" w:type="dxa"/>
              <w:right w:w="90" w:type="dxa"/>
            </w:tcMar>
          </w:tcPr>
          <w:p w:rsidR="00223469" w:rsidRDefault="008811B3">
            <w:r>
              <w:rPr>
                <w:sz w:val="18"/>
              </w:rPr>
              <w:t>Consider where vendor handles data, credentials or systems</w:t>
            </w:r>
          </w:p>
        </w:tc>
      </w:tr>
      <w:tr w:rsidR="00223469">
        <w:trPr>
          <w:jc w:val="center"/>
        </w:trPr>
        <w:tc>
          <w:tcPr>
            <w:tcW w:w="3312" w:type="dxa"/>
            <w:shd w:val="clear" w:color="auto" w:fill="F5F8FC"/>
            <w:tcMar>
              <w:top w:w="70" w:type="dxa"/>
              <w:left w:w="90" w:type="dxa"/>
              <w:bottom w:w="70" w:type="dxa"/>
              <w:right w:w="90" w:type="dxa"/>
            </w:tcMar>
          </w:tcPr>
          <w:p w:rsidR="00223469" w:rsidRDefault="008811B3">
            <w:r>
              <w:rPr>
                <w:sz w:val="18"/>
              </w:rPr>
              <w:t>Workers’ Compensation</w:t>
            </w:r>
          </w:p>
        </w:tc>
        <w:tc>
          <w:tcPr>
            <w:tcW w:w="3168" w:type="dxa"/>
            <w:shd w:val="clear" w:color="auto" w:fill="F5F8FC"/>
            <w:tcMar>
              <w:top w:w="70" w:type="dxa"/>
              <w:left w:w="90" w:type="dxa"/>
              <w:bottom w:w="70" w:type="dxa"/>
              <w:right w:w="90" w:type="dxa"/>
            </w:tcMar>
          </w:tcPr>
          <w:p w:rsidR="00223469" w:rsidRDefault="008811B3">
            <w:r>
              <w:rPr>
                <w:sz w:val="18"/>
              </w:rPr>
              <w:t>As required by applicable law / policy</w:t>
            </w:r>
          </w:p>
        </w:tc>
        <w:tc>
          <w:tcPr>
            <w:tcW w:w="4320" w:type="dxa"/>
            <w:shd w:val="clear" w:color="auto" w:fill="F5F8FC"/>
            <w:tcMar>
              <w:top w:w="70" w:type="dxa"/>
              <w:left w:w="90" w:type="dxa"/>
              <w:bottom w:w="70" w:type="dxa"/>
              <w:right w:w="90" w:type="dxa"/>
            </w:tcMar>
          </w:tcPr>
          <w:p w:rsidR="00223469" w:rsidRDefault="008811B3">
            <w:r>
              <w:rPr>
                <w:sz w:val="18"/>
              </w:rPr>
              <w:t>Confirm jurisdiction</w:t>
            </w:r>
          </w:p>
        </w:tc>
      </w:tr>
      <w:tr w:rsidR="00223469">
        <w:trPr>
          <w:jc w:val="center"/>
        </w:trPr>
        <w:tc>
          <w:tcPr>
            <w:tcW w:w="3312" w:type="dxa"/>
            <w:tcMar>
              <w:top w:w="70" w:type="dxa"/>
              <w:left w:w="90" w:type="dxa"/>
              <w:bottom w:w="70" w:type="dxa"/>
              <w:right w:w="90" w:type="dxa"/>
            </w:tcMar>
          </w:tcPr>
          <w:p w:rsidR="00223469" w:rsidRDefault="008811B3">
            <w:r>
              <w:rPr>
                <w:sz w:val="18"/>
              </w:rPr>
              <w:t>Automobile Liability</w:t>
            </w:r>
          </w:p>
        </w:tc>
        <w:tc>
          <w:tcPr>
            <w:tcW w:w="3168" w:type="dxa"/>
            <w:tcMar>
              <w:top w:w="70" w:type="dxa"/>
              <w:left w:w="90" w:type="dxa"/>
              <w:bottom w:w="70" w:type="dxa"/>
              <w:right w:w="90" w:type="dxa"/>
            </w:tcMar>
          </w:tcPr>
          <w:p w:rsidR="00223469" w:rsidRDefault="008811B3">
            <w:r>
              <w:rPr>
                <w:sz w:val="18"/>
              </w:rPr>
              <w:t>[IF APPLICABLE]</w:t>
            </w:r>
          </w:p>
        </w:tc>
        <w:tc>
          <w:tcPr>
            <w:tcW w:w="4320" w:type="dxa"/>
            <w:tcMar>
              <w:top w:w="70" w:type="dxa"/>
              <w:left w:w="90" w:type="dxa"/>
              <w:bottom w:w="70" w:type="dxa"/>
              <w:right w:w="90" w:type="dxa"/>
            </w:tcMar>
          </w:tcPr>
          <w:p w:rsidR="00223469" w:rsidRDefault="008811B3">
            <w:r>
              <w:rPr>
                <w:sz w:val="18"/>
              </w:rPr>
              <w:t>For on-site/travel requirements</w:t>
            </w:r>
          </w:p>
        </w:tc>
      </w:tr>
    </w:tbl>
    <w:p w:rsidR="00223469" w:rsidRDefault="00223469">
      <w:pPr>
        <w:spacing w:after="20"/>
      </w:pPr>
    </w:p>
    <w:p w:rsidR="00223469" w:rsidRDefault="008811B3">
      <w:pPr>
        <w:pStyle w:val="Heading2"/>
      </w:pPr>
      <w:r>
        <w:t>18.2 Intellectual Property</w:t>
      </w:r>
      <w:r>
        <w:t xml:space="preserve"> &amp; Work Product</w:t>
      </w:r>
    </w:p>
    <w:p w:rsidR="00223469" w:rsidRDefault="008811B3">
      <w:pPr>
        <w:pStyle w:val="ListBullet"/>
      </w:pPr>
      <w:r>
        <w:t>Define ownership of custom source code, prompts, workflows, agent configurations, evaluation datasets, documentation and custom integrations.</w:t>
      </w:r>
    </w:p>
    <w:p w:rsidR="00223469" w:rsidRDefault="008811B3">
      <w:pPr>
        <w:pStyle w:val="ListBullet"/>
      </w:pPr>
      <w:r>
        <w:t>Identify vendor pre-existing IP and required licenses.</w:t>
      </w:r>
    </w:p>
    <w:p w:rsidR="00223469" w:rsidRDefault="008811B3">
      <w:pPr>
        <w:pStyle w:val="ListBullet"/>
      </w:pPr>
      <w:r>
        <w:t>Identify third-party and open-source compon</w:t>
      </w:r>
      <w:r>
        <w:t>ents and applicable licenses.</w:t>
      </w:r>
    </w:p>
    <w:p w:rsidR="00223469" w:rsidRDefault="008811B3">
      <w:pPr>
        <w:pStyle w:val="ListBullet"/>
      </w:pPr>
      <w:r>
        <w:t>Define rights to fine-tuned models, adapters or custom embeddings where applicable.</w:t>
      </w:r>
    </w:p>
    <w:p w:rsidR="00223469" w:rsidRDefault="008811B3">
      <w:pPr>
        <w:pStyle w:val="ListBullet"/>
      </w:pPr>
      <w:r>
        <w:t>Ensure another qualified provider can maintain the solution after transition where required.</w:t>
      </w:r>
    </w:p>
    <w:p w:rsidR="00223469" w:rsidRDefault="008811B3">
      <w:pPr>
        <w:pStyle w:val="Heading2"/>
      </w:pPr>
      <w:r>
        <w:t>18.3 Data &amp; Model Rights</w:t>
      </w:r>
    </w:p>
    <w:p w:rsidR="00223469" w:rsidRDefault="008811B3">
      <w:pPr>
        <w:pStyle w:val="ListBullet"/>
      </w:pPr>
      <w:r>
        <w:t>Organization data should</w:t>
      </w:r>
      <w:r>
        <w:t xml:space="preserve"> not be used to train vendor or third-party models unless expressly authorized.</w:t>
      </w:r>
    </w:p>
    <w:p w:rsidR="00223469" w:rsidRDefault="008811B3">
      <w:pPr>
        <w:pStyle w:val="ListBullet"/>
      </w:pPr>
      <w:r>
        <w:t>Define whether prompts, outputs, logs, embeddings and evaluation data constitute organization data.</w:t>
      </w:r>
    </w:p>
    <w:p w:rsidR="00223469" w:rsidRDefault="008811B3">
      <w:pPr>
        <w:pStyle w:val="ListBullet"/>
      </w:pPr>
      <w:r>
        <w:t>Define model/provider data-retention and deletion commitments.</w:t>
      </w:r>
    </w:p>
    <w:p w:rsidR="00223469" w:rsidRDefault="008811B3">
      <w:pPr>
        <w:pStyle w:val="ListBullet"/>
      </w:pPr>
      <w:r>
        <w:t>Require discl</w:t>
      </w:r>
      <w:r>
        <w:t>osure of material subprocessors and model providers.</w:t>
      </w:r>
    </w:p>
    <w:p w:rsidR="00223469" w:rsidRDefault="008811B3">
      <w:pPr>
        <w:pStyle w:val="ListBullet"/>
      </w:pPr>
      <w:r>
        <w:t>Define export and transition assistance at contract end.</w:t>
      </w:r>
    </w:p>
    <w:p w:rsidR="00650BB0" w:rsidRDefault="00650BB0">
      <w:pPr>
        <w:spacing w:after="200" w:line="276" w:lineRule="auto"/>
        <w:rPr>
          <w:rFonts w:asciiTheme="majorHAnsi" w:eastAsiaTheme="majorEastAsia" w:hAnsiTheme="majorHAnsi" w:cstheme="majorBidi"/>
          <w:b/>
          <w:bCs/>
          <w:color w:val="0A66D8"/>
          <w:sz w:val="24"/>
          <w:szCs w:val="26"/>
        </w:rPr>
      </w:pPr>
      <w:r>
        <w:br w:type="page"/>
      </w:r>
    </w:p>
    <w:p w:rsidR="00223469" w:rsidRDefault="008811B3">
      <w:pPr>
        <w:pStyle w:val="Heading2"/>
      </w:pPr>
      <w:r>
        <w:lastRenderedPageBreak/>
        <w:t>18.4 Warranties, Representations &amp; Limitations</w:t>
      </w:r>
    </w:p>
    <w:p w:rsidR="00223469" w:rsidRDefault="008811B3">
      <w:pPr>
        <w:pStyle w:val="ListBullet"/>
      </w:pPr>
      <w:r>
        <w:t>Vendor should perform services professionally and in accordance with contract requirements.</w:t>
      </w:r>
    </w:p>
    <w:p w:rsidR="00223469" w:rsidRDefault="008811B3">
      <w:pPr>
        <w:pStyle w:val="ListBullet"/>
      </w:pPr>
      <w:r>
        <w:t xml:space="preserve">Vendor </w:t>
      </w:r>
      <w:r>
        <w:t>should disclose known material limitations of proposed AI technologies.</w:t>
      </w:r>
    </w:p>
    <w:p w:rsidR="00223469" w:rsidRDefault="008811B3">
      <w:pPr>
        <w:pStyle w:val="ListBullet"/>
      </w:pPr>
      <w:r>
        <w:t>No bidder should guarantee zero hallucinations, perfect accuracy or universally safe autonomous behavior.</w:t>
      </w:r>
    </w:p>
    <w:p w:rsidR="00223469" w:rsidRDefault="008811B3">
      <w:pPr>
        <w:pStyle w:val="ListBullet"/>
      </w:pPr>
      <w:r>
        <w:t>Warranty and limitation-of-liability language should be reviewed by authorized</w:t>
      </w:r>
      <w:r>
        <w:t xml:space="preserve"> legal/risk personnel.</w:t>
      </w:r>
    </w:p>
    <w:p w:rsidR="00223469" w:rsidRDefault="008811B3">
      <w:pPr>
        <w:pStyle w:val="Heading1"/>
      </w:pPr>
      <w:bookmarkStart w:id="19" w:name="sec19"/>
      <w:r>
        <w:t>19. Submission, Questions &amp; Addenda</w:t>
      </w:r>
      <w:bookmarkEnd w:id="19"/>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024"/>
        <w:gridCol w:w="7488"/>
      </w:tblGrid>
      <w:tr w:rsidR="00223469">
        <w:trPr>
          <w:tblHeader/>
          <w:jc w:val="center"/>
        </w:trPr>
        <w:tc>
          <w:tcPr>
            <w:tcW w:w="3024" w:type="dxa"/>
            <w:shd w:val="clear" w:color="auto" w:fill="0B2A4A"/>
            <w:tcMar>
              <w:top w:w="70" w:type="dxa"/>
              <w:left w:w="90" w:type="dxa"/>
              <w:bottom w:w="70" w:type="dxa"/>
              <w:right w:w="90" w:type="dxa"/>
            </w:tcMar>
          </w:tcPr>
          <w:p w:rsidR="00223469" w:rsidRDefault="008811B3">
            <w:r>
              <w:rPr>
                <w:b/>
                <w:color w:val="FFFFFF"/>
                <w:sz w:val="18"/>
              </w:rPr>
              <w:t>ITEM</w:t>
            </w:r>
          </w:p>
        </w:tc>
        <w:tc>
          <w:tcPr>
            <w:tcW w:w="7488" w:type="dxa"/>
            <w:shd w:val="clear" w:color="auto" w:fill="0B2A4A"/>
            <w:tcMar>
              <w:top w:w="70" w:type="dxa"/>
              <w:left w:w="90" w:type="dxa"/>
              <w:bottom w:w="70" w:type="dxa"/>
              <w:right w:w="90" w:type="dxa"/>
            </w:tcMar>
          </w:tcPr>
          <w:p w:rsidR="00223469" w:rsidRDefault="008811B3">
            <w:r>
              <w:rPr>
                <w:b/>
                <w:color w:val="FFFFFF"/>
                <w:sz w:val="18"/>
              </w:rPr>
              <w:t>INSTRUCTION</w:t>
            </w:r>
          </w:p>
        </w:tc>
      </w:tr>
      <w:tr w:rsidR="00223469">
        <w:trPr>
          <w:jc w:val="center"/>
        </w:trPr>
        <w:tc>
          <w:tcPr>
            <w:tcW w:w="3024" w:type="dxa"/>
            <w:tcMar>
              <w:top w:w="70" w:type="dxa"/>
              <w:left w:w="90" w:type="dxa"/>
              <w:bottom w:w="70" w:type="dxa"/>
              <w:right w:w="90" w:type="dxa"/>
            </w:tcMar>
          </w:tcPr>
          <w:p w:rsidR="00223469" w:rsidRDefault="008811B3">
            <w:r>
              <w:rPr>
                <w:b/>
                <w:sz w:val="18"/>
              </w:rPr>
              <w:t>Procurement Contact</w:t>
            </w:r>
          </w:p>
        </w:tc>
        <w:tc>
          <w:tcPr>
            <w:tcW w:w="7488" w:type="dxa"/>
            <w:tcMar>
              <w:top w:w="70" w:type="dxa"/>
              <w:left w:w="90" w:type="dxa"/>
              <w:bottom w:w="70" w:type="dxa"/>
              <w:right w:w="90" w:type="dxa"/>
            </w:tcMar>
          </w:tcPr>
          <w:p w:rsidR="00223469" w:rsidRDefault="008811B3">
            <w:r>
              <w:rPr>
                <w:sz w:val="18"/>
              </w:rPr>
              <w:t>[NAME / TITLE / EMAIL / PHONE]</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b/>
                <w:sz w:val="18"/>
              </w:rPr>
              <w:t>Question Deadline</w:t>
            </w:r>
          </w:p>
        </w:tc>
        <w:tc>
          <w:tcPr>
            <w:tcW w:w="7488" w:type="dxa"/>
            <w:shd w:val="clear" w:color="auto" w:fill="F5F8FC"/>
            <w:tcMar>
              <w:top w:w="70" w:type="dxa"/>
              <w:left w:w="90" w:type="dxa"/>
              <w:bottom w:w="70" w:type="dxa"/>
              <w:right w:w="90" w:type="dxa"/>
            </w:tcMar>
          </w:tcPr>
          <w:p w:rsidR="00223469" w:rsidRDefault="008811B3">
            <w:r>
              <w:rPr>
                <w:sz w:val="18"/>
              </w:rPr>
              <w:t>[DATE / TIME / TZ]</w:t>
            </w:r>
          </w:p>
        </w:tc>
      </w:tr>
      <w:tr w:rsidR="00223469">
        <w:trPr>
          <w:jc w:val="center"/>
        </w:trPr>
        <w:tc>
          <w:tcPr>
            <w:tcW w:w="3024" w:type="dxa"/>
            <w:tcMar>
              <w:top w:w="70" w:type="dxa"/>
              <w:left w:w="90" w:type="dxa"/>
              <w:bottom w:w="70" w:type="dxa"/>
              <w:right w:w="90" w:type="dxa"/>
            </w:tcMar>
          </w:tcPr>
          <w:p w:rsidR="00223469" w:rsidRDefault="008811B3">
            <w:r>
              <w:rPr>
                <w:b/>
                <w:sz w:val="18"/>
              </w:rPr>
              <w:t>Question Method</w:t>
            </w:r>
          </w:p>
        </w:tc>
        <w:tc>
          <w:tcPr>
            <w:tcW w:w="7488" w:type="dxa"/>
            <w:tcMar>
              <w:top w:w="70" w:type="dxa"/>
              <w:left w:w="90" w:type="dxa"/>
              <w:bottom w:w="70" w:type="dxa"/>
              <w:right w:w="90" w:type="dxa"/>
            </w:tcMar>
          </w:tcPr>
          <w:p w:rsidR="00223469" w:rsidRDefault="008811B3">
            <w:r>
              <w:rPr>
                <w:sz w:val="18"/>
              </w:rPr>
              <w:t>[PORTAL / EMAIL / FORM]</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b/>
                <w:sz w:val="18"/>
              </w:rPr>
              <w:t>Addenda / Responses</w:t>
            </w:r>
          </w:p>
        </w:tc>
        <w:tc>
          <w:tcPr>
            <w:tcW w:w="7488" w:type="dxa"/>
            <w:shd w:val="clear" w:color="auto" w:fill="F5F8FC"/>
            <w:tcMar>
              <w:top w:w="70" w:type="dxa"/>
              <w:left w:w="90" w:type="dxa"/>
              <w:bottom w:w="70" w:type="dxa"/>
              <w:right w:w="90" w:type="dxa"/>
            </w:tcMar>
          </w:tcPr>
          <w:p w:rsidR="00223469" w:rsidRDefault="008811B3">
            <w:r>
              <w:rPr>
                <w:sz w:val="18"/>
              </w:rPr>
              <w:t xml:space="preserve">[PUBLIC PORTAL / </w:t>
            </w:r>
            <w:r>
              <w:rPr>
                <w:sz w:val="18"/>
              </w:rPr>
              <w:t>DISTRIBUTION METHOD]</w:t>
            </w:r>
          </w:p>
        </w:tc>
      </w:tr>
      <w:tr w:rsidR="00223469">
        <w:trPr>
          <w:jc w:val="center"/>
        </w:trPr>
        <w:tc>
          <w:tcPr>
            <w:tcW w:w="3024" w:type="dxa"/>
            <w:tcMar>
              <w:top w:w="70" w:type="dxa"/>
              <w:left w:w="90" w:type="dxa"/>
              <w:bottom w:w="70" w:type="dxa"/>
              <w:right w:w="90" w:type="dxa"/>
            </w:tcMar>
          </w:tcPr>
          <w:p w:rsidR="00223469" w:rsidRDefault="008811B3">
            <w:r>
              <w:rPr>
                <w:b/>
                <w:sz w:val="18"/>
              </w:rPr>
              <w:t>Proposal Due</w:t>
            </w:r>
          </w:p>
        </w:tc>
        <w:tc>
          <w:tcPr>
            <w:tcW w:w="7488" w:type="dxa"/>
            <w:tcMar>
              <w:top w:w="70" w:type="dxa"/>
              <w:left w:w="90" w:type="dxa"/>
              <w:bottom w:w="70" w:type="dxa"/>
              <w:right w:w="90" w:type="dxa"/>
            </w:tcMar>
          </w:tcPr>
          <w:p w:rsidR="00223469" w:rsidRDefault="008811B3">
            <w:r>
              <w:rPr>
                <w:sz w:val="18"/>
              </w:rPr>
              <w:t>[DATE / TIME / TZ]</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b/>
                <w:sz w:val="18"/>
              </w:rPr>
              <w:t>Submission Method</w:t>
            </w:r>
          </w:p>
        </w:tc>
        <w:tc>
          <w:tcPr>
            <w:tcW w:w="7488" w:type="dxa"/>
            <w:shd w:val="clear" w:color="auto" w:fill="F5F8FC"/>
            <w:tcMar>
              <w:top w:w="70" w:type="dxa"/>
              <w:left w:w="90" w:type="dxa"/>
              <w:bottom w:w="70" w:type="dxa"/>
              <w:right w:w="90" w:type="dxa"/>
            </w:tcMar>
          </w:tcPr>
          <w:p w:rsidR="00223469" w:rsidRDefault="008811B3">
            <w:r>
              <w:rPr>
                <w:sz w:val="18"/>
              </w:rPr>
              <w:t>[PORTAL / EMAIL / OTHER]</w:t>
            </w:r>
          </w:p>
        </w:tc>
      </w:tr>
      <w:tr w:rsidR="00223469">
        <w:trPr>
          <w:jc w:val="center"/>
        </w:trPr>
        <w:tc>
          <w:tcPr>
            <w:tcW w:w="3024" w:type="dxa"/>
            <w:tcMar>
              <w:top w:w="70" w:type="dxa"/>
              <w:left w:w="90" w:type="dxa"/>
              <w:bottom w:w="70" w:type="dxa"/>
              <w:right w:w="90" w:type="dxa"/>
            </w:tcMar>
          </w:tcPr>
          <w:p w:rsidR="00223469" w:rsidRDefault="008811B3">
            <w:r>
              <w:rPr>
                <w:b/>
                <w:sz w:val="18"/>
              </w:rPr>
              <w:t>Required Files</w:t>
            </w:r>
          </w:p>
        </w:tc>
        <w:tc>
          <w:tcPr>
            <w:tcW w:w="7488" w:type="dxa"/>
            <w:tcMar>
              <w:top w:w="70" w:type="dxa"/>
              <w:left w:w="90" w:type="dxa"/>
              <w:bottom w:w="70" w:type="dxa"/>
              <w:right w:w="90" w:type="dxa"/>
            </w:tcMar>
          </w:tcPr>
          <w:p w:rsidR="00223469" w:rsidRDefault="008811B3">
            <w:r>
              <w:rPr>
                <w:sz w:val="18"/>
              </w:rPr>
              <w:t>[LIST]</w:t>
            </w:r>
          </w:p>
        </w:tc>
      </w:tr>
      <w:tr w:rsidR="00223469">
        <w:trPr>
          <w:jc w:val="center"/>
        </w:trPr>
        <w:tc>
          <w:tcPr>
            <w:tcW w:w="3024" w:type="dxa"/>
            <w:shd w:val="clear" w:color="auto" w:fill="F5F8FC"/>
            <w:tcMar>
              <w:top w:w="70" w:type="dxa"/>
              <w:left w:w="90" w:type="dxa"/>
              <w:bottom w:w="70" w:type="dxa"/>
              <w:right w:w="90" w:type="dxa"/>
            </w:tcMar>
          </w:tcPr>
          <w:p w:rsidR="00223469" w:rsidRDefault="008811B3">
            <w:r>
              <w:rPr>
                <w:b/>
                <w:sz w:val="18"/>
              </w:rPr>
              <w:t>File Size / Naming</w:t>
            </w:r>
          </w:p>
        </w:tc>
        <w:tc>
          <w:tcPr>
            <w:tcW w:w="7488" w:type="dxa"/>
            <w:shd w:val="clear" w:color="auto" w:fill="F5F8FC"/>
            <w:tcMar>
              <w:top w:w="70" w:type="dxa"/>
              <w:left w:w="90" w:type="dxa"/>
              <w:bottom w:w="70" w:type="dxa"/>
              <w:right w:w="90" w:type="dxa"/>
            </w:tcMar>
          </w:tcPr>
          <w:p w:rsidR="00223469" w:rsidRDefault="008811B3">
            <w:r>
              <w:rPr>
                <w:sz w:val="18"/>
              </w:rPr>
              <w:t>[RULES]</w:t>
            </w:r>
          </w:p>
        </w:tc>
      </w:tr>
    </w:tbl>
    <w:p w:rsidR="00223469" w:rsidRDefault="00223469">
      <w:pPr>
        <w:spacing w:after="20"/>
      </w:pPr>
    </w:p>
    <w:p w:rsidR="00223469" w:rsidRDefault="008811B3">
      <w:r>
        <w:t xml:space="preserve">Bidders should not contact other organization employees regarding this procurement unless expressly </w:t>
      </w:r>
      <w:r>
        <w:t>authorized. Insert organization-approved rules for late submissions, addenda acknowledgement, withdrawals, protests, public-records treatment and other procedural matters as applicable.</w:t>
      </w:r>
    </w:p>
    <w:p w:rsidR="00223469" w:rsidRDefault="008811B3">
      <w:pPr>
        <w:pStyle w:val="Heading1"/>
      </w:pPr>
      <w:bookmarkStart w:id="20" w:name="sec20"/>
      <w:r>
        <w:t>20. Appendices &amp; Response Forms</w:t>
      </w:r>
      <w:bookmarkEnd w:id="20"/>
    </w:p>
    <w:p w:rsidR="00223469" w:rsidRDefault="008811B3">
      <w:pPr>
        <w:pStyle w:val="Heading2"/>
      </w:pPr>
      <w:r>
        <w:t>Appendix A — Bidder Response Checklist</w:t>
      </w:r>
    </w:p>
    <w:p w:rsidR="00223469" w:rsidRDefault="008811B3">
      <w:r>
        <w:t>☐</w:t>
      </w:r>
      <w:r>
        <w:t xml:space="preserve"> Executive summary.</w:t>
      </w:r>
    </w:p>
    <w:p w:rsidR="00223469" w:rsidRDefault="008811B3">
      <w:r>
        <w:t>☐</w:t>
      </w:r>
      <w:r>
        <w:t xml:space="preserve"> Technical / AI architecture response.</w:t>
      </w:r>
    </w:p>
    <w:p w:rsidR="00223469" w:rsidRDefault="008811B3">
      <w:r>
        <w:t>☐</w:t>
      </w:r>
      <w:r>
        <w:t xml:space="preserve"> Use-case and pilot approach.</w:t>
      </w:r>
    </w:p>
    <w:p w:rsidR="00223469" w:rsidRDefault="008811B3">
      <w:r>
        <w:t>☐</w:t>
      </w:r>
      <w:r>
        <w:t xml:space="preserve"> Data / RAG approach.</w:t>
      </w:r>
    </w:p>
    <w:p w:rsidR="00223469" w:rsidRDefault="008811B3">
      <w:r>
        <w:t>☐</w:t>
      </w:r>
      <w:r>
        <w:t xml:space="preserve"> Security / governance response.</w:t>
      </w:r>
    </w:p>
    <w:p w:rsidR="00223469" w:rsidRDefault="008811B3">
      <w:r>
        <w:t>☐</w:t>
      </w:r>
      <w:r>
        <w:t xml:space="preserve"> Evaluation / testing plan.</w:t>
      </w:r>
    </w:p>
    <w:p w:rsidR="00223469" w:rsidRDefault="008811B3">
      <w:r>
        <w:t>☐</w:t>
      </w:r>
      <w:r>
        <w:t xml:space="preserve"> Proposed team and resumes/bios.</w:t>
      </w:r>
    </w:p>
    <w:p w:rsidR="00223469" w:rsidRDefault="008811B3">
      <w:r>
        <w:t>☐</w:t>
      </w:r>
      <w:r>
        <w:t xml:space="preserve"> References and production case studies.</w:t>
      </w:r>
    </w:p>
    <w:p w:rsidR="00223469" w:rsidRDefault="008811B3">
      <w:r>
        <w:t>☐</w:t>
      </w:r>
      <w:r>
        <w:t xml:space="preserve"> Completed requirements matrix.</w:t>
      </w:r>
    </w:p>
    <w:p w:rsidR="00223469" w:rsidRDefault="008811B3">
      <w:r>
        <w:t>☐</w:t>
      </w:r>
      <w:r>
        <w:t xml:space="preserve"> Completed pricing schedules.</w:t>
      </w:r>
    </w:p>
    <w:p w:rsidR="00223469" w:rsidRDefault="008811B3">
      <w:r>
        <w:t>☐</w:t>
      </w:r>
      <w:r>
        <w:t xml:space="preserve"> Assumptions / exceptions.</w:t>
      </w:r>
    </w:p>
    <w:p w:rsidR="00223469" w:rsidRDefault="008811B3">
      <w:r>
        <w:t>☐</w:t>
      </w:r>
      <w:r>
        <w:t xml:space="preserve"> Required forms / certifications.</w:t>
      </w:r>
    </w:p>
    <w:p w:rsidR="00650BB0" w:rsidRDefault="00650BB0">
      <w:pPr>
        <w:spacing w:after="200" w:line="276" w:lineRule="auto"/>
        <w:rPr>
          <w:rFonts w:asciiTheme="majorHAnsi" w:eastAsiaTheme="majorEastAsia" w:hAnsiTheme="majorHAnsi" w:cstheme="majorBidi"/>
          <w:b/>
          <w:bCs/>
          <w:color w:val="0A66D8"/>
          <w:sz w:val="24"/>
          <w:szCs w:val="26"/>
        </w:rPr>
      </w:pPr>
      <w:r>
        <w:br w:type="page"/>
      </w:r>
    </w:p>
    <w:p w:rsidR="00223469" w:rsidRDefault="008811B3">
      <w:pPr>
        <w:pStyle w:val="Heading2"/>
      </w:pPr>
      <w:r>
        <w:lastRenderedPageBreak/>
        <w:t>Appendix B — Requirements Compliance Matrix</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1296"/>
        <w:gridCol w:w="4464"/>
        <w:gridCol w:w="2736"/>
        <w:gridCol w:w="2592"/>
      </w:tblGrid>
      <w:tr w:rsidR="00223469">
        <w:trPr>
          <w:tblHeader/>
          <w:jc w:val="center"/>
        </w:trPr>
        <w:tc>
          <w:tcPr>
            <w:tcW w:w="1296" w:type="dxa"/>
            <w:shd w:val="clear" w:color="auto" w:fill="0B2A4A"/>
            <w:tcMar>
              <w:top w:w="70" w:type="dxa"/>
              <w:left w:w="90" w:type="dxa"/>
              <w:bottom w:w="70" w:type="dxa"/>
              <w:right w:w="90" w:type="dxa"/>
            </w:tcMar>
          </w:tcPr>
          <w:p w:rsidR="00223469" w:rsidRDefault="008811B3">
            <w:r>
              <w:rPr>
                <w:b/>
                <w:color w:val="FFFFFF"/>
                <w:sz w:val="18"/>
              </w:rPr>
              <w:t>ID</w:t>
            </w:r>
          </w:p>
        </w:tc>
        <w:tc>
          <w:tcPr>
            <w:tcW w:w="4464" w:type="dxa"/>
            <w:shd w:val="clear" w:color="auto" w:fill="0B2A4A"/>
            <w:tcMar>
              <w:top w:w="70" w:type="dxa"/>
              <w:left w:w="90" w:type="dxa"/>
              <w:bottom w:w="70" w:type="dxa"/>
              <w:right w:w="90" w:type="dxa"/>
            </w:tcMar>
          </w:tcPr>
          <w:p w:rsidR="00223469" w:rsidRDefault="008811B3">
            <w:r>
              <w:rPr>
                <w:b/>
                <w:color w:val="FFFFFF"/>
                <w:sz w:val="18"/>
              </w:rPr>
              <w:t>REQUIREMENT</w:t>
            </w:r>
          </w:p>
        </w:tc>
        <w:tc>
          <w:tcPr>
            <w:tcW w:w="2736" w:type="dxa"/>
            <w:shd w:val="clear" w:color="auto" w:fill="0B2A4A"/>
            <w:tcMar>
              <w:top w:w="70" w:type="dxa"/>
              <w:left w:w="90" w:type="dxa"/>
              <w:bottom w:w="70" w:type="dxa"/>
              <w:right w:w="90" w:type="dxa"/>
            </w:tcMar>
          </w:tcPr>
          <w:p w:rsidR="00223469" w:rsidRDefault="008811B3">
            <w:r>
              <w:rPr>
                <w:b/>
                <w:color w:val="FFFFFF"/>
                <w:sz w:val="18"/>
              </w:rPr>
              <w:t>RESPONSE (COMPLY / PARTIAL / NO)</w:t>
            </w:r>
          </w:p>
        </w:tc>
        <w:tc>
          <w:tcPr>
            <w:tcW w:w="2592" w:type="dxa"/>
            <w:shd w:val="clear" w:color="auto" w:fill="0B2A4A"/>
            <w:tcMar>
              <w:top w:w="70" w:type="dxa"/>
              <w:left w:w="90" w:type="dxa"/>
              <w:bottom w:w="70" w:type="dxa"/>
              <w:right w:w="90" w:type="dxa"/>
            </w:tcMar>
          </w:tcPr>
          <w:p w:rsidR="00223469" w:rsidRDefault="008811B3">
            <w:r>
              <w:rPr>
                <w:b/>
                <w:color w:val="FFFFFF"/>
                <w:sz w:val="18"/>
              </w:rPr>
              <w:t>COMMENTS / APPROACH</w:t>
            </w:r>
          </w:p>
        </w:tc>
      </w:tr>
      <w:tr w:rsidR="00223469">
        <w:trPr>
          <w:jc w:val="center"/>
        </w:trPr>
        <w:tc>
          <w:tcPr>
            <w:tcW w:w="1296" w:type="dxa"/>
            <w:tcMar>
              <w:top w:w="70" w:type="dxa"/>
              <w:left w:w="90" w:type="dxa"/>
              <w:bottom w:w="70" w:type="dxa"/>
              <w:right w:w="90" w:type="dxa"/>
            </w:tcMar>
          </w:tcPr>
          <w:p w:rsidR="00223469" w:rsidRDefault="008811B3">
            <w:r>
              <w:rPr>
                <w:sz w:val="18"/>
              </w:rPr>
              <w:t>AI-REQ-001</w:t>
            </w:r>
          </w:p>
        </w:tc>
        <w:tc>
          <w:tcPr>
            <w:tcW w:w="4464" w:type="dxa"/>
            <w:tcMar>
              <w:top w:w="70" w:type="dxa"/>
              <w:left w:w="90" w:type="dxa"/>
              <w:bottom w:w="70" w:type="dxa"/>
              <w:right w:w="90" w:type="dxa"/>
            </w:tcMar>
          </w:tcPr>
          <w:p w:rsidR="00223469" w:rsidRDefault="008811B3">
            <w:r>
              <w:rPr>
                <w:sz w:val="18"/>
              </w:rPr>
              <w:t>[REQUIREMENT]</w:t>
            </w:r>
          </w:p>
        </w:tc>
        <w:tc>
          <w:tcPr>
            <w:tcW w:w="2736" w:type="dxa"/>
            <w:tcMar>
              <w:top w:w="70" w:type="dxa"/>
              <w:left w:w="90" w:type="dxa"/>
              <w:bottom w:w="70" w:type="dxa"/>
              <w:right w:w="90" w:type="dxa"/>
            </w:tcMar>
          </w:tcPr>
          <w:p w:rsidR="00223469" w:rsidRDefault="008811B3">
            <w:r>
              <w:rPr>
                <w:sz w:val="18"/>
              </w:rPr>
              <w:t>[ ]</w:t>
            </w:r>
          </w:p>
        </w:tc>
        <w:tc>
          <w:tcPr>
            <w:tcW w:w="2592" w:type="dxa"/>
            <w:tcMar>
              <w:top w:w="70" w:type="dxa"/>
              <w:left w:w="90" w:type="dxa"/>
              <w:bottom w:w="70" w:type="dxa"/>
              <w:right w:w="90" w:type="dxa"/>
            </w:tcMar>
          </w:tcPr>
          <w:p w:rsidR="00223469" w:rsidRDefault="00223469"/>
        </w:tc>
      </w:tr>
      <w:tr w:rsidR="00223469">
        <w:trPr>
          <w:jc w:val="center"/>
        </w:trPr>
        <w:tc>
          <w:tcPr>
            <w:tcW w:w="1296" w:type="dxa"/>
            <w:shd w:val="clear" w:color="auto" w:fill="F5F8FC"/>
            <w:tcMar>
              <w:top w:w="70" w:type="dxa"/>
              <w:left w:w="90" w:type="dxa"/>
              <w:bottom w:w="70" w:type="dxa"/>
              <w:right w:w="90" w:type="dxa"/>
            </w:tcMar>
          </w:tcPr>
          <w:p w:rsidR="00223469" w:rsidRDefault="008811B3">
            <w:r>
              <w:rPr>
                <w:sz w:val="18"/>
              </w:rPr>
              <w:t>AI-REQ-002</w:t>
            </w:r>
          </w:p>
        </w:tc>
        <w:tc>
          <w:tcPr>
            <w:tcW w:w="4464" w:type="dxa"/>
            <w:shd w:val="clear" w:color="auto" w:fill="F5F8FC"/>
            <w:tcMar>
              <w:top w:w="70" w:type="dxa"/>
              <w:left w:w="90" w:type="dxa"/>
              <w:bottom w:w="70" w:type="dxa"/>
              <w:right w:w="90" w:type="dxa"/>
            </w:tcMar>
          </w:tcPr>
          <w:p w:rsidR="00223469" w:rsidRDefault="008811B3">
            <w:r>
              <w:rPr>
                <w:sz w:val="18"/>
              </w:rPr>
              <w:t>[REQUIREMENT]</w:t>
            </w:r>
          </w:p>
        </w:tc>
        <w:tc>
          <w:tcPr>
            <w:tcW w:w="2736" w:type="dxa"/>
            <w:shd w:val="clear" w:color="auto" w:fill="F5F8FC"/>
            <w:tcMar>
              <w:top w:w="70" w:type="dxa"/>
              <w:left w:w="90" w:type="dxa"/>
              <w:bottom w:w="70" w:type="dxa"/>
              <w:right w:w="90" w:type="dxa"/>
            </w:tcMar>
          </w:tcPr>
          <w:p w:rsidR="00223469" w:rsidRDefault="008811B3">
            <w:r>
              <w:rPr>
                <w:sz w:val="18"/>
              </w:rPr>
              <w:t>[ ]</w:t>
            </w:r>
          </w:p>
        </w:tc>
        <w:tc>
          <w:tcPr>
            <w:tcW w:w="2592" w:type="dxa"/>
            <w:shd w:val="clear" w:color="auto" w:fill="F5F8FC"/>
            <w:tcMar>
              <w:top w:w="70" w:type="dxa"/>
              <w:left w:w="90" w:type="dxa"/>
              <w:bottom w:w="70" w:type="dxa"/>
              <w:right w:w="90" w:type="dxa"/>
            </w:tcMar>
          </w:tcPr>
          <w:p w:rsidR="00223469" w:rsidRDefault="00223469"/>
        </w:tc>
      </w:tr>
      <w:tr w:rsidR="00223469">
        <w:trPr>
          <w:jc w:val="center"/>
        </w:trPr>
        <w:tc>
          <w:tcPr>
            <w:tcW w:w="1296" w:type="dxa"/>
            <w:tcMar>
              <w:top w:w="70" w:type="dxa"/>
              <w:left w:w="90" w:type="dxa"/>
              <w:bottom w:w="70" w:type="dxa"/>
              <w:right w:w="90" w:type="dxa"/>
            </w:tcMar>
          </w:tcPr>
          <w:p w:rsidR="00223469" w:rsidRDefault="008811B3">
            <w:r>
              <w:rPr>
                <w:sz w:val="18"/>
              </w:rPr>
              <w:t>AI-REQ-003</w:t>
            </w:r>
          </w:p>
        </w:tc>
        <w:tc>
          <w:tcPr>
            <w:tcW w:w="4464" w:type="dxa"/>
            <w:tcMar>
              <w:top w:w="70" w:type="dxa"/>
              <w:left w:w="90" w:type="dxa"/>
              <w:bottom w:w="70" w:type="dxa"/>
              <w:right w:w="90" w:type="dxa"/>
            </w:tcMar>
          </w:tcPr>
          <w:p w:rsidR="00223469" w:rsidRDefault="008811B3">
            <w:r>
              <w:rPr>
                <w:sz w:val="18"/>
              </w:rPr>
              <w:t>[REQUIREMENT]</w:t>
            </w:r>
          </w:p>
        </w:tc>
        <w:tc>
          <w:tcPr>
            <w:tcW w:w="2736" w:type="dxa"/>
            <w:tcMar>
              <w:top w:w="70" w:type="dxa"/>
              <w:left w:w="90" w:type="dxa"/>
              <w:bottom w:w="70" w:type="dxa"/>
              <w:right w:w="90" w:type="dxa"/>
            </w:tcMar>
          </w:tcPr>
          <w:p w:rsidR="00223469" w:rsidRDefault="008811B3">
            <w:r>
              <w:rPr>
                <w:sz w:val="18"/>
              </w:rPr>
              <w:t>[ ]</w:t>
            </w:r>
          </w:p>
        </w:tc>
        <w:tc>
          <w:tcPr>
            <w:tcW w:w="2592" w:type="dxa"/>
            <w:tcMar>
              <w:top w:w="70" w:type="dxa"/>
              <w:left w:w="90" w:type="dxa"/>
              <w:bottom w:w="70" w:type="dxa"/>
              <w:right w:w="90" w:type="dxa"/>
            </w:tcMar>
          </w:tcPr>
          <w:p w:rsidR="00223469" w:rsidRDefault="00223469"/>
        </w:tc>
      </w:tr>
    </w:tbl>
    <w:p w:rsidR="00223469" w:rsidRDefault="00223469">
      <w:pPr>
        <w:spacing w:after="20"/>
      </w:pPr>
    </w:p>
    <w:p w:rsidR="00223469" w:rsidRDefault="008811B3">
      <w:pPr>
        <w:pStyle w:val="Heading2"/>
      </w:pPr>
      <w:r>
        <w:t>Appendix C — AI Use-Case Definition Form</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888"/>
        <w:gridCol w:w="6624"/>
      </w:tblGrid>
      <w:tr w:rsidR="00223469">
        <w:trPr>
          <w:tblHeader/>
          <w:jc w:val="center"/>
        </w:trPr>
        <w:tc>
          <w:tcPr>
            <w:tcW w:w="3888" w:type="dxa"/>
            <w:shd w:val="clear" w:color="auto" w:fill="0B2A4A"/>
            <w:tcMar>
              <w:top w:w="70" w:type="dxa"/>
              <w:left w:w="90" w:type="dxa"/>
              <w:bottom w:w="70" w:type="dxa"/>
              <w:right w:w="90" w:type="dxa"/>
            </w:tcMar>
          </w:tcPr>
          <w:p w:rsidR="00223469" w:rsidRDefault="008811B3">
            <w:r>
              <w:rPr>
                <w:b/>
                <w:color w:val="FFFFFF"/>
                <w:sz w:val="18"/>
              </w:rPr>
              <w:t>FIELD</w:t>
            </w:r>
          </w:p>
        </w:tc>
        <w:tc>
          <w:tcPr>
            <w:tcW w:w="6624" w:type="dxa"/>
            <w:shd w:val="clear" w:color="auto" w:fill="0B2A4A"/>
            <w:tcMar>
              <w:top w:w="70" w:type="dxa"/>
              <w:left w:w="90" w:type="dxa"/>
              <w:bottom w:w="70" w:type="dxa"/>
              <w:right w:w="90" w:type="dxa"/>
            </w:tcMar>
          </w:tcPr>
          <w:p w:rsidR="00223469" w:rsidRDefault="008811B3">
            <w:r>
              <w:rPr>
                <w:b/>
                <w:color w:val="FFFFFF"/>
                <w:sz w:val="18"/>
              </w:rPr>
              <w:t>RESPONSE</w:t>
            </w:r>
          </w:p>
        </w:tc>
      </w:tr>
      <w:tr w:rsidR="00223469">
        <w:trPr>
          <w:jc w:val="center"/>
        </w:trPr>
        <w:tc>
          <w:tcPr>
            <w:tcW w:w="3888" w:type="dxa"/>
            <w:tcMar>
              <w:top w:w="70" w:type="dxa"/>
              <w:left w:w="90" w:type="dxa"/>
              <w:bottom w:w="70" w:type="dxa"/>
              <w:right w:w="90" w:type="dxa"/>
            </w:tcMar>
          </w:tcPr>
          <w:p w:rsidR="00223469" w:rsidRDefault="008811B3">
            <w:r>
              <w:rPr>
                <w:b/>
                <w:sz w:val="18"/>
              </w:rPr>
              <w:t>Use Case Name</w:t>
            </w:r>
          </w:p>
        </w:tc>
        <w:tc>
          <w:tcPr>
            <w:tcW w:w="6624" w:type="dxa"/>
            <w:tcMar>
              <w:top w:w="70" w:type="dxa"/>
              <w:left w:w="90" w:type="dxa"/>
              <w:bottom w:w="70" w:type="dxa"/>
              <w:right w:w="90" w:type="dxa"/>
            </w:tcMar>
          </w:tcPr>
          <w:p w:rsidR="00223469" w:rsidRDefault="00223469"/>
        </w:tc>
      </w:tr>
      <w:tr w:rsidR="00223469">
        <w:trPr>
          <w:jc w:val="center"/>
        </w:trPr>
        <w:tc>
          <w:tcPr>
            <w:tcW w:w="3888" w:type="dxa"/>
            <w:shd w:val="clear" w:color="auto" w:fill="F5F8FC"/>
            <w:tcMar>
              <w:top w:w="70" w:type="dxa"/>
              <w:left w:w="90" w:type="dxa"/>
              <w:bottom w:w="70" w:type="dxa"/>
              <w:right w:w="90" w:type="dxa"/>
            </w:tcMar>
          </w:tcPr>
          <w:p w:rsidR="00223469" w:rsidRDefault="008811B3">
            <w:r>
              <w:rPr>
                <w:b/>
                <w:sz w:val="18"/>
              </w:rPr>
              <w:t>Business Problem / Objective</w:t>
            </w:r>
          </w:p>
        </w:tc>
        <w:tc>
          <w:tcPr>
            <w:tcW w:w="6624" w:type="dxa"/>
            <w:shd w:val="clear" w:color="auto" w:fill="F5F8FC"/>
            <w:tcMar>
              <w:top w:w="70" w:type="dxa"/>
              <w:left w:w="90" w:type="dxa"/>
              <w:bottom w:w="70" w:type="dxa"/>
              <w:right w:w="90" w:type="dxa"/>
            </w:tcMar>
          </w:tcPr>
          <w:p w:rsidR="00223469" w:rsidRDefault="00223469"/>
        </w:tc>
      </w:tr>
      <w:tr w:rsidR="00223469">
        <w:trPr>
          <w:jc w:val="center"/>
        </w:trPr>
        <w:tc>
          <w:tcPr>
            <w:tcW w:w="3888" w:type="dxa"/>
            <w:tcMar>
              <w:top w:w="70" w:type="dxa"/>
              <w:left w:w="90" w:type="dxa"/>
              <w:bottom w:w="70" w:type="dxa"/>
              <w:right w:w="90" w:type="dxa"/>
            </w:tcMar>
          </w:tcPr>
          <w:p w:rsidR="00223469" w:rsidRDefault="008811B3">
            <w:r>
              <w:rPr>
                <w:b/>
                <w:sz w:val="18"/>
              </w:rPr>
              <w:t>Primary Users</w:t>
            </w:r>
          </w:p>
        </w:tc>
        <w:tc>
          <w:tcPr>
            <w:tcW w:w="6624" w:type="dxa"/>
            <w:tcMar>
              <w:top w:w="70" w:type="dxa"/>
              <w:left w:w="90" w:type="dxa"/>
              <w:bottom w:w="70" w:type="dxa"/>
              <w:right w:w="90" w:type="dxa"/>
            </w:tcMar>
          </w:tcPr>
          <w:p w:rsidR="00223469" w:rsidRDefault="00223469"/>
        </w:tc>
      </w:tr>
      <w:tr w:rsidR="00223469">
        <w:trPr>
          <w:jc w:val="center"/>
        </w:trPr>
        <w:tc>
          <w:tcPr>
            <w:tcW w:w="3888" w:type="dxa"/>
            <w:shd w:val="clear" w:color="auto" w:fill="F5F8FC"/>
            <w:tcMar>
              <w:top w:w="70" w:type="dxa"/>
              <w:left w:w="90" w:type="dxa"/>
              <w:bottom w:w="70" w:type="dxa"/>
              <w:right w:w="90" w:type="dxa"/>
            </w:tcMar>
          </w:tcPr>
          <w:p w:rsidR="00223469" w:rsidRDefault="008811B3">
            <w:r>
              <w:rPr>
                <w:b/>
                <w:sz w:val="18"/>
              </w:rPr>
              <w:t>Inputs / Data Sources</w:t>
            </w:r>
          </w:p>
        </w:tc>
        <w:tc>
          <w:tcPr>
            <w:tcW w:w="6624" w:type="dxa"/>
            <w:shd w:val="clear" w:color="auto" w:fill="F5F8FC"/>
            <w:tcMar>
              <w:top w:w="70" w:type="dxa"/>
              <w:left w:w="90" w:type="dxa"/>
              <w:bottom w:w="70" w:type="dxa"/>
              <w:right w:w="90" w:type="dxa"/>
            </w:tcMar>
          </w:tcPr>
          <w:p w:rsidR="00223469" w:rsidRDefault="00223469"/>
        </w:tc>
      </w:tr>
      <w:tr w:rsidR="00223469">
        <w:trPr>
          <w:jc w:val="center"/>
        </w:trPr>
        <w:tc>
          <w:tcPr>
            <w:tcW w:w="3888" w:type="dxa"/>
            <w:tcMar>
              <w:top w:w="70" w:type="dxa"/>
              <w:left w:w="90" w:type="dxa"/>
              <w:bottom w:w="70" w:type="dxa"/>
              <w:right w:w="90" w:type="dxa"/>
            </w:tcMar>
          </w:tcPr>
          <w:p w:rsidR="00223469" w:rsidRDefault="008811B3">
            <w:r>
              <w:rPr>
                <w:b/>
                <w:sz w:val="18"/>
              </w:rPr>
              <w:t>Expected AI Output / Action</w:t>
            </w:r>
          </w:p>
        </w:tc>
        <w:tc>
          <w:tcPr>
            <w:tcW w:w="6624" w:type="dxa"/>
            <w:tcMar>
              <w:top w:w="70" w:type="dxa"/>
              <w:left w:w="90" w:type="dxa"/>
              <w:bottom w:w="70" w:type="dxa"/>
              <w:right w:w="90" w:type="dxa"/>
            </w:tcMar>
          </w:tcPr>
          <w:p w:rsidR="00223469" w:rsidRDefault="00223469"/>
        </w:tc>
      </w:tr>
      <w:tr w:rsidR="00223469">
        <w:trPr>
          <w:jc w:val="center"/>
        </w:trPr>
        <w:tc>
          <w:tcPr>
            <w:tcW w:w="3888" w:type="dxa"/>
            <w:shd w:val="clear" w:color="auto" w:fill="F5F8FC"/>
            <w:tcMar>
              <w:top w:w="70" w:type="dxa"/>
              <w:left w:w="90" w:type="dxa"/>
              <w:bottom w:w="70" w:type="dxa"/>
              <w:right w:w="90" w:type="dxa"/>
            </w:tcMar>
          </w:tcPr>
          <w:p w:rsidR="00223469" w:rsidRDefault="008811B3">
            <w:r>
              <w:rPr>
                <w:b/>
                <w:sz w:val="18"/>
              </w:rPr>
              <w:t>Human Review / Approval</w:t>
            </w:r>
          </w:p>
        </w:tc>
        <w:tc>
          <w:tcPr>
            <w:tcW w:w="6624" w:type="dxa"/>
            <w:shd w:val="clear" w:color="auto" w:fill="F5F8FC"/>
            <w:tcMar>
              <w:top w:w="70" w:type="dxa"/>
              <w:left w:w="90" w:type="dxa"/>
              <w:bottom w:w="70" w:type="dxa"/>
              <w:right w:w="90" w:type="dxa"/>
            </w:tcMar>
          </w:tcPr>
          <w:p w:rsidR="00223469" w:rsidRDefault="00223469"/>
        </w:tc>
      </w:tr>
      <w:tr w:rsidR="00223469">
        <w:trPr>
          <w:jc w:val="center"/>
        </w:trPr>
        <w:tc>
          <w:tcPr>
            <w:tcW w:w="3888" w:type="dxa"/>
            <w:tcMar>
              <w:top w:w="70" w:type="dxa"/>
              <w:left w:w="90" w:type="dxa"/>
              <w:bottom w:w="70" w:type="dxa"/>
              <w:right w:w="90" w:type="dxa"/>
            </w:tcMar>
          </w:tcPr>
          <w:p w:rsidR="00223469" w:rsidRDefault="008811B3">
            <w:r>
              <w:rPr>
                <w:b/>
                <w:sz w:val="18"/>
              </w:rPr>
              <w:t>Systems / Tools Connected</w:t>
            </w:r>
          </w:p>
        </w:tc>
        <w:tc>
          <w:tcPr>
            <w:tcW w:w="6624" w:type="dxa"/>
            <w:tcMar>
              <w:top w:w="70" w:type="dxa"/>
              <w:left w:w="90" w:type="dxa"/>
              <w:bottom w:w="70" w:type="dxa"/>
              <w:right w:w="90" w:type="dxa"/>
            </w:tcMar>
          </w:tcPr>
          <w:p w:rsidR="00223469" w:rsidRDefault="00223469"/>
        </w:tc>
      </w:tr>
      <w:tr w:rsidR="00223469">
        <w:trPr>
          <w:jc w:val="center"/>
        </w:trPr>
        <w:tc>
          <w:tcPr>
            <w:tcW w:w="3888" w:type="dxa"/>
            <w:shd w:val="clear" w:color="auto" w:fill="F5F8FC"/>
            <w:tcMar>
              <w:top w:w="70" w:type="dxa"/>
              <w:left w:w="90" w:type="dxa"/>
              <w:bottom w:w="70" w:type="dxa"/>
              <w:right w:w="90" w:type="dxa"/>
            </w:tcMar>
          </w:tcPr>
          <w:p w:rsidR="00223469" w:rsidRDefault="008811B3">
            <w:r>
              <w:rPr>
                <w:b/>
                <w:sz w:val="18"/>
              </w:rPr>
              <w:t>Risk / Impact if Wrong</w:t>
            </w:r>
          </w:p>
        </w:tc>
        <w:tc>
          <w:tcPr>
            <w:tcW w:w="6624" w:type="dxa"/>
            <w:shd w:val="clear" w:color="auto" w:fill="F5F8FC"/>
            <w:tcMar>
              <w:top w:w="70" w:type="dxa"/>
              <w:left w:w="90" w:type="dxa"/>
              <w:bottom w:w="70" w:type="dxa"/>
              <w:right w:w="90" w:type="dxa"/>
            </w:tcMar>
          </w:tcPr>
          <w:p w:rsidR="00223469" w:rsidRDefault="00223469"/>
        </w:tc>
      </w:tr>
      <w:tr w:rsidR="00223469">
        <w:trPr>
          <w:jc w:val="center"/>
        </w:trPr>
        <w:tc>
          <w:tcPr>
            <w:tcW w:w="3888" w:type="dxa"/>
            <w:tcMar>
              <w:top w:w="70" w:type="dxa"/>
              <w:left w:w="90" w:type="dxa"/>
              <w:bottom w:w="70" w:type="dxa"/>
              <w:right w:w="90" w:type="dxa"/>
            </w:tcMar>
          </w:tcPr>
          <w:p w:rsidR="00223469" w:rsidRDefault="008811B3">
            <w:r>
              <w:rPr>
                <w:b/>
                <w:sz w:val="18"/>
              </w:rPr>
              <w:t>Success Metrics</w:t>
            </w:r>
          </w:p>
        </w:tc>
        <w:tc>
          <w:tcPr>
            <w:tcW w:w="6624" w:type="dxa"/>
            <w:tcMar>
              <w:top w:w="70" w:type="dxa"/>
              <w:left w:w="90" w:type="dxa"/>
              <w:bottom w:w="70" w:type="dxa"/>
              <w:right w:w="90" w:type="dxa"/>
            </w:tcMar>
          </w:tcPr>
          <w:p w:rsidR="00223469" w:rsidRDefault="00223469"/>
        </w:tc>
      </w:tr>
      <w:tr w:rsidR="00223469">
        <w:trPr>
          <w:jc w:val="center"/>
        </w:trPr>
        <w:tc>
          <w:tcPr>
            <w:tcW w:w="3888" w:type="dxa"/>
            <w:shd w:val="clear" w:color="auto" w:fill="F5F8FC"/>
            <w:tcMar>
              <w:top w:w="70" w:type="dxa"/>
              <w:left w:w="90" w:type="dxa"/>
              <w:bottom w:w="70" w:type="dxa"/>
              <w:right w:w="90" w:type="dxa"/>
            </w:tcMar>
          </w:tcPr>
          <w:p w:rsidR="00223469" w:rsidRDefault="008811B3">
            <w:r>
              <w:rPr>
                <w:b/>
                <w:sz w:val="18"/>
              </w:rPr>
              <w:t>Pilot vs Production</w:t>
            </w:r>
          </w:p>
        </w:tc>
        <w:tc>
          <w:tcPr>
            <w:tcW w:w="6624" w:type="dxa"/>
            <w:shd w:val="clear" w:color="auto" w:fill="F5F8FC"/>
            <w:tcMar>
              <w:top w:w="70" w:type="dxa"/>
              <w:left w:w="90" w:type="dxa"/>
              <w:bottom w:w="70" w:type="dxa"/>
              <w:right w:w="90" w:type="dxa"/>
            </w:tcMar>
          </w:tcPr>
          <w:p w:rsidR="00223469" w:rsidRDefault="00223469"/>
        </w:tc>
      </w:tr>
    </w:tbl>
    <w:p w:rsidR="00223469" w:rsidRDefault="00223469">
      <w:pPr>
        <w:spacing w:after="20"/>
      </w:pPr>
    </w:p>
    <w:p w:rsidR="00223469" w:rsidRDefault="008811B3">
      <w:pPr>
        <w:pStyle w:val="Heading2"/>
      </w:pPr>
      <w:r>
        <w:t>Appendix D — AI Risk &amp; Control Register</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456"/>
        <w:gridCol w:w="2016"/>
        <w:gridCol w:w="4032"/>
        <w:gridCol w:w="1440"/>
      </w:tblGrid>
      <w:tr w:rsidR="00223469">
        <w:trPr>
          <w:tblHeader/>
          <w:jc w:val="center"/>
        </w:trPr>
        <w:tc>
          <w:tcPr>
            <w:tcW w:w="3456" w:type="dxa"/>
            <w:shd w:val="clear" w:color="auto" w:fill="0B2A4A"/>
            <w:tcMar>
              <w:top w:w="70" w:type="dxa"/>
              <w:left w:w="90" w:type="dxa"/>
              <w:bottom w:w="70" w:type="dxa"/>
              <w:right w:w="90" w:type="dxa"/>
            </w:tcMar>
          </w:tcPr>
          <w:p w:rsidR="00223469" w:rsidRDefault="008811B3">
            <w:r>
              <w:rPr>
                <w:b/>
                <w:color w:val="FFFFFF"/>
                <w:sz w:val="18"/>
              </w:rPr>
              <w:t>RISK / FAILURE MODE</w:t>
            </w:r>
          </w:p>
        </w:tc>
        <w:tc>
          <w:tcPr>
            <w:tcW w:w="2016" w:type="dxa"/>
            <w:shd w:val="clear" w:color="auto" w:fill="0B2A4A"/>
            <w:tcMar>
              <w:top w:w="70" w:type="dxa"/>
              <w:left w:w="90" w:type="dxa"/>
              <w:bottom w:w="70" w:type="dxa"/>
              <w:right w:w="90" w:type="dxa"/>
            </w:tcMar>
          </w:tcPr>
          <w:p w:rsidR="00223469" w:rsidRDefault="008811B3">
            <w:r>
              <w:rPr>
                <w:b/>
                <w:color w:val="FFFFFF"/>
                <w:sz w:val="18"/>
              </w:rPr>
              <w:t>IMPACT</w:t>
            </w:r>
          </w:p>
        </w:tc>
        <w:tc>
          <w:tcPr>
            <w:tcW w:w="4032" w:type="dxa"/>
            <w:shd w:val="clear" w:color="auto" w:fill="0B2A4A"/>
            <w:tcMar>
              <w:top w:w="70" w:type="dxa"/>
              <w:left w:w="90" w:type="dxa"/>
              <w:bottom w:w="70" w:type="dxa"/>
              <w:right w:w="90" w:type="dxa"/>
            </w:tcMar>
          </w:tcPr>
          <w:p w:rsidR="00223469" w:rsidRDefault="008811B3">
            <w:r>
              <w:rPr>
                <w:b/>
                <w:color w:val="FFFFFF"/>
                <w:sz w:val="18"/>
              </w:rPr>
              <w:t>CONTROL / MITIGATION</w:t>
            </w:r>
          </w:p>
        </w:tc>
        <w:tc>
          <w:tcPr>
            <w:tcW w:w="1440" w:type="dxa"/>
            <w:shd w:val="clear" w:color="auto" w:fill="0B2A4A"/>
            <w:tcMar>
              <w:top w:w="70" w:type="dxa"/>
              <w:left w:w="90" w:type="dxa"/>
              <w:bottom w:w="70" w:type="dxa"/>
              <w:right w:w="90" w:type="dxa"/>
            </w:tcMar>
          </w:tcPr>
          <w:p w:rsidR="00223469" w:rsidRDefault="008811B3">
            <w:r>
              <w:rPr>
                <w:b/>
                <w:color w:val="FFFFFF"/>
                <w:sz w:val="18"/>
              </w:rPr>
              <w:t>OWNER</w:t>
            </w:r>
          </w:p>
        </w:tc>
      </w:tr>
      <w:tr w:rsidR="00223469">
        <w:trPr>
          <w:jc w:val="center"/>
        </w:trPr>
        <w:tc>
          <w:tcPr>
            <w:tcW w:w="3456" w:type="dxa"/>
            <w:tcMar>
              <w:top w:w="70" w:type="dxa"/>
              <w:left w:w="90" w:type="dxa"/>
              <w:bottom w:w="70" w:type="dxa"/>
              <w:right w:w="90" w:type="dxa"/>
            </w:tcMar>
          </w:tcPr>
          <w:p w:rsidR="00223469" w:rsidRDefault="008811B3">
            <w:r>
              <w:rPr>
                <w:sz w:val="18"/>
              </w:rPr>
              <w:t>Hallucinated / incorrect output</w:t>
            </w:r>
          </w:p>
        </w:tc>
        <w:tc>
          <w:tcPr>
            <w:tcW w:w="2016" w:type="dxa"/>
            <w:tcMar>
              <w:top w:w="70" w:type="dxa"/>
              <w:left w:w="90" w:type="dxa"/>
              <w:bottom w:w="70" w:type="dxa"/>
              <w:right w:w="90" w:type="dxa"/>
            </w:tcMar>
          </w:tcPr>
          <w:p w:rsidR="00223469" w:rsidRDefault="00223469"/>
        </w:tc>
        <w:tc>
          <w:tcPr>
            <w:tcW w:w="4032" w:type="dxa"/>
            <w:tcMar>
              <w:top w:w="70" w:type="dxa"/>
              <w:left w:w="90" w:type="dxa"/>
              <w:bottom w:w="70" w:type="dxa"/>
              <w:right w:w="90" w:type="dxa"/>
            </w:tcMar>
          </w:tcPr>
          <w:p w:rsidR="00223469" w:rsidRDefault="00223469"/>
        </w:tc>
        <w:tc>
          <w:tcPr>
            <w:tcW w:w="1440" w:type="dxa"/>
            <w:tcMar>
              <w:top w:w="70" w:type="dxa"/>
              <w:left w:w="90" w:type="dxa"/>
              <w:bottom w:w="70" w:type="dxa"/>
              <w:right w:w="90" w:type="dxa"/>
            </w:tcMar>
          </w:tcPr>
          <w:p w:rsidR="00223469" w:rsidRDefault="00223469"/>
        </w:tc>
      </w:tr>
      <w:tr w:rsidR="00223469">
        <w:trPr>
          <w:jc w:val="center"/>
        </w:trPr>
        <w:tc>
          <w:tcPr>
            <w:tcW w:w="3456" w:type="dxa"/>
            <w:shd w:val="clear" w:color="auto" w:fill="F5F8FC"/>
            <w:tcMar>
              <w:top w:w="70" w:type="dxa"/>
              <w:left w:w="90" w:type="dxa"/>
              <w:bottom w:w="70" w:type="dxa"/>
              <w:right w:w="90" w:type="dxa"/>
            </w:tcMar>
          </w:tcPr>
          <w:p w:rsidR="00223469" w:rsidRDefault="008811B3">
            <w:r>
              <w:rPr>
                <w:sz w:val="18"/>
              </w:rPr>
              <w:t>Unauthorized data disclosure</w:t>
            </w:r>
          </w:p>
        </w:tc>
        <w:tc>
          <w:tcPr>
            <w:tcW w:w="2016" w:type="dxa"/>
            <w:shd w:val="clear" w:color="auto" w:fill="F5F8FC"/>
            <w:tcMar>
              <w:top w:w="70" w:type="dxa"/>
              <w:left w:w="90" w:type="dxa"/>
              <w:bottom w:w="70" w:type="dxa"/>
              <w:right w:w="90" w:type="dxa"/>
            </w:tcMar>
          </w:tcPr>
          <w:p w:rsidR="00223469" w:rsidRDefault="00223469"/>
        </w:tc>
        <w:tc>
          <w:tcPr>
            <w:tcW w:w="4032" w:type="dxa"/>
            <w:shd w:val="clear" w:color="auto" w:fill="F5F8FC"/>
            <w:tcMar>
              <w:top w:w="70" w:type="dxa"/>
              <w:left w:w="90" w:type="dxa"/>
              <w:bottom w:w="70" w:type="dxa"/>
              <w:right w:w="90" w:type="dxa"/>
            </w:tcMar>
          </w:tcPr>
          <w:p w:rsidR="00223469" w:rsidRDefault="00223469"/>
        </w:tc>
        <w:tc>
          <w:tcPr>
            <w:tcW w:w="1440" w:type="dxa"/>
            <w:shd w:val="clear" w:color="auto" w:fill="F5F8FC"/>
            <w:tcMar>
              <w:top w:w="70" w:type="dxa"/>
              <w:left w:w="90" w:type="dxa"/>
              <w:bottom w:w="70" w:type="dxa"/>
              <w:right w:w="90" w:type="dxa"/>
            </w:tcMar>
          </w:tcPr>
          <w:p w:rsidR="00223469" w:rsidRDefault="00223469"/>
        </w:tc>
      </w:tr>
      <w:tr w:rsidR="00223469">
        <w:trPr>
          <w:jc w:val="center"/>
        </w:trPr>
        <w:tc>
          <w:tcPr>
            <w:tcW w:w="3456" w:type="dxa"/>
            <w:tcMar>
              <w:top w:w="70" w:type="dxa"/>
              <w:left w:w="90" w:type="dxa"/>
              <w:bottom w:w="70" w:type="dxa"/>
              <w:right w:w="90" w:type="dxa"/>
            </w:tcMar>
          </w:tcPr>
          <w:p w:rsidR="00223469" w:rsidRDefault="008811B3">
            <w:r>
              <w:rPr>
                <w:sz w:val="18"/>
              </w:rPr>
              <w:t>Prompt injection / malicious input</w:t>
            </w:r>
          </w:p>
        </w:tc>
        <w:tc>
          <w:tcPr>
            <w:tcW w:w="2016" w:type="dxa"/>
            <w:tcMar>
              <w:top w:w="70" w:type="dxa"/>
              <w:left w:w="90" w:type="dxa"/>
              <w:bottom w:w="70" w:type="dxa"/>
              <w:right w:w="90" w:type="dxa"/>
            </w:tcMar>
          </w:tcPr>
          <w:p w:rsidR="00223469" w:rsidRDefault="00223469"/>
        </w:tc>
        <w:tc>
          <w:tcPr>
            <w:tcW w:w="4032" w:type="dxa"/>
            <w:tcMar>
              <w:top w:w="70" w:type="dxa"/>
              <w:left w:w="90" w:type="dxa"/>
              <w:bottom w:w="70" w:type="dxa"/>
              <w:right w:w="90" w:type="dxa"/>
            </w:tcMar>
          </w:tcPr>
          <w:p w:rsidR="00223469" w:rsidRDefault="00223469"/>
        </w:tc>
        <w:tc>
          <w:tcPr>
            <w:tcW w:w="1440" w:type="dxa"/>
            <w:tcMar>
              <w:top w:w="70" w:type="dxa"/>
              <w:left w:w="90" w:type="dxa"/>
              <w:bottom w:w="70" w:type="dxa"/>
              <w:right w:w="90" w:type="dxa"/>
            </w:tcMar>
          </w:tcPr>
          <w:p w:rsidR="00223469" w:rsidRDefault="00223469"/>
        </w:tc>
      </w:tr>
      <w:tr w:rsidR="00223469">
        <w:trPr>
          <w:jc w:val="center"/>
        </w:trPr>
        <w:tc>
          <w:tcPr>
            <w:tcW w:w="3456" w:type="dxa"/>
            <w:shd w:val="clear" w:color="auto" w:fill="F5F8FC"/>
            <w:tcMar>
              <w:top w:w="70" w:type="dxa"/>
              <w:left w:w="90" w:type="dxa"/>
              <w:bottom w:w="70" w:type="dxa"/>
              <w:right w:w="90" w:type="dxa"/>
            </w:tcMar>
          </w:tcPr>
          <w:p w:rsidR="00223469" w:rsidRDefault="008811B3">
            <w:r>
              <w:rPr>
                <w:sz w:val="18"/>
              </w:rPr>
              <w:t>Unsafe / unauthorized agent action</w:t>
            </w:r>
          </w:p>
        </w:tc>
        <w:tc>
          <w:tcPr>
            <w:tcW w:w="2016" w:type="dxa"/>
            <w:shd w:val="clear" w:color="auto" w:fill="F5F8FC"/>
            <w:tcMar>
              <w:top w:w="70" w:type="dxa"/>
              <w:left w:w="90" w:type="dxa"/>
              <w:bottom w:w="70" w:type="dxa"/>
              <w:right w:w="90" w:type="dxa"/>
            </w:tcMar>
          </w:tcPr>
          <w:p w:rsidR="00223469" w:rsidRDefault="00223469"/>
        </w:tc>
        <w:tc>
          <w:tcPr>
            <w:tcW w:w="4032" w:type="dxa"/>
            <w:shd w:val="clear" w:color="auto" w:fill="F5F8FC"/>
            <w:tcMar>
              <w:top w:w="70" w:type="dxa"/>
              <w:left w:w="90" w:type="dxa"/>
              <w:bottom w:w="70" w:type="dxa"/>
              <w:right w:w="90" w:type="dxa"/>
            </w:tcMar>
          </w:tcPr>
          <w:p w:rsidR="00223469" w:rsidRDefault="00223469"/>
        </w:tc>
        <w:tc>
          <w:tcPr>
            <w:tcW w:w="1440" w:type="dxa"/>
            <w:shd w:val="clear" w:color="auto" w:fill="F5F8FC"/>
            <w:tcMar>
              <w:top w:w="70" w:type="dxa"/>
              <w:left w:w="90" w:type="dxa"/>
              <w:bottom w:w="70" w:type="dxa"/>
              <w:right w:w="90" w:type="dxa"/>
            </w:tcMar>
          </w:tcPr>
          <w:p w:rsidR="00223469" w:rsidRDefault="00223469"/>
        </w:tc>
      </w:tr>
      <w:tr w:rsidR="00223469">
        <w:trPr>
          <w:jc w:val="center"/>
        </w:trPr>
        <w:tc>
          <w:tcPr>
            <w:tcW w:w="3456" w:type="dxa"/>
            <w:tcMar>
              <w:top w:w="70" w:type="dxa"/>
              <w:left w:w="90" w:type="dxa"/>
              <w:bottom w:w="70" w:type="dxa"/>
              <w:right w:w="90" w:type="dxa"/>
            </w:tcMar>
          </w:tcPr>
          <w:p w:rsidR="00223469" w:rsidRDefault="008811B3">
            <w:r>
              <w:rPr>
                <w:sz w:val="18"/>
              </w:rPr>
              <w:t>Model/provider outage or change</w:t>
            </w:r>
          </w:p>
        </w:tc>
        <w:tc>
          <w:tcPr>
            <w:tcW w:w="2016" w:type="dxa"/>
            <w:tcMar>
              <w:top w:w="70" w:type="dxa"/>
              <w:left w:w="90" w:type="dxa"/>
              <w:bottom w:w="70" w:type="dxa"/>
              <w:right w:w="90" w:type="dxa"/>
            </w:tcMar>
          </w:tcPr>
          <w:p w:rsidR="00223469" w:rsidRDefault="00223469"/>
        </w:tc>
        <w:tc>
          <w:tcPr>
            <w:tcW w:w="4032" w:type="dxa"/>
            <w:tcMar>
              <w:top w:w="70" w:type="dxa"/>
              <w:left w:w="90" w:type="dxa"/>
              <w:bottom w:w="70" w:type="dxa"/>
              <w:right w:w="90" w:type="dxa"/>
            </w:tcMar>
          </w:tcPr>
          <w:p w:rsidR="00223469" w:rsidRDefault="00223469"/>
        </w:tc>
        <w:tc>
          <w:tcPr>
            <w:tcW w:w="1440" w:type="dxa"/>
            <w:tcMar>
              <w:top w:w="70" w:type="dxa"/>
              <w:left w:w="90" w:type="dxa"/>
              <w:bottom w:w="70" w:type="dxa"/>
              <w:right w:w="90" w:type="dxa"/>
            </w:tcMar>
          </w:tcPr>
          <w:p w:rsidR="00223469" w:rsidRDefault="00223469"/>
        </w:tc>
      </w:tr>
    </w:tbl>
    <w:p w:rsidR="00223469" w:rsidRDefault="00223469">
      <w:pPr>
        <w:spacing w:after="20"/>
      </w:pPr>
    </w:p>
    <w:p w:rsidR="00650BB0" w:rsidRDefault="00650BB0">
      <w:pPr>
        <w:spacing w:after="200" w:line="276" w:lineRule="auto"/>
        <w:rPr>
          <w:rFonts w:asciiTheme="majorHAnsi" w:eastAsiaTheme="majorEastAsia" w:hAnsiTheme="majorHAnsi" w:cstheme="majorBidi"/>
          <w:b/>
          <w:bCs/>
          <w:color w:val="0A66D8"/>
          <w:sz w:val="24"/>
          <w:szCs w:val="26"/>
        </w:rPr>
      </w:pPr>
      <w:r>
        <w:br w:type="page"/>
      </w:r>
    </w:p>
    <w:p w:rsidR="00223469" w:rsidRDefault="008811B3">
      <w:pPr>
        <w:pStyle w:val="Heading2"/>
      </w:pPr>
      <w:r>
        <w:lastRenderedPageBreak/>
        <w:t>Appendix E — Reference Form</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744"/>
        <w:gridCol w:w="6768"/>
      </w:tblGrid>
      <w:tr w:rsidR="00223469">
        <w:trPr>
          <w:tblHeader/>
          <w:jc w:val="center"/>
        </w:trPr>
        <w:tc>
          <w:tcPr>
            <w:tcW w:w="3744" w:type="dxa"/>
            <w:shd w:val="clear" w:color="auto" w:fill="0B2A4A"/>
            <w:tcMar>
              <w:top w:w="70" w:type="dxa"/>
              <w:left w:w="90" w:type="dxa"/>
              <w:bottom w:w="70" w:type="dxa"/>
              <w:right w:w="90" w:type="dxa"/>
            </w:tcMar>
          </w:tcPr>
          <w:p w:rsidR="00223469" w:rsidRDefault="008811B3">
            <w:r>
              <w:rPr>
                <w:b/>
                <w:color w:val="FFFFFF"/>
                <w:sz w:val="18"/>
              </w:rPr>
              <w:t>FIELD</w:t>
            </w:r>
          </w:p>
        </w:tc>
        <w:tc>
          <w:tcPr>
            <w:tcW w:w="6768" w:type="dxa"/>
            <w:shd w:val="clear" w:color="auto" w:fill="0B2A4A"/>
            <w:tcMar>
              <w:top w:w="70" w:type="dxa"/>
              <w:left w:w="90" w:type="dxa"/>
              <w:bottom w:w="70" w:type="dxa"/>
              <w:right w:w="90" w:type="dxa"/>
            </w:tcMar>
          </w:tcPr>
          <w:p w:rsidR="00223469" w:rsidRDefault="008811B3">
            <w:r>
              <w:rPr>
                <w:b/>
                <w:color w:val="FFFFFF"/>
                <w:sz w:val="18"/>
              </w:rPr>
              <w:t>RESPONSE</w:t>
            </w:r>
          </w:p>
        </w:tc>
      </w:tr>
      <w:tr w:rsidR="00223469">
        <w:trPr>
          <w:jc w:val="center"/>
        </w:trPr>
        <w:tc>
          <w:tcPr>
            <w:tcW w:w="3744" w:type="dxa"/>
            <w:tcMar>
              <w:top w:w="70" w:type="dxa"/>
              <w:left w:w="90" w:type="dxa"/>
              <w:bottom w:w="70" w:type="dxa"/>
              <w:right w:w="90" w:type="dxa"/>
            </w:tcMar>
          </w:tcPr>
          <w:p w:rsidR="00223469" w:rsidRDefault="008811B3">
            <w:r>
              <w:rPr>
                <w:b/>
                <w:sz w:val="18"/>
              </w:rPr>
              <w:t>Client / Organization</w:t>
            </w:r>
          </w:p>
        </w:tc>
        <w:tc>
          <w:tcPr>
            <w:tcW w:w="6768" w:type="dxa"/>
            <w:tcMar>
              <w:top w:w="70" w:type="dxa"/>
              <w:left w:w="90" w:type="dxa"/>
              <w:bottom w:w="70" w:type="dxa"/>
              <w:right w:w="90" w:type="dxa"/>
            </w:tcMar>
          </w:tcPr>
          <w:p w:rsidR="00223469" w:rsidRDefault="00223469"/>
        </w:tc>
      </w:tr>
      <w:tr w:rsidR="00223469">
        <w:trPr>
          <w:jc w:val="center"/>
        </w:trPr>
        <w:tc>
          <w:tcPr>
            <w:tcW w:w="3744" w:type="dxa"/>
            <w:shd w:val="clear" w:color="auto" w:fill="F5F8FC"/>
            <w:tcMar>
              <w:top w:w="70" w:type="dxa"/>
              <w:left w:w="90" w:type="dxa"/>
              <w:bottom w:w="70" w:type="dxa"/>
              <w:right w:w="90" w:type="dxa"/>
            </w:tcMar>
          </w:tcPr>
          <w:p w:rsidR="00223469" w:rsidRDefault="008811B3">
            <w:r>
              <w:rPr>
                <w:b/>
                <w:sz w:val="18"/>
              </w:rPr>
              <w:t>AI Initiative / Use Case</w:t>
            </w:r>
          </w:p>
        </w:tc>
        <w:tc>
          <w:tcPr>
            <w:tcW w:w="6768" w:type="dxa"/>
            <w:shd w:val="clear" w:color="auto" w:fill="F5F8FC"/>
            <w:tcMar>
              <w:top w:w="70" w:type="dxa"/>
              <w:left w:w="90" w:type="dxa"/>
              <w:bottom w:w="70" w:type="dxa"/>
              <w:right w:w="90" w:type="dxa"/>
            </w:tcMar>
          </w:tcPr>
          <w:p w:rsidR="00223469" w:rsidRDefault="00223469"/>
        </w:tc>
      </w:tr>
      <w:tr w:rsidR="00223469">
        <w:trPr>
          <w:jc w:val="center"/>
        </w:trPr>
        <w:tc>
          <w:tcPr>
            <w:tcW w:w="3744" w:type="dxa"/>
            <w:tcMar>
              <w:top w:w="70" w:type="dxa"/>
              <w:left w:w="90" w:type="dxa"/>
              <w:bottom w:w="70" w:type="dxa"/>
              <w:right w:w="90" w:type="dxa"/>
            </w:tcMar>
          </w:tcPr>
          <w:p w:rsidR="00223469" w:rsidRDefault="008811B3">
            <w:r>
              <w:rPr>
                <w:b/>
                <w:sz w:val="18"/>
              </w:rPr>
              <w:t xml:space="preserve">Period of </w:t>
            </w:r>
            <w:r>
              <w:rPr>
                <w:b/>
                <w:sz w:val="18"/>
              </w:rPr>
              <w:t>Performance</w:t>
            </w:r>
          </w:p>
        </w:tc>
        <w:tc>
          <w:tcPr>
            <w:tcW w:w="6768" w:type="dxa"/>
            <w:tcMar>
              <w:top w:w="70" w:type="dxa"/>
              <w:left w:w="90" w:type="dxa"/>
              <w:bottom w:w="70" w:type="dxa"/>
              <w:right w:w="90" w:type="dxa"/>
            </w:tcMar>
          </w:tcPr>
          <w:p w:rsidR="00223469" w:rsidRDefault="00223469"/>
        </w:tc>
      </w:tr>
      <w:tr w:rsidR="00223469">
        <w:trPr>
          <w:jc w:val="center"/>
        </w:trPr>
        <w:tc>
          <w:tcPr>
            <w:tcW w:w="3744" w:type="dxa"/>
            <w:shd w:val="clear" w:color="auto" w:fill="F5F8FC"/>
            <w:tcMar>
              <w:top w:w="70" w:type="dxa"/>
              <w:left w:w="90" w:type="dxa"/>
              <w:bottom w:w="70" w:type="dxa"/>
              <w:right w:w="90" w:type="dxa"/>
            </w:tcMar>
          </w:tcPr>
          <w:p w:rsidR="00223469" w:rsidRDefault="008811B3">
            <w:r>
              <w:rPr>
                <w:b/>
                <w:sz w:val="18"/>
              </w:rPr>
              <w:t>Production Status</w:t>
            </w:r>
          </w:p>
        </w:tc>
        <w:tc>
          <w:tcPr>
            <w:tcW w:w="6768" w:type="dxa"/>
            <w:shd w:val="clear" w:color="auto" w:fill="F5F8FC"/>
            <w:tcMar>
              <w:top w:w="70" w:type="dxa"/>
              <w:left w:w="90" w:type="dxa"/>
              <w:bottom w:w="70" w:type="dxa"/>
              <w:right w:w="90" w:type="dxa"/>
            </w:tcMar>
          </w:tcPr>
          <w:p w:rsidR="00223469" w:rsidRDefault="00223469"/>
        </w:tc>
      </w:tr>
      <w:tr w:rsidR="00223469">
        <w:trPr>
          <w:jc w:val="center"/>
        </w:trPr>
        <w:tc>
          <w:tcPr>
            <w:tcW w:w="3744" w:type="dxa"/>
            <w:tcMar>
              <w:top w:w="70" w:type="dxa"/>
              <w:left w:w="90" w:type="dxa"/>
              <w:bottom w:w="70" w:type="dxa"/>
              <w:right w:w="90" w:type="dxa"/>
            </w:tcMar>
          </w:tcPr>
          <w:p w:rsidR="00223469" w:rsidRDefault="008811B3">
            <w:r>
              <w:rPr>
                <w:b/>
                <w:sz w:val="18"/>
              </w:rPr>
              <w:t>Scale / Users / Volume</w:t>
            </w:r>
          </w:p>
        </w:tc>
        <w:tc>
          <w:tcPr>
            <w:tcW w:w="6768" w:type="dxa"/>
            <w:tcMar>
              <w:top w:w="70" w:type="dxa"/>
              <w:left w:w="90" w:type="dxa"/>
              <w:bottom w:w="70" w:type="dxa"/>
              <w:right w:w="90" w:type="dxa"/>
            </w:tcMar>
          </w:tcPr>
          <w:p w:rsidR="00223469" w:rsidRDefault="00223469"/>
        </w:tc>
      </w:tr>
      <w:tr w:rsidR="00223469">
        <w:trPr>
          <w:jc w:val="center"/>
        </w:trPr>
        <w:tc>
          <w:tcPr>
            <w:tcW w:w="3744" w:type="dxa"/>
            <w:shd w:val="clear" w:color="auto" w:fill="F5F8FC"/>
            <w:tcMar>
              <w:top w:w="70" w:type="dxa"/>
              <w:left w:w="90" w:type="dxa"/>
              <w:bottom w:w="70" w:type="dxa"/>
              <w:right w:w="90" w:type="dxa"/>
            </w:tcMar>
          </w:tcPr>
          <w:p w:rsidR="00223469" w:rsidRDefault="008811B3">
            <w:r>
              <w:rPr>
                <w:b/>
                <w:sz w:val="18"/>
              </w:rPr>
              <w:t>Models / Platforms Used</w:t>
            </w:r>
          </w:p>
        </w:tc>
        <w:tc>
          <w:tcPr>
            <w:tcW w:w="6768" w:type="dxa"/>
            <w:shd w:val="clear" w:color="auto" w:fill="F5F8FC"/>
            <w:tcMar>
              <w:top w:w="70" w:type="dxa"/>
              <w:left w:w="90" w:type="dxa"/>
              <w:bottom w:w="70" w:type="dxa"/>
              <w:right w:w="90" w:type="dxa"/>
            </w:tcMar>
          </w:tcPr>
          <w:p w:rsidR="00223469" w:rsidRDefault="00223469"/>
        </w:tc>
      </w:tr>
      <w:tr w:rsidR="00223469">
        <w:trPr>
          <w:jc w:val="center"/>
        </w:trPr>
        <w:tc>
          <w:tcPr>
            <w:tcW w:w="3744" w:type="dxa"/>
            <w:tcMar>
              <w:top w:w="70" w:type="dxa"/>
              <w:left w:w="90" w:type="dxa"/>
              <w:bottom w:w="70" w:type="dxa"/>
              <w:right w:w="90" w:type="dxa"/>
            </w:tcMar>
          </w:tcPr>
          <w:p w:rsidR="00223469" w:rsidRDefault="008811B3">
            <w:r>
              <w:rPr>
                <w:b/>
                <w:sz w:val="18"/>
              </w:rPr>
              <w:t>Measured Outcomes</w:t>
            </w:r>
          </w:p>
        </w:tc>
        <w:tc>
          <w:tcPr>
            <w:tcW w:w="6768" w:type="dxa"/>
            <w:tcMar>
              <w:top w:w="70" w:type="dxa"/>
              <w:left w:w="90" w:type="dxa"/>
              <w:bottom w:w="70" w:type="dxa"/>
              <w:right w:w="90" w:type="dxa"/>
            </w:tcMar>
          </w:tcPr>
          <w:p w:rsidR="00223469" w:rsidRDefault="00223469"/>
        </w:tc>
      </w:tr>
      <w:tr w:rsidR="00223469">
        <w:trPr>
          <w:jc w:val="center"/>
        </w:trPr>
        <w:tc>
          <w:tcPr>
            <w:tcW w:w="3744" w:type="dxa"/>
            <w:shd w:val="clear" w:color="auto" w:fill="F5F8FC"/>
            <w:tcMar>
              <w:top w:w="70" w:type="dxa"/>
              <w:left w:w="90" w:type="dxa"/>
              <w:bottom w:w="70" w:type="dxa"/>
              <w:right w:w="90" w:type="dxa"/>
            </w:tcMar>
          </w:tcPr>
          <w:p w:rsidR="00223469" w:rsidRDefault="008811B3">
            <w:r>
              <w:rPr>
                <w:b/>
                <w:sz w:val="18"/>
              </w:rPr>
              <w:t>Reference Contact</w:t>
            </w:r>
          </w:p>
        </w:tc>
        <w:tc>
          <w:tcPr>
            <w:tcW w:w="6768" w:type="dxa"/>
            <w:shd w:val="clear" w:color="auto" w:fill="F5F8FC"/>
            <w:tcMar>
              <w:top w:w="70" w:type="dxa"/>
              <w:left w:w="90" w:type="dxa"/>
              <w:bottom w:w="70" w:type="dxa"/>
              <w:right w:w="90" w:type="dxa"/>
            </w:tcMar>
          </w:tcPr>
          <w:p w:rsidR="00223469" w:rsidRDefault="00223469"/>
        </w:tc>
      </w:tr>
      <w:tr w:rsidR="00223469">
        <w:trPr>
          <w:jc w:val="center"/>
        </w:trPr>
        <w:tc>
          <w:tcPr>
            <w:tcW w:w="3744" w:type="dxa"/>
            <w:tcMar>
              <w:top w:w="70" w:type="dxa"/>
              <w:left w:w="90" w:type="dxa"/>
              <w:bottom w:w="70" w:type="dxa"/>
              <w:right w:w="90" w:type="dxa"/>
            </w:tcMar>
          </w:tcPr>
          <w:p w:rsidR="00223469" w:rsidRDefault="008811B3">
            <w:r>
              <w:rPr>
                <w:b/>
                <w:sz w:val="18"/>
              </w:rPr>
              <w:t>Email / Phone</w:t>
            </w:r>
          </w:p>
        </w:tc>
        <w:tc>
          <w:tcPr>
            <w:tcW w:w="6768" w:type="dxa"/>
            <w:tcMar>
              <w:top w:w="70" w:type="dxa"/>
              <w:left w:w="90" w:type="dxa"/>
              <w:bottom w:w="70" w:type="dxa"/>
              <w:right w:w="90" w:type="dxa"/>
            </w:tcMar>
          </w:tcPr>
          <w:p w:rsidR="00223469" w:rsidRDefault="00223469"/>
        </w:tc>
      </w:tr>
    </w:tbl>
    <w:p w:rsidR="00223469" w:rsidRDefault="00223469">
      <w:pPr>
        <w:spacing w:after="20"/>
      </w:pPr>
    </w:p>
    <w:p w:rsidR="00223469" w:rsidRDefault="008811B3">
      <w:pPr>
        <w:pStyle w:val="Heading2"/>
      </w:pPr>
      <w:r>
        <w:t>Appendix F — Exceptions &amp; Assumptions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304"/>
        <w:gridCol w:w="4752"/>
        <w:gridCol w:w="3456"/>
      </w:tblGrid>
      <w:tr w:rsidR="00223469">
        <w:trPr>
          <w:tblHeader/>
          <w:jc w:val="center"/>
        </w:trPr>
        <w:tc>
          <w:tcPr>
            <w:tcW w:w="2304" w:type="dxa"/>
            <w:shd w:val="clear" w:color="auto" w:fill="0B2A4A"/>
            <w:tcMar>
              <w:top w:w="70" w:type="dxa"/>
              <w:left w:w="90" w:type="dxa"/>
              <w:bottom w:w="70" w:type="dxa"/>
              <w:right w:w="90" w:type="dxa"/>
            </w:tcMar>
          </w:tcPr>
          <w:p w:rsidR="00223469" w:rsidRDefault="008811B3">
            <w:r>
              <w:rPr>
                <w:b/>
                <w:color w:val="FFFFFF"/>
                <w:sz w:val="18"/>
              </w:rPr>
              <w:t>SECTION / REQ.</w:t>
            </w:r>
          </w:p>
        </w:tc>
        <w:tc>
          <w:tcPr>
            <w:tcW w:w="4752" w:type="dxa"/>
            <w:shd w:val="clear" w:color="auto" w:fill="0B2A4A"/>
            <w:tcMar>
              <w:top w:w="70" w:type="dxa"/>
              <w:left w:w="90" w:type="dxa"/>
              <w:bottom w:w="70" w:type="dxa"/>
              <w:right w:w="90" w:type="dxa"/>
            </w:tcMar>
          </w:tcPr>
          <w:p w:rsidR="00223469" w:rsidRDefault="008811B3">
            <w:r>
              <w:rPr>
                <w:b/>
                <w:color w:val="FFFFFF"/>
                <w:sz w:val="18"/>
              </w:rPr>
              <w:t>EXCEPTION / ASSUMPTION</w:t>
            </w:r>
          </w:p>
        </w:tc>
        <w:tc>
          <w:tcPr>
            <w:tcW w:w="3456" w:type="dxa"/>
            <w:shd w:val="clear" w:color="auto" w:fill="0B2A4A"/>
            <w:tcMar>
              <w:top w:w="70" w:type="dxa"/>
              <w:left w:w="90" w:type="dxa"/>
              <w:bottom w:w="70" w:type="dxa"/>
              <w:right w:w="90" w:type="dxa"/>
            </w:tcMar>
          </w:tcPr>
          <w:p w:rsidR="00223469" w:rsidRDefault="008811B3">
            <w:r>
              <w:rPr>
                <w:b/>
                <w:color w:val="FFFFFF"/>
                <w:sz w:val="18"/>
              </w:rPr>
              <w:t>IMPACT / ALTERNATIVE</w:t>
            </w:r>
          </w:p>
        </w:tc>
      </w:tr>
      <w:tr w:rsidR="00223469">
        <w:trPr>
          <w:jc w:val="center"/>
        </w:trPr>
        <w:tc>
          <w:tcPr>
            <w:tcW w:w="2304" w:type="dxa"/>
            <w:tcMar>
              <w:top w:w="70" w:type="dxa"/>
              <w:left w:w="90" w:type="dxa"/>
              <w:bottom w:w="70" w:type="dxa"/>
              <w:right w:w="90" w:type="dxa"/>
            </w:tcMar>
          </w:tcPr>
          <w:p w:rsidR="00223469" w:rsidRDefault="008811B3">
            <w:r>
              <w:rPr>
                <w:sz w:val="18"/>
              </w:rPr>
              <w:t>[ID]</w:t>
            </w:r>
          </w:p>
        </w:tc>
        <w:tc>
          <w:tcPr>
            <w:tcW w:w="4752" w:type="dxa"/>
            <w:tcMar>
              <w:top w:w="70" w:type="dxa"/>
              <w:left w:w="90" w:type="dxa"/>
              <w:bottom w:w="70" w:type="dxa"/>
              <w:right w:w="90" w:type="dxa"/>
            </w:tcMar>
          </w:tcPr>
          <w:p w:rsidR="00223469" w:rsidRDefault="00223469"/>
        </w:tc>
        <w:tc>
          <w:tcPr>
            <w:tcW w:w="3456" w:type="dxa"/>
            <w:tcMar>
              <w:top w:w="70" w:type="dxa"/>
              <w:left w:w="90" w:type="dxa"/>
              <w:bottom w:w="70" w:type="dxa"/>
              <w:right w:w="90" w:type="dxa"/>
            </w:tcMar>
          </w:tcPr>
          <w:p w:rsidR="00223469" w:rsidRDefault="00223469"/>
        </w:tc>
      </w:tr>
      <w:tr w:rsidR="00223469">
        <w:trPr>
          <w:jc w:val="center"/>
        </w:trPr>
        <w:tc>
          <w:tcPr>
            <w:tcW w:w="2304" w:type="dxa"/>
            <w:shd w:val="clear" w:color="auto" w:fill="F5F8FC"/>
            <w:tcMar>
              <w:top w:w="70" w:type="dxa"/>
              <w:left w:w="90" w:type="dxa"/>
              <w:bottom w:w="70" w:type="dxa"/>
              <w:right w:w="90" w:type="dxa"/>
            </w:tcMar>
          </w:tcPr>
          <w:p w:rsidR="00223469" w:rsidRDefault="008811B3">
            <w:r>
              <w:rPr>
                <w:sz w:val="18"/>
              </w:rPr>
              <w:t>[ID]</w:t>
            </w:r>
          </w:p>
        </w:tc>
        <w:tc>
          <w:tcPr>
            <w:tcW w:w="4752" w:type="dxa"/>
            <w:shd w:val="clear" w:color="auto" w:fill="F5F8FC"/>
            <w:tcMar>
              <w:top w:w="70" w:type="dxa"/>
              <w:left w:w="90" w:type="dxa"/>
              <w:bottom w:w="70" w:type="dxa"/>
              <w:right w:w="90" w:type="dxa"/>
            </w:tcMar>
          </w:tcPr>
          <w:p w:rsidR="00223469" w:rsidRDefault="00223469"/>
        </w:tc>
        <w:tc>
          <w:tcPr>
            <w:tcW w:w="3456" w:type="dxa"/>
            <w:shd w:val="clear" w:color="auto" w:fill="F5F8FC"/>
            <w:tcMar>
              <w:top w:w="70" w:type="dxa"/>
              <w:left w:w="90" w:type="dxa"/>
              <w:bottom w:w="70" w:type="dxa"/>
              <w:right w:w="90" w:type="dxa"/>
            </w:tcMar>
          </w:tcPr>
          <w:p w:rsidR="00223469" w:rsidRDefault="00223469"/>
        </w:tc>
      </w:tr>
      <w:tr w:rsidR="00223469">
        <w:trPr>
          <w:jc w:val="center"/>
        </w:trPr>
        <w:tc>
          <w:tcPr>
            <w:tcW w:w="2304" w:type="dxa"/>
            <w:tcMar>
              <w:top w:w="70" w:type="dxa"/>
              <w:left w:w="90" w:type="dxa"/>
              <w:bottom w:w="70" w:type="dxa"/>
              <w:right w:w="90" w:type="dxa"/>
            </w:tcMar>
          </w:tcPr>
          <w:p w:rsidR="00223469" w:rsidRDefault="008811B3">
            <w:r>
              <w:rPr>
                <w:sz w:val="18"/>
              </w:rPr>
              <w:t>[ID]</w:t>
            </w:r>
          </w:p>
        </w:tc>
        <w:tc>
          <w:tcPr>
            <w:tcW w:w="4752" w:type="dxa"/>
            <w:tcMar>
              <w:top w:w="70" w:type="dxa"/>
              <w:left w:w="90" w:type="dxa"/>
              <w:bottom w:w="70" w:type="dxa"/>
              <w:right w:w="90" w:type="dxa"/>
            </w:tcMar>
          </w:tcPr>
          <w:p w:rsidR="00223469" w:rsidRDefault="00223469"/>
        </w:tc>
        <w:tc>
          <w:tcPr>
            <w:tcW w:w="3456" w:type="dxa"/>
            <w:tcMar>
              <w:top w:w="70" w:type="dxa"/>
              <w:left w:w="90" w:type="dxa"/>
              <w:bottom w:w="70" w:type="dxa"/>
              <w:right w:w="90" w:type="dxa"/>
            </w:tcMar>
          </w:tcPr>
          <w:p w:rsidR="00223469" w:rsidRDefault="00223469"/>
        </w:tc>
      </w:tr>
    </w:tbl>
    <w:p w:rsidR="00223469" w:rsidRDefault="00223469">
      <w:pPr>
        <w:spacing w:after="20"/>
      </w:pPr>
    </w:p>
    <w:p w:rsidR="00223469" w:rsidRDefault="008811B3">
      <w:pPr>
        <w:pStyle w:val="Heading2"/>
      </w:pPr>
      <w:r>
        <w:t>Appendix G — Vendor Questions Log (Internal Use)</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864"/>
        <w:gridCol w:w="4320"/>
        <w:gridCol w:w="3888"/>
        <w:gridCol w:w="1872"/>
      </w:tblGrid>
      <w:tr w:rsidR="00223469">
        <w:trPr>
          <w:tblHeader/>
          <w:jc w:val="center"/>
        </w:trPr>
        <w:tc>
          <w:tcPr>
            <w:tcW w:w="864" w:type="dxa"/>
            <w:shd w:val="clear" w:color="auto" w:fill="0B2A4A"/>
            <w:tcMar>
              <w:top w:w="70" w:type="dxa"/>
              <w:left w:w="90" w:type="dxa"/>
              <w:bottom w:w="70" w:type="dxa"/>
              <w:right w:w="90" w:type="dxa"/>
            </w:tcMar>
          </w:tcPr>
          <w:p w:rsidR="00223469" w:rsidRDefault="008811B3">
            <w:r>
              <w:rPr>
                <w:b/>
                <w:color w:val="FFFFFF"/>
                <w:sz w:val="18"/>
              </w:rPr>
              <w:t>#</w:t>
            </w:r>
          </w:p>
        </w:tc>
        <w:tc>
          <w:tcPr>
            <w:tcW w:w="4320" w:type="dxa"/>
            <w:shd w:val="clear" w:color="auto" w:fill="0B2A4A"/>
            <w:tcMar>
              <w:top w:w="70" w:type="dxa"/>
              <w:left w:w="90" w:type="dxa"/>
              <w:bottom w:w="70" w:type="dxa"/>
              <w:right w:w="90" w:type="dxa"/>
            </w:tcMar>
          </w:tcPr>
          <w:p w:rsidR="00223469" w:rsidRDefault="008811B3">
            <w:r>
              <w:rPr>
                <w:b/>
                <w:color w:val="FFFFFF"/>
                <w:sz w:val="18"/>
              </w:rPr>
              <w:t>BIDDER QUESTION</w:t>
            </w:r>
          </w:p>
        </w:tc>
        <w:tc>
          <w:tcPr>
            <w:tcW w:w="3888" w:type="dxa"/>
            <w:shd w:val="clear" w:color="auto" w:fill="0B2A4A"/>
            <w:tcMar>
              <w:top w:w="70" w:type="dxa"/>
              <w:left w:w="90" w:type="dxa"/>
              <w:bottom w:w="70" w:type="dxa"/>
              <w:right w:w="90" w:type="dxa"/>
            </w:tcMar>
          </w:tcPr>
          <w:p w:rsidR="00223469" w:rsidRDefault="008811B3">
            <w:r>
              <w:rPr>
                <w:b/>
                <w:color w:val="FFFFFF"/>
                <w:sz w:val="18"/>
              </w:rPr>
              <w:t>ORGANIZATION RESPONSE</w:t>
            </w:r>
          </w:p>
        </w:tc>
        <w:tc>
          <w:tcPr>
            <w:tcW w:w="1872" w:type="dxa"/>
            <w:shd w:val="clear" w:color="auto" w:fill="0B2A4A"/>
            <w:tcMar>
              <w:top w:w="70" w:type="dxa"/>
              <w:left w:w="90" w:type="dxa"/>
              <w:bottom w:w="70" w:type="dxa"/>
              <w:right w:w="90" w:type="dxa"/>
            </w:tcMar>
          </w:tcPr>
          <w:p w:rsidR="00223469" w:rsidRDefault="008811B3">
            <w:r>
              <w:rPr>
                <w:b/>
                <w:color w:val="FFFFFF"/>
                <w:sz w:val="18"/>
              </w:rPr>
              <w:t>ADDENDUM / DATE</w:t>
            </w:r>
          </w:p>
        </w:tc>
      </w:tr>
      <w:tr w:rsidR="00223469">
        <w:trPr>
          <w:jc w:val="center"/>
        </w:trPr>
        <w:tc>
          <w:tcPr>
            <w:tcW w:w="864" w:type="dxa"/>
            <w:tcMar>
              <w:top w:w="70" w:type="dxa"/>
              <w:left w:w="90" w:type="dxa"/>
              <w:bottom w:w="70" w:type="dxa"/>
              <w:right w:w="90" w:type="dxa"/>
            </w:tcMar>
          </w:tcPr>
          <w:p w:rsidR="00223469" w:rsidRDefault="008811B3">
            <w:r>
              <w:rPr>
                <w:sz w:val="18"/>
              </w:rPr>
              <w:t>1</w:t>
            </w:r>
          </w:p>
        </w:tc>
        <w:tc>
          <w:tcPr>
            <w:tcW w:w="4320" w:type="dxa"/>
            <w:tcMar>
              <w:top w:w="70" w:type="dxa"/>
              <w:left w:w="90" w:type="dxa"/>
              <w:bottom w:w="70" w:type="dxa"/>
              <w:right w:w="90" w:type="dxa"/>
            </w:tcMar>
          </w:tcPr>
          <w:p w:rsidR="00223469" w:rsidRDefault="00223469"/>
        </w:tc>
        <w:tc>
          <w:tcPr>
            <w:tcW w:w="3888" w:type="dxa"/>
            <w:tcMar>
              <w:top w:w="70" w:type="dxa"/>
              <w:left w:w="90" w:type="dxa"/>
              <w:bottom w:w="70" w:type="dxa"/>
              <w:right w:w="90" w:type="dxa"/>
            </w:tcMar>
          </w:tcPr>
          <w:p w:rsidR="00223469" w:rsidRDefault="00223469"/>
        </w:tc>
        <w:tc>
          <w:tcPr>
            <w:tcW w:w="1872" w:type="dxa"/>
            <w:tcMar>
              <w:top w:w="70" w:type="dxa"/>
              <w:left w:w="90" w:type="dxa"/>
              <w:bottom w:w="70" w:type="dxa"/>
              <w:right w:w="90" w:type="dxa"/>
            </w:tcMar>
          </w:tcPr>
          <w:p w:rsidR="00223469" w:rsidRDefault="00223469"/>
        </w:tc>
      </w:tr>
      <w:tr w:rsidR="00223469">
        <w:trPr>
          <w:jc w:val="center"/>
        </w:trPr>
        <w:tc>
          <w:tcPr>
            <w:tcW w:w="864" w:type="dxa"/>
            <w:shd w:val="clear" w:color="auto" w:fill="F5F8FC"/>
            <w:tcMar>
              <w:top w:w="70" w:type="dxa"/>
              <w:left w:w="90" w:type="dxa"/>
              <w:bottom w:w="70" w:type="dxa"/>
              <w:right w:w="90" w:type="dxa"/>
            </w:tcMar>
          </w:tcPr>
          <w:p w:rsidR="00223469" w:rsidRDefault="008811B3">
            <w:r>
              <w:rPr>
                <w:sz w:val="18"/>
              </w:rPr>
              <w:t>2</w:t>
            </w:r>
          </w:p>
        </w:tc>
        <w:tc>
          <w:tcPr>
            <w:tcW w:w="4320" w:type="dxa"/>
            <w:shd w:val="clear" w:color="auto" w:fill="F5F8FC"/>
            <w:tcMar>
              <w:top w:w="70" w:type="dxa"/>
              <w:left w:w="90" w:type="dxa"/>
              <w:bottom w:w="70" w:type="dxa"/>
              <w:right w:w="90" w:type="dxa"/>
            </w:tcMar>
          </w:tcPr>
          <w:p w:rsidR="00223469" w:rsidRDefault="00223469"/>
        </w:tc>
        <w:tc>
          <w:tcPr>
            <w:tcW w:w="3888" w:type="dxa"/>
            <w:shd w:val="clear" w:color="auto" w:fill="F5F8FC"/>
            <w:tcMar>
              <w:top w:w="70" w:type="dxa"/>
              <w:left w:w="90" w:type="dxa"/>
              <w:bottom w:w="70" w:type="dxa"/>
              <w:right w:w="90" w:type="dxa"/>
            </w:tcMar>
          </w:tcPr>
          <w:p w:rsidR="00223469" w:rsidRDefault="00223469"/>
        </w:tc>
        <w:tc>
          <w:tcPr>
            <w:tcW w:w="1872" w:type="dxa"/>
            <w:shd w:val="clear" w:color="auto" w:fill="F5F8FC"/>
            <w:tcMar>
              <w:top w:w="70" w:type="dxa"/>
              <w:left w:w="90" w:type="dxa"/>
              <w:bottom w:w="70" w:type="dxa"/>
              <w:right w:w="90" w:type="dxa"/>
            </w:tcMar>
          </w:tcPr>
          <w:p w:rsidR="00223469" w:rsidRDefault="00223469"/>
        </w:tc>
      </w:tr>
      <w:tr w:rsidR="00223469">
        <w:trPr>
          <w:jc w:val="center"/>
        </w:trPr>
        <w:tc>
          <w:tcPr>
            <w:tcW w:w="864" w:type="dxa"/>
            <w:tcMar>
              <w:top w:w="70" w:type="dxa"/>
              <w:left w:w="90" w:type="dxa"/>
              <w:bottom w:w="70" w:type="dxa"/>
              <w:right w:w="90" w:type="dxa"/>
            </w:tcMar>
          </w:tcPr>
          <w:p w:rsidR="00223469" w:rsidRDefault="008811B3">
            <w:r>
              <w:rPr>
                <w:sz w:val="18"/>
              </w:rPr>
              <w:t>3</w:t>
            </w:r>
          </w:p>
        </w:tc>
        <w:tc>
          <w:tcPr>
            <w:tcW w:w="4320" w:type="dxa"/>
            <w:tcMar>
              <w:top w:w="70" w:type="dxa"/>
              <w:left w:w="90" w:type="dxa"/>
              <w:bottom w:w="70" w:type="dxa"/>
              <w:right w:w="90" w:type="dxa"/>
            </w:tcMar>
          </w:tcPr>
          <w:p w:rsidR="00223469" w:rsidRDefault="00223469"/>
        </w:tc>
        <w:tc>
          <w:tcPr>
            <w:tcW w:w="3888" w:type="dxa"/>
            <w:tcMar>
              <w:top w:w="70" w:type="dxa"/>
              <w:left w:w="90" w:type="dxa"/>
              <w:bottom w:w="70" w:type="dxa"/>
              <w:right w:w="90" w:type="dxa"/>
            </w:tcMar>
          </w:tcPr>
          <w:p w:rsidR="00223469" w:rsidRDefault="00223469"/>
        </w:tc>
        <w:tc>
          <w:tcPr>
            <w:tcW w:w="1872" w:type="dxa"/>
            <w:tcMar>
              <w:top w:w="70" w:type="dxa"/>
              <w:left w:w="90" w:type="dxa"/>
              <w:bottom w:w="70" w:type="dxa"/>
              <w:right w:w="90" w:type="dxa"/>
            </w:tcMar>
          </w:tcPr>
          <w:p w:rsidR="00223469" w:rsidRDefault="00223469"/>
        </w:tc>
      </w:tr>
    </w:tbl>
    <w:p w:rsidR="00223469" w:rsidRDefault="00223469">
      <w:pPr>
        <w:spacing w:after="20"/>
      </w:pPr>
    </w:p>
    <w:p w:rsidR="00650BB0" w:rsidRDefault="00650BB0">
      <w:pPr>
        <w:spacing w:after="200" w:line="276" w:lineRule="auto"/>
        <w:rPr>
          <w:rFonts w:asciiTheme="majorHAnsi" w:eastAsiaTheme="majorEastAsia" w:hAnsiTheme="majorHAnsi" w:cstheme="majorBidi"/>
          <w:b/>
          <w:bCs/>
          <w:color w:val="0A66D8"/>
          <w:sz w:val="24"/>
          <w:szCs w:val="26"/>
        </w:rPr>
      </w:pPr>
      <w:r>
        <w:br w:type="page"/>
      </w:r>
    </w:p>
    <w:p w:rsidR="00223469" w:rsidRDefault="008811B3">
      <w:pPr>
        <w:pStyle w:val="Heading2"/>
      </w:pPr>
      <w:bookmarkStart w:id="21" w:name="_GoBack"/>
      <w:bookmarkEnd w:id="21"/>
      <w:r>
        <w:lastRenderedPageBreak/>
        <w:t>Appendix H — Final Pre-Issue Quality Check</w:t>
      </w:r>
    </w:p>
    <w:p w:rsidR="00223469" w:rsidRDefault="008811B3">
      <w:r>
        <w:t>☐</w:t>
      </w:r>
      <w:r>
        <w:t xml:space="preserve"> Business objectives, use cases, scope, deliverables and acceptance criteria </w:t>
      </w:r>
      <w:r>
        <w:t>align.</w:t>
      </w:r>
    </w:p>
    <w:p w:rsidR="00223469" w:rsidRDefault="008811B3">
      <w:r>
        <w:t>☐</w:t>
      </w:r>
      <w:r>
        <w:t xml:space="preserve"> Every AI action and data access path has an identified permission and oversight model.</w:t>
      </w:r>
    </w:p>
    <w:p w:rsidR="00223469" w:rsidRDefault="008811B3">
      <w:r>
        <w:t>☐</w:t>
      </w:r>
      <w:r>
        <w:t xml:space="preserve"> Pricing separates implementation, recurring model/cloud costs and support.</w:t>
      </w:r>
    </w:p>
    <w:p w:rsidR="00223469" w:rsidRDefault="008811B3">
      <w:r>
        <w:t>☐</w:t>
      </w:r>
      <w:r>
        <w:t xml:space="preserve"> Evaluation weights total 100 and match proposal instructions.</w:t>
      </w:r>
    </w:p>
    <w:p w:rsidR="00223469" w:rsidRDefault="008811B3">
      <w:r>
        <w:t>☐</w:t>
      </w:r>
      <w:r>
        <w:t xml:space="preserve"> Every mandatory r</w:t>
      </w:r>
      <w:r>
        <w:t>equirement is necessary and testable.</w:t>
      </w:r>
    </w:p>
    <w:p w:rsidR="00223469" w:rsidRDefault="008811B3">
      <w:r>
        <w:t>☐</w:t>
      </w:r>
      <w:r>
        <w:t xml:space="preserve"> Data ownership, training use, retention, deletion and subprocessor requirements are clear.</w:t>
      </w:r>
    </w:p>
    <w:p w:rsidR="00223469" w:rsidRDefault="008811B3">
      <w:r>
        <w:t>☐</w:t>
      </w:r>
      <w:r>
        <w:t xml:space="preserve"> Security, privacy, accessibility and AI governance requirements were reviewed by appropriate stakeholders.</w:t>
      </w:r>
    </w:p>
    <w:p w:rsidR="00223469" w:rsidRDefault="008811B3">
      <w:r>
        <w:t>☐</w:t>
      </w:r>
      <w:r>
        <w:t xml:space="preserve"> </w:t>
      </w:r>
      <w:r>
        <w:t>Pilot-to-production gates and evaluation thresholds are defined or intentionally left for bidder proposal.</w:t>
      </w:r>
    </w:p>
    <w:p w:rsidR="00223469" w:rsidRDefault="008811B3">
      <w:r>
        <w:t>☐</w:t>
      </w:r>
      <w:r>
        <w:t xml:space="preserve"> Known systems, integrations and data sources are disclosed sufficiently for pricing.</w:t>
      </w:r>
    </w:p>
    <w:p w:rsidR="00223469" w:rsidRDefault="008811B3">
      <w:r>
        <w:t>☐</w:t>
      </w:r>
      <w:r>
        <w:t xml:space="preserve"> Dates are consistent throughout the RFP.</w:t>
      </w:r>
    </w:p>
    <w:p w:rsidR="00223469" w:rsidRDefault="008811B3">
      <w:r>
        <w:t>☐</w:t>
      </w:r>
      <w:r>
        <w:t xml:space="preserve"> Insurance and con</w:t>
      </w:r>
      <w:r>
        <w:t>tract terms are approved.</w:t>
      </w:r>
    </w:p>
    <w:p w:rsidR="00223469" w:rsidRDefault="008811B3">
      <w:r>
        <w:t>☐</w:t>
      </w:r>
      <w:r>
        <w:t xml:space="preserve"> Submission instructions and time zone are unambiguous.</w:t>
      </w:r>
    </w:p>
    <w:p w:rsidR="00223469" w:rsidRDefault="008811B3">
      <w:r>
        <w:t>☐</w:t>
      </w:r>
      <w:r>
        <w:t xml:space="preserve"> All bracketed placeholders are completed or intentionally retained.</w:t>
      </w:r>
    </w:p>
    <w:p w:rsidR="00223469" w:rsidRDefault="008811B3">
      <w:r>
        <w:br w:type="page"/>
      </w:r>
    </w:p>
    <w:p w:rsidR="00223469" w:rsidRDefault="008811B3">
      <w:pPr>
        <w:jc w:val="center"/>
      </w:pPr>
      <w:r>
        <w:rPr>
          <w:noProof/>
        </w:rPr>
        <w:lastRenderedPageBreak/>
        <w:drawing>
          <wp:inline distT="0" distB="0" distL="0" distR="0">
            <wp:extent cx="3474720" cy="1544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oughtMedia-logo-2026(1).jpg"/>
                    <pic:cNvPicPr/>
                  </pic:nvPicPr>
                  <pic:blipFill>
                    <a:blip r:embed="rId9"/>
                    <a:stretch>
                      <a:fillRect/>
                    </a:stretch>
                  </pic:blipFill>
                  <pic:spPr>
                    <a:xfrm>
                      <a:off x="0" y="0"/>
                      <a:ext cx="3474720" cy="1544320"/>
                    </a:xfrm>
                    <a:prstGeom prst="rect">
                      <a:avLst/>
                    </a:prstGeom>
                  </pic:spPr>
                </pic:pic>
              </a:graphicData>
            </a:graphic>
          </wp:inline>
        </w:drawing>
      </w:r>
    </w:p>
    <w:p w:rsidR="00223469" w:rsidRDefault="008811B3">
      <w:pPr>
        <w:jc w:val="center"/>
      </w:pPr>
      <w:r>
        <w:rPr>
          <w:b/>
          <w:color w:val="0B2A4A"/>
          <w:sz w:val="36"/>
        </w:rPr>
        <w:t>THOUGHT MEDIA™</w:t>
      </w:r>
    </w:p>
    <w:p w:rsidR="00223469" w:rsidRDefault="008811B3">
      <w:pPr>
        <w:jc w:val="center"/>
      </w:pPr>
      <w:r>
        <w:rPr>
          <w:b/>
          <w:color w:val="0A66D8"/>
          <w:sz w:val="20"/>
        </w:rPr>
        <w:t xml:space="preserve">RFP Writing • Requirements Gathering • Scope of Work Development • Procurement </w:t>
      </w:r>
      <w:r>
        <w:rPr>
          <w:b/>
          <w:color w:val="0A66D8"/>
          <w:sz w:val="20"/>
        </w:rPr>
        <w:t>Advisory</w:t>
      </w:r>
    </w:p>
    <w:p w:rsidR="00223469" w:rsidRDefault="008811B3">
      <w:pPr>
        <w:jc w:val="center"/>
      </w:pPr>
      <w:r>
        <w:t>For complex enterprise and public-sector AI procurements, Thought Media™ can help develop a requirements-specific RFP from discovery through final solicitation structure.</w:t>
      </w:r>
    </w:p>
    <w:p w:rsidR="00223469" w:rsidRDefault="008811B3">
      <w:pPr>
        <w:jc w:val="center"/>
      </w:pPr>
      <w:hyperlink r:id="rId11">
        <w:r>
          <w:rPr>
            <w:b/>
            <w:color w:val="0A66D8"/>
            <w:szCs w:val="21"/>
            <w:u w:val="single"/>
          </w:rPr>
          <w:t>thoughtmedia.com</w:t>
        </w:r>
      </w:hyperlink>
    </w:p>
    <w:p w:rsidR="00223469" w:rsidRDefault="008811B3">
      <w:pPr>
        <w:jc w:val="center"/>
      </w:pPr>
      <w:hyperlink r:id="rId12">
        <w:r>
          <w:rPr>
            <w:b/>
            <w:color w:val="0A66D8"/>
            <w:szCs w:val="21"/>
            <w:u w:val="single"/>
          </w:rPr>
          <w:t>Contact us for custom RFP writing services</w:t>
        </w:r>
      </w:hyperlink>
    </w:p>
    <w:p w:rsidR="00223469" w:rsidRDefault="008811B3">
      <w:pPr>
        <w:jc w:val="center"/>
      </w:pPr>
      <w:r>
        <w:rPr>
          <w:b/>
          <w:color w:val="0B2A4A"/>
        </w:rPr>
        <w:t>1 (800) 916 3864 x9902</w:t>
      </w:r>
    </w:p>
    <w:sectPr w:rsidR="00223469" w:rsidSect="00034616">
      <w:headerReference w:type="default" r:id="rId13"/>
      <w:footerReference w:type="default" r:id="rId14"/>
      <w:pgSz w:w="12240" w:h="15840"/>
      <w:pgMar w:top="936" w:right="979" w:bottom="893" w:left="979" w:header="403" w:footer="40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1B3" w:rsidRDefault="008811B3">
      <w:pPr>
        <w:spacing w:after="0" w:line="240" w:lineRule="auto"/>
      </w:pPr>
      <w:r>
        <w:separator/>
      </w:r>
    </w:p>
  </w:endnote>
  <w:endnote w:type="continuationSeparator" w:id="0">
    <w:p w:rsidR="008811B3" w:rsidRDefault="00881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469" w:rsidRDefault="008811B3">
    <w:pPr>
      <w:pStyle w:val="Footer"/>
      <w:jc w:val="center"/>
    </w:pPr>
    <w:r>
      <w:rPr>
        <w:color w:val="6B7280"/>
        <w:sz w:val="16"/>
      </w:rPr>
      <w:t xml:space="preserve">Thought Media™ </w:t>
    </w:r>
    <w:r>
      <w:rPr>
        <w:color w:val="6B7280"/>
        <w:sz w:val="16"/>
      </w:rPr>
      <w:t xml:space="preserve"> •  Enterprise &amp; Public Sector Procurement  •  Page </w:t>
    </w:r>
    <w:r>
      <w:fldChar w:fldCharType="begin"/>
    </w:r>
    <w:r>
      <w:instrText xml:space="preserve"> PAGE </w:instrText>
    </w:r>
    <w:r>
      <w:fldChar w:fldCharType="separate"/>
    </w:r>
    <w:r w:rsidR="00650BB0">
      <w:rPr>
        <w:noProof/>
      </w:rPr>
      <w:t>22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1B3" w:rsidRDefault="008811B3">
      <w:pPr>
        <w:spacing w:after="0" w:line="240" w:lineRule="auto"/>
      </w:pPr>
      <w:r>
        <w:separator/>
      </w:r>
    </w:p>
  </w:footnote>
  <w:footnote w:type="continuationSeparator" w:id="0">
    <w:p w:rsidR="008811B3" w:rsidRDefault="008811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469" w:rsidRDefault="008811B3">
    <w:pPr>
      <w:pStyle w:val="Header"/>
      <w:jc w:val="center"/>
    </w:pPr>
    <w:r>
      <w:rPr>
        <w:b/>
        <w:color w:val="0B2A4A"/>
        <w:sz w:val="16"/>
      </w:rPr>
      <w:t>THOUGHT MEDIA™  |  AI DEVELOPMENT &amp; ADOPTION RFP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23469"/>
    <w:rsid w:val="0029639D"/>
    <w:rsid w:val="00326F90"/>
    <w:rsid w:val="00650BB0"/>
    <w:rsid w:val="008811B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1F2937"/>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B2A4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A66D8"/>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2F75B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566573"/>
      <w:sz w:val="18"/>
    </w:rPr>
  </w:style>
  <w:style w:type="paragraph" w:customStyle="1" w:styleId="AIInstruction">
    <w:name w:val="AI Instruction"/>
    <w:pPr>
      <w:spacing w:before="80" w:after="100"/>
    </w:pPr>
    <w:rPr>
      <w:rFonts w:ascii="Arial" w:hAnsi="Arial"/>
      <w:color w:val="0B2A4A"/>
      <w:sz w:val="19"/>
    </w:rPr>
  </w:style>
  <w:style w:type="paragraph" w:styleId="BalloonText">
    <w:name w:val="Balloon Text"/>
    <w:basedOn w:val="Normal"/>
    <w:link w:val="BalloonTextChar"/>
    <w:uiPriority w:val="99"/>
    <w:semiHidden/>
    <w:unhideWhenUsed/>
    <w:rsid w:val="00650B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0BB0"/>
    <w:rPr>
      <w:rFonts w:ascii="Tahoma" w:hAnsi="Tahoma" w:cs="Tahoma"/>
      <w:color w:val="1F2937"/>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1F2937"/>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B2A4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A66D8"/>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2F75B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566573"/>
      <w:sz w:val="18"/>
    </w:rPr>
  </w:style>
  <w:style w:type="paragraph" w:customStyle="1" w:styleId="AIInstruction">
    <w:name w:val="AI Instruction"/>
    <w:pPr>
      <w:spacing w:before="80" w:after="100"/>
    </w:pPr>
    <w:rPr>
      <w:rFonts w:ascii="Arial" w:hAnsi="Arial"/>
      <w:color w:val="0B2A4A"/>
      <w:sz w:val="19"/>
    </w:rPr>
  </w:style>
  <w:style w:type="paragraph" w:styleId="BalloonText">
    <w:name w:val="Balloon Text"/>
    <w:basedOn w:val="Normal"/>
    <w:link w:val="BalloonTextChar"/>
    <w:uiPriority w:val="99"/>
    <w:semiHidden/>
    <w:unhideWhenUsed/>
    <w:rsid w:val="00650B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0BB0"/>
    <w:rPr>
      <w:rFonts w:ascii="Tahoma" w:hAnsi="Tahoma" w:cs="Tahoma"/>
      <w:color w:val="1F2937"/>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houghtmedia.com/contac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houghtmedia.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thoughtmedia.com/contact/"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7AEDD-5EBB-4045-9B49-830F35A66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5619</Words>
  <Characters>32031</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2013-12-23T23:15:00Z</dcterms:created>
  <dcterms:modified xsi:type="dcterms:W3CDTF">2026-11-02T16:13:00Z</dcterms:modified>
  <cp:category/>
</cp:coreProperties>
</file>