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4AF3" w:rsidRDefault="000C7E7C">
      <w:pPr>
        <w:jc w:val="center"/>
      </w:pPr>
      <w:r>
        <w:rPr>
          <w:noProof/>
        </w:rPr>
        <w:drawing>
          <wp:inline distT="0" distB="0" distL="0" distR="0">
            <wp:extent cx="5257800" cy="23368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houghtMedia-logo-2026(1)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233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94AF3" w:rsidRDefault="000C7E7C">
      <w:pPr>
        <w:jc w:val="center"/>
      </w:pPr>
      <w:r>
        <w:rPr>
          <w:rFonts w:eastAsia="Arial" w:cs="Arial"/>
          <w:b/>
          <w:color w:val="0B2A4A"/>
          <w:sz w:val="56"/>
          <w:szCs w:val="56"/>
        </w:rPr>
        <w:t>GRAPHIC DESIGN</w:t>
      </w:r>
    </w:p>
    <w:p w:rsidR="00794AF3" w:rsidRDefault="000C7E7C">
      <w:pPr>
        <w:jc w:val="center"/>
      </w:pPr>
      <w:r>
        <w:rPr>
          <w:rFonts w:eastAsia="Arial" w:cs="Arial"/>
          <w:b/>
          <w:color w:val="0A66D8"/>
          <w:sz w:val="40"/>
          <w:szCs w:val="40"/>
        </w:rPr>
        <w:t>REQUEST FOR PROPOSAL TEMPLATE</w:t>
      </w:r>
    </w:p>
    <w:p w:rsidR="00794AF3" w:rsidRDefault="000C7E7C">
      <w:pPr>
        <w:jc w:val="center"/>
      </w:pPr>
      <w:r>
        <w:rPr>
          <w:rFonts w:eastAsia="Arial" w:cs="Arial"/>
          <w:color w:val="4B5563"/>
          <w:sz w:val="24"/>
          <w:szCs w:val="24"/>
        </w:rPr>
        <w:t>Enterprise &amp; Public Sector Procurement</w:t>
      </w:r>
    </w:p>
    <w:p w:rsidR="00794AF3" w:rsidRDefault="000C7E7C">
      <w:pPr>
        <w:jc w:val="center"/>
      </w:pPr>
      <w:r>
        <w:rPr>
          <w:rFonts w:eastAsia="Arial" w:cs="Arial"/>
          <w:b/>
          <w:color w:val="0B2A4A"/>
          <w:sz w:val="22"/>
        </w:rPr>
        <w:t>STANDARD HUMAN-EDITABLE EDITION</w:t>
      </w:r>
    </w:p>
    <w:p w:rsidR="00794AF3" w:rsidRDefault="00794AF3"/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41"/>
        <w:gridCol w:w="5141"/>
      </w:tblGrid>
      <w:tr w:rsidR="00794AF3">
        <w:trPr>
          <w:jc w:val="center"/>
        </w:trPr>
        <w:tc>
          <w:tcPr>
            <w:tcW w:w="5141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b/>
                <w:szCs w:val="21"/>
              </w:rPr>
              <w:t>Issuing Organization</w:t>
            </w:r>
          </w:p>
        </w:tc>
        <w:tc>
          <w:tcPr>
            <w:tcW w:w="5141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Cs w:val="21"/>
              </w:rPr>
              <w:t>[ORGANIZATION NAME]</w:t>
            </w:r>
          </w:p>
        </w:tc>
      </w:tr>
      <w:tr w:rsidR="00794AF3">
        <w:trPr>
          <w:jc w:val="center"/>
        </w:trPr>
        <w:tc>
          <w:tcPr>
            <w:tcW w:w="5141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b/>
                <w:szCs w:val="21"/>
              </w:rPr>
              <w:t>RFP / Solicitation No.</w:t>
            </w:r>
          </w:p>
        </w:tc>
        <w:tc>
          <w:tcPr>
            <w:tcW w:w="5141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Cs w:val="21"/>
              </w:rPr>
              <w:t>[RFP NUMBER]</w:t>
            </w:r>
          </w:p>
        </w:tc>
      </w:tr>
      <w:tr w:rsidR="00794AF3">
        <w:trPr>
          <w:jc w:val="center"/>
        </w:trPr>
        <w:tc>
          <w:tcPr>
            <w:tcW w:w="5141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b/>
                <w:szCs w:val="21"/>
              </w:rPr>
              <w:t>Project Name</w:t>
            </w:r>
          </w:p>
        </w:tc>
        <w:tc>
          <w:tcPr>
            <w:tcW w:w="5141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Cs w:val="21"/>
              </w:rPr>
              <w:t>[PROJECT NAME]</w:t>
            </w:r>
          </w:p>
        </w:tc>
      </w:tr>
      <w:tr w:rsidR="00794AF3">
        <w:trPr>
          <w:jc w:val="center"/>
        </w:trPr>
        <w:tc>
          <w:tcPr>
            <w:tcW w:w="5141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b/>
                <w:szCs w:val="21"/>
              </w:rPr>
              <w:t>Issue Date</w:t>
            </w:r>
          </w:p>
        </w:tc>
        <w:tc>
          <w:tcPr>
            <w:tcW w:w="5141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Cs w:val="21"/>
              </w:rPr>
              <w:t>[DATE]</w:t>
            </w:r>
          </w:p>
        </w:tc>
      </w:tr>
      <w:tr w:rsidR="00794AF3">
        <w:trPr>
          <w:jc w:val="center"/>
        </w:trPr>
        <w:tc>
          <w:tcPr>
            <w:tcW w:w="5141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b/>
                <w:szCs w:val="21"/>
              </w:rPr>
              <w:t xml:space="preserve">Proposal </w:t>
            </w:r>
            <w:r>
              <w:rPr>
                <w:rFonts w:eastAsia="Arial" w:cs="Arial"/>
                <w:b/>
                <w:szCs w:val="21"/>
              </w:rPr>
              <w:t>Due</w:t>
            </w:r>
          </w:p>
        </w:tc>
        <w:tc>
          <w:tcPr>
            <w:tcW w:w="5141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Cs w:val="21"/>
              </w:rPr>
              <w:t>[DATE / TIME / TIME ZONE]</w:t>
            </w:r>
          </w:p>
        </w:tc>
      </w:tr>
    </w:tbl>
    <w:p w:rsidR="00794AF3" w:rsidRDefault="00794AF3"/>
    <w:p w:rsidR="00794AF3" w:rsidRDefault="000C7E7C">
      <w:pPr>
        <w:jc w:val="center"/>
      </w:pPr>
      <w:r>
        <w:rPr>
          <w:rFonts w:eastAsia="Arial" w:cs="Arial"/>
          <w:b/>
          <w:color w:val="0B2A4A"/>
          <w:sz w:val="20"/>
          <w:szCs w:val="20"/>
        </w:rPr>
        <w:t>Free professional template provided by Thought Media™</w:t>
      </w:r>
    </w:p>
    <w:p w:rsidR="00794AF3" w:rsidRDefault="000C7E7C">
      <w:pPr>
        <w:jc w:val="center"/>
      </w:pPr>
      <w:r>
        <w:rPr>
          <w:rFonts w:eastAsia="Arial" w:cs="Arial"/>
          <w:sz w:val="19"/>
          <w:szCs w:val="19"/>
        </w:rPr>
        <w:t xml:space="preserve">Customize with your procurement, legal, risk, security and accessibility teams before release. </w:t>
      </w:r>
      <w:hyperlink r:id="rId10">
        <w:r>
          <w:rPr>
            <w:rFonts w:eastAsia="Arial" w:cs="Arial"/>
            <w:sz w:val="19"/>
            <w:szCs w:val="19"/>
            <w:u w:val="single"/>
          </w:rPr>
          <w:t>Contact us</w:t>
        </w:r>
      </w:hyperlink>
      <w:r>
        <w:rPr>
          <w:rFonts w:eastAsia="Arial" w:cs="Arial"/>
          <w:sz w:val="19"/>
          <w:szCs w:val="19"/>
        </w:rPr>
        <w:t xml:space="preserve"> for assistance with custom RFP writing services.</w:t>
      </w:r>
    </w:p>
    <w:p w:rsidR="00794AF3" w:rsidRDefault="000C7E7C">
      <w:pPr>
        <w:pStyle w:val="SmallNote"/>
        <w:jc w:val="center"/>
      </w:pPr>
      <w:r>
        <w:rPr>
          <w:rFonts w:eastAsia="Arial" w:cs="Arial"/>
          <w:szCs w:val="18"/>
        </w:rPr>
        <w:t>This template is a procurement-planning resource and should be adapted to the issuing organization’s policies, applicable law and contracting requirements.</w:t>
      </w:r>
    </w:p>
    <w:p w:rsidR="00794AF3" w:rsidRDefault="000C7E7C">
      <w:r>
        <w:br w:type="page"/>
      </w:r>
    </w:p>
    <w:p w:rsidR="00794AF3" w:rsidRDefault="000C7E7C">
      <w:pPr>
        <w:pStyle w:val="Heading1"/>
      </w:pPr>
      <w:bookmarkStart w:id="0" w:name="sec_How_to_Use_This_Template"/>
      <w:r>
        <w:rPr>
          <w:rFonts w:ascii="Arial" w:eastAsia="Arial" w:hAnsi="Arial" w:cs="Arial"/>
          <w:szCs w:val="32"/>
        </w:rPr>
        <w:lastRenderedPageBreak/>
        <w:t>How to Use This Template</w:t>
      </w:r>
      <w:bookmarkEnd w:id="0"/>
    </w:p>
    <w:p w:rsidR="00794AF3" w:rsidRDefault="000C7E7C">
      <w:r>
        <w:rPr>
          <w:rFonts w:eastAsia="Arial" w:cs="Arial"/>
          <w:szCs w:val="21"/>
        </w:rPr>
        <w:t xml:space="preserve">This template is </w:t>
      </w:r>
      <w:r>
        <w:rPr>
          <w:rFonts w:eastAsia="Arial" w:cs="Arial"/>
          <w:szCs w:val="21"/>
        </w:rPr>
        <w:t>designed for U.S. enterprise and public-sector procurements involving branding, visual identity, campaign creative, print and digital design, reports, presentations, templates, environmental/experiential graphics and ongoing creative production. Replace br</w:t>
      </w:r>
      <w:r>
        <w:rPr>
          <w:rFonts w:eastAsia="Arial" w:cs="Arial"/>
          <w:szCs w:val="21"/>
        </w:rPr>
        <w:t>acketed placeholders, remove non-applicable requirements, and obtain procurement/legal review before release.</w:t>
      </w:r>
    </w:p>
    <w:p w:rsidR="00794AF3" w:rsidRDefault="000C7E7C">
      <w:r>
        <w:rPr>
          <w:rFonts w:eastAsia="Arial" w:cs="Arial"/>
          <w:szCs w:val="21"/>
        </w:rPr>
        <w:t>Recommended workflow:</w:t>
      </w:r>
    </w:p>
    <w:p w:rsidR="00794AF3" w:rsidRDefault="000C7E7C">
      <w:pPr>
        <w:pStyle w:val="ListNumber"/>
      </w:pPr>
      <w:r>
        <w:rPr>
          <w:rFonts w:eastAsia="Arial" w:cs="Arial"/>
          <w:szCs w:val="21"/>
        </w:rPr>
        <w:t>Confirm project stakeholders, creative objectives, audiences, channels and approval authorities.</w:t>
      </w:r>
    </w:p>
    <w:p w:rsidR="00794AF3" w:rsidRDefault="000C7E7C">
      <w:pPr>
        <w:pStyle w:val="ListNumber"/>
      </w:pPr>
      <w:r>
        <w:rPr>
          <w:rFonts w:eastAsia="Arial" w:cs="Arial"/>
          <w:szCs w:val="21"/>
        </w:rPr>
        <w:t>Inventory existing brand st</w:t>
      </w:r>
      <w:r>
        <w:rPr>
          <w:rFonts w:eastAsia="Arial" w:cs="Arial"/>
          <w:szCs w:val="21"/>
        </w:rPr>
        <w:t>andards, source files, templates, photography, illustrations, production vendors and accessibility requirements.</w:t>
      </w:r>
    </w:p>
    <w:p w:rsidR="00794AF3" w:rsidRDefault="000C7E7C">
      <w:pPr>
        <w:pStyle w:val="ListNumber"/>
      </w:pPr>
      <w:r>
        <w:rPr>
          <w:rFonts w:eastAsia="Arial" w:cs="Arial"/>
          <w:szCs w:val="21"/>
        </w:rPr>
        <w:t>Decide which deliverables are mandatory, optional, recurring or vendor-proposed.</w:t>
      </w:r>
    </w:p>
    <w:p w:rsidR="00794AF3" w:rsidRDefault="000C7E7C">
      <w:pPr>
        <w:pStyle w:val="ListNumber"/>
      </w:pPr>
      <w:r>
        <w:rPr>
          <w:rFonts w:eastAsia="Arial" w:cs="Arial"/>
          <w:szCs w:val="21"/>
        </w:rPr>
        <w:t>Complete the Scope of Work, deliverable specifications, pricin</w:t>
      </w:r>
      <w:r>
        <w:rPr>
          <w:rFonts w:eastAsia="Arial" w:cs="Arial"/>
          <w:szCs w:val="21"/>
        </w:rPr>
        <w:t>g schedule and evaluation model before publishing.</w:t>
      </w:r>
    </w:p>
    <w:p w:rsidR="00794AF3" w:rsidRDefault="000C7E7C">
      <w:pPr>
        <w:pStyle w:val="ListNumber"/>
      </w:pPr>
      <w:r>
        <w:rPr>
          <w:rFonts w:eastAsia="Arial" w:cs="Arial"/>
          <w:szCs w:val="21"/>
        </w:rPr>
        <w:t>Conduct legal, procurement, accessibility, intellectual-property and risk review.</w:t>
      </w:r>
    </w:p>
    <w:p w:rsidR="00794AF3" w:rsidRDefault="000C7E7C">
      <w:pPr>
        <w:pStyle w:val="ListNumber"/>
      </w:pPr>
      <w:r>
        <w:rPr>
          <w:rFonts w:eastAsia="Arial" w:cs="Arial"/>
          <w:szCs w:val="21"/>
        </w:rPr>
        <w:t>Release the RFP with a defined bidder question period, addenda process and clear submission requirements.</w:t>
      </w:r>
    </w:p>
    <w:p w:rsidR="00794AF3" w:rsidRPr="00671B0C" w:rsidRDefault="000C7E7C">
      <w:pPr>
        <w:pStyle w:val="ListNumber"/>
      </w:pPr>
      <w:r>
        <w:rPr>
          <w:rFonts w:eastAsia="Arial" w:cs="Arial"/>
          <w:szCs w:val="21"/>
        </w:rPr>
        <w:t>Evaluate proposal</w:t>
      </w:r>
      <w:r>
        <w:rPr>
          <w:rFonts w:eastAsia="Arial" w:cs="Arial"/>
          <w:szCs w:val="21"/>
        </w:rPr>
        <w:t>s only against the published criteria and documented procurement rules.</w:t>
      </w:r>
    </w:p>
    <w:p w:rsidR="00671B0C" w:rsidRDefault="00671B0C" w:rsidP="00671B0C">
      <w:pPr>
        <w:pStyle w:val="ListNumber"/>
        <w:numPr>
          <w:ilvl w:val="0"/>
          <w:numId w:val="0"/>
        </w:numPr>
        <w:ind w:left="36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0224"/>
      </w:tblGrid>
      <w:tr w:rsidR="00794AF3">
        <w:tc>
          <w:tcPr>
            <w:tcW w:w="10224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FF4CC"/>
            <w:tcMar>
              <w:top w:w="75" w:type="dxa"/>
              <w:left w:w="100" w:type="dxa"/>
              <w:bottom w:w="75" w:type="dxa"/>
              <w:right w:w="100" w:type="dxa"/>
            </w:tcMar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b/>
                <w:sz w:val="19"/>
                <w:szCs w:val="19"/>
              </w:rPr>
              <w:t>IMPORTANT — PROCUREMENT ADAPTATION</w:t>
            </w:r>
            <w:r>
              <w:rPr>
                <w:rFonts w:eastAsia="Arial" w:cs="Arial"/>
                <w:b/>
                <w:sz w:val="19"/>
                <w:szCs w:val="19"/>
              </w:rPr>
              <w:br/>
            </w:r>
            <w:r>
              <w:rPr>
                <w:rFonts w:eastAsia="Arial" w:cs="Arial"/>
                <w:sz w:val="19"/>
                <w:szCs w:val="19"/>
              </w:rPr>
              <w:t>Federal, state, local, education, health, utility and other public-sector entities may be subject to specific procurement statutes, policies, records</w:t>
            </w:r>
            <w:r>
              <w:rPr>
                <w:rFonts w:eastAsia="Arial" w:cs="Arial"/>
                <w:sz w:val="19"/>
                <w:szCs w:val="19"/>
              </w:rPr>
              <w:t xml:space="preserve"> obligations, accessibility rules, contract clauses and approval procedures. Treat this document as a professional starting framework—not a substitute for entity-specific legal or procurement review.</w:t>
            </w:r>
          </w:p>
        </w:tc>
      </w:tr>
    </w:tbl>
    <w:p w:rsidR="00794AF3" w:rsidRDefault="000C7E7C">
      <w:r>
        <w:br w:type="page"/>
      </w:r>
    </w:p>
    <w:p w:rsidR="00794AF3" w:rsidRDefault="000C7E7C">
      <w:pPr>
        <w:pStyle w:val="Heading1"/>
      </w:pPr>
      <w:r>
        <w:rPr>
          <w:rFonts w:ascii="Arial" w:eastAsia="Arial" w:hAnsi="Arial" w:cs="Arial"/>
          <w:szCs w:val="32"/>
        </w:rPr>
        <w:lastRenderedPageBreak/>
        <w:t>Table of Contents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000"/>
        <w:gridCol w:w="1150"/>
      </w:tblGrid>
      <w:tr w:rsidR="00794AF3">
        <w:tc>
          <w:tcPr>
            <w:tcW w:w="9000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0B2A4A"/>
            <w:tcMar>
              <w:top w:w="45" w:type="dxa"/>
              <w:left w:w="70" w:type="dxa"/>
              <w:bottom w:w="45" w:type="dxa"/>
              <w:right w:w="70" w:type="dxa"/>
            </w:tcMar>
          </w:tcPr>
          <w:p w:rsidR="00794AF3" w:rsidRDefault="000C7E7C">
            <w:pPr>
              <w:spacing w:after="0" w:line="240" w:lineRule="auto"/>
            </w:pPr>
            <w:r>
              <w:rPr>
                <w:rFonts w:eastAsia="Arial" w:cs="Arial"/>
                <w:b/>
                <w:color w:val="FFFFFF"/>
                <w:sz w:val="18"/>
                <w:szCs w:val="18"/>
              </w:rPr>
              <w:t>SECTION</w:t>
            </w:r>
          </w:p>
        </w:tc>
        <w:tc>
          <w:tcPr>
            <w:tcW w:w="1150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0B2A4A"/>
            <w:tcMar>
              <w:top w:w="45" w:type="dxa"/>
              <w:left w:w="70" w:type="dxa"/>
              <w:bottom w:w="45" w:type="dxa"/>
              <w:right w:w="70" w:type="dxa"/>
            </w:tcMar>
          </w:tcPr>
          <w:p w:rsidR="00794AF3" w:rsidRDefault="000C7E7C">
            <w:pPr>
              <w:spacing w:after="0" w:line="240" w:lineRule="auto"/>
            </w:pPr>
            <w:r>
              <w:rPr>
                <w:rFonts w:eastAsia="Arial" w:cs="Arial"/>
                <w:b/>
                <w:color w:val="FFFFFF"/>
                <w:sz w:val="18"/>
                <w:szCs w:val="18"/>
              </w:rPr>
              <w:t>PAGE</w:t>
            </w:r>
          </w:p>
        </w:tc>
      </w:tr>
      <w:tr w:rsidR="00794AF3">
        <w:tc>
          <w:tcPr>
            <w:tcW w:w="9000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FFFFF"/>
            <w:tcMar>
              <w:top w:w="45" w:type="dxa"/>
              <w:left w:w="70" w:type="dxa"/>
              <w:bottom w:w="45" w:type="dxa"/>
              <w:right w:w="70" w:type="dxa"/>
            </w:tcMar>
          </w:tcPr>
          <w:p w:rsidR="00794AF3" w:rsidRDefault="000C7E7C">
            <w:pPr>
              <w:spacing w:after="0" w:line="240" w:lineRule="auto"/>
            </w:pPr>
            <w:hyperlink w:anchor="sec_How_to_Use_This_Template" w:history="1">
              <w:r>
                <w:rPr>
                  <w:rFonts w:eastAsia="Arial" w:cs="Arial"/>
                  <w:b/>
                  <w:color w:val="0B2A4A"/>
                  <w:szCs w:val="21"/>
                </w:rPr>
                <w:t>How to Use This Template</w:t>
              </w:r>
            </w:hyperlink>
          </w:p>
        </w:tc>
        <w:tc>
          <w:tcPr>
            <w:tcW w:w="1150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FFFFF"/>
            <w:tcMar>
              <w:top w:w="45" w:type="dxa"/>
              <w:left w:w="70" w:type="dxa"/>
              <w:bottom w:w="45" w:type="dxa"/>
              <w:right w:w="70" w:type="dxa"/>
            </w:tcMar>
          </w:tcPr>
          <w:p w:rsidR="00794AF3" w:rsidRDefault="000C7E7C">
            <w:pPr>
              <w:spacing w:after="0" w:line="240" w:lineRule="auto"/>
              <w:jc w:val="center"/>
            </w:pPr>
            <w:hyperlink w:anchor="sec_How_to_Use_This_Template" w:history="1">
              <w:r>
                <w:rPr>
                  <w:rFonts w:eastAsia="Arial" w:cs="Arial"/>
                  <w:b/>
                  <w:color w:val="0A66D8"/>
                  <w:szCs w:val="21"/>
                </w:rPr>
                <w:t>2</w:t>
              </w:r>
            </w:hyperlink>
          </w:p>
        </w:tc>
      </w:tr>
      <w:tr w:rsidR="00794AF3">
        <w:tc>
          <w:tcPr>
            <w:tcW w:w="9000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5F8FC"/>
            <w:tcMar>
              <w:top w:w="45" w:type="dxa"/>
              <w:left w:w="70" w:type="dxa"/>
              <w:bottom w:w="45" w:type="dxa"/>
              <w:right w:w="70" w:type="dxa"/>
            </w:tcMar>
          </w:tcPr>
          <w:p w:rsidR="00794AF3" w:rsidRDefault="000C7E7C">
            <w:pPr>
              <w:spacing w:after="0" w:line="240" w:lineRule="auto"/>
            </w:pPr>
            <w:hyperlink w:anchor="sec_1_Procurement_Administration" w:history="1">
              <w:r>
                <w:rPr>
                  <w:rFonts w:eastAsia="Arial" w:cs="Arial"/>
                  <w:color w:val="0B2A4A"/>
                  <w:szCs w:val="21"/>
                </w:rPr>
                <w:t>1. Procurement Administration</w:t>
              </w:r>
            </w:hyperlink>
          </w:p>
        </w:tc>
        <w:tc>
          <w:tcPr>
            <w:tcW w:w="1150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5F8FC"/>
            <w:tcMar>
              <w:top w:w="45" w:type="dxa"/>
              <w:left w:w="70" w:type="dxa"/>
              <w:bottom w:w="45" w:type="dxa"/>
              <w:right w:w="70" w:type="dxa"/>
            </w:tcMar>
          </w:tcPr>
          <w:p w:rsidR="00794AF3" w:rsidRDefault="000C7E7C">
            <w:pPr>
              <w:spacing w:after="0" w:line="240" w:lineRule="auto"/>
              <w:jc w:val="center"/>
            </w:pPr>
            <w:hyperlink w:anchor="sec_1_Procurement_Administration" w:history="1">
              <w:r>
                <w:rPr>
                  <w:rFonts w:eastAsia="Arial" w:cs="Arial"/>
                  <w:b/>
                  <w:color w:val="0A66D8"/>
                  <w:szCs w:val="21"/>
                </w:rPr>
                <w:t>4</w:t>
              </w:r>
            </w:hyperlink>
          </w:p>
        </w:tc>
      </w:tr>
      <w:tr w:rsidR="00794AF3">
        <w:tc>
          <w:tcPr>
            <w:tcW w:w="9000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FFFFF"/>
            <w:tcMar>
              <w:top w:w="45" w:type="dxa"/>
              <w:left w:w="70" w:type="dxa"/>
              <w:bottom w:w="45" w:type="dxa"/>
              <w:right w:w="70" w:type="dxa"/>
            </w:tcMar>
          </w:tcPr>
          <w:p w:rsidR="00794AF3" w:rsidRDefault="000C7E7C">
            <w:pPr>
              <w:spacing w:after="0" w:line="240" w:lineRule="auto"/>
            </w:pPr>
            <w:hyperlink w:anchor="sec_2_Organization_Creative_Background" w:history="1">
              <w:r>
                <w:rPr>
                  <w:rFonts w:eastAsia="Arial" w:cs="Arial"/>
                  <w:color w:val="0B2A4A"/>
                  <w:szCs w:val="21"/>
                </w:rPr>
                <w:t>2. Organization &amp; Creative Background</w:t>
              </w:r>
            </w:hyperlink>
          </w:p>
        </w:tc>
        <w:tc>
          <w:tcPr>
            <w:tcW w:w="1150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FFFFF"/>
            <w:tcMar>
              <w:top w:w="45" w:type="dxa"/>
              <w:left w:w="70" w:type="dxa"/>
              <w:bottom w:w="45" w:type="dxa"/>
              <w:right w:w="70" w:type="dxa"/>
            </w:tcMar>
          </w:tcPr>
          <w:p w:rsidR="00794AF3" w:rsidRDefault="000C7E7C">
            <w:pPr>
              <w:spacing w:after="0" w:line="240" w:lineRule="auto"/>
              <w:jc w:val="center"/>
            </w:pPr>
            <w:hyperlink w:anchor="sec_2_Organization_Creative_Background" w:history="1">
              <w:r>
                <w:rPr>
                  <w:rFonts w:eastAsia="Arial" w:cs="Arial"/>
                  <w:b/>
                  <w:color w:val="0A66D8"/>
                  <w:szCs w:val="21"/>
                </w:rPr>
                <w:t>4</w:t>
              </w:r>
            </w:hyperlink>
          </w:p>
        </w:tc>
      </w:tr>
      <w:tr w:rsidR="00794AF3">
        <w:tc>
          <w:tcPr>
            <w:tcW w:w="9000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5F8FC"/>
            <w:tcMar>
              <w:top w:w="45" w:type="dxa"/>
              <w:left w:w="70" w:type="dxa"/>
              <w:bottom w:w="45" w:type="dxa"/>
              <w:right w:w="70" w:type="dxa"/>
            </w:tcMar>
          </w:tcPr>
          <w:p w:rsidR="00794AF3" w:rsidRDefault="000C7E7C">
            <w:pPr>
              <w:spacing w:after="0" w:line="240" w:lineRule="auto"/>
            </w:pPr>
            <w:hyperlink w:anchor="sec_3_Project_Objectives_Success_Measur" w:history="1">
              <w:r>
                <w:rPr>
                  <w:rFonts w:eastAsia="Arial" w:cs="Arial"/>
                  <w:color w:val="0B2A4A"/>
                  <w:szCs w:val="21"/>
                </w:rPr>
                <w:t xml:space="preserve">3. Project Objectives &amp; Success </w:t>
              </w:r>
              <w:r>
                <w:rPr>
                  <w:rFonts w:eastAsia="Arial" w:cs="Arial"/>
                  <w:color w:val="0B2A4A"/>
                  <w:szCs w:val="21"/>
                </w:rPr>
                <w:t>Measures</w:t>
              </w:r>
            </w:hyperlink>
          </w:p>
        </w:tc>
        <w:tc>
          <w:tcPr>
            <w:tcW w:w="1150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5F8FC"/>
            <w:tcMar>
              <w:top w:w="45" w:type="dxa"/>
              <w:left w:w="70" w:type="dxa"/>
              <w:bottom w:w="45" w:type="dxa"/>
              <w:right w:w="70" w:type="dxa"/>
            </w:tcMar>
          </w:tcPr>
          <w:p w:rsidR="00794AF3" w:rsidRDefault="000C7E7C">
            <w:pPr>
              <w:spacing w:after="0" w:line="240" w:lineRule="auto"/>
              <w:jc w:val="center"/>
            </w:pPr>
            <w:hyperlink w:anchor="sec_3_Project_Objectives_Success_Measur" w:history="1">
              <w:r>
                <w:rPr>
                  <w:rFonts w:eastAsia="Arial" w:cs="Arial"/>
                  <w:b/>
                  <w:color w:val="0A66D8"/>
                  <w:szCs w:val="21"/>
                </w:rPr>
                <w:t>5</w:t>
              </w:r>
            </w:hyperlink>
          </w:p>
        </w:tc>
      </w:tr>
      <w:tr w:rsidR="00794AF3">
        <w:tc>
          <w:tcPr>
            <w:tcW w:w="9000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FFFFF"/>
            <w:tcMar>
              <w:top w:w="45" w:type="dxa"/>
              <w:left w:w="70" w:type="dxa"/>
              <w:bottom w:w="45" w:type="dxa"/>
              <w:right w:w="70" w:type="dxa"/>
            </w:tcMar>
          </w:tcPr>
          <w:p w:rsidR="00794AF3" w:rsidRDefault="000C7E7C">
            <w:pPr>
              <w:spacing w:after="0" w:line="240" w:lineRule="auto"/>
            </w:pPr>
            <w:hyperlink w:anchor="sec_4_Existing_Brand_Assets_Creative_En" w:history="1">
              <w:r>
                <w:rPr>
                  <w:rFonts w:eastAsia="Arial" w:cs="Arial"/>
                  <w:color w:val="0B2A4A"/>
                  <w:szCs w:val="21"/>
                </w:rPr>
                <w:t>4. Existing Brand Assets &amp; Creative Environment</w:t>
              </w:r>
            </w:hyperlink>
          </w:p>
        </w:tc>
        <w:tc>
          <w:tcPr>
            <w:tcW w:w="1150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FFFFF"/>
            <w:tcMar>
              <w:top w:w="45" w:type="dxa"/>
              <w:left w:w="70" w:type="dxa"/>
              <w:bottom w:w="45" w:type="dxa"/>
              <w:right w:w="70" w:type="dxa"/>
            </w:tcMar>
          </w:tcPr>
          <w:p w:rsidR="00794AF3" w:rsidRDefault="000C7E7C">
            <w:pPr>
              <w:spacing w:after="0" w:line="240" w:lineRule="auto"/>
              <w:jc w:val="center"/>
            </w:pPr>
            <w:hyperlink w:anchor="sec_4_Existing_Brand_Assets_Creative_En" w:history="1">
              <w:r>
                <w:rPr>
                  <w:rFonts w:eastAsia="Arial" w:cs="Arial"/>
                  <w:b/>
                  <w:color w:val="0A66D8"/>
                  <w:szCs w:val="21"/>
                </w:rPr>
                <w:t>5</w:t>
              </w:r>
            </w:hyperlink>
          </w:p>
        </w:tc>
      </w:tr>
      <w:tr w:rsidR="00794AF3">
        <w:tc>
          <w:tcPr>
            <w:tcW w:w="9000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5F8FC"/>
            <w:tcMar>
              <w:top w:w="45" w:type="dxa"/>
              <w:left w:w="70" w:type="dxa"/>
              <w:bottom w:w="45" w:type="dxa"/>
              <w:right w:w="70" w:type="dxa"/>
            </w:tcMar>
          </w:tcPr>
          <w:p w:rsidR="00794AF3" w:rsidRDefault="000C7E7C">
            <w:pPr>
              <w:spacing w:after="0" w:line="240" w:lineRule="auto"/>
            </w:pPr>
            <w:hyperlink w:anchor="sec_5_Scope_of_Work" w:history="1">
              <w:r>
                <w:rPr>
                  <w:rFonts w:eastAsia="Arial" w:cs="Arial"/>
                  <w:color w:val="0B2A4A"/>
                  <w:szCs w:val="21"/>
                </w:rPr>
                <w:t>5. Scope of Work</w:t>
              </w:r>
            </w:hyperlink>
          </w:p>
        </w:tc>
        <w:tc>
          <w:tcPr>
            <w:tcW w:w="1150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5F8FC"/>
            <w:tcMar>
              <w:top w:w="45" w:type="dxa"/>
              <w:left w:w="70" w:type="dxa"/>
              <w:bottom w:w="45" w:type="dxa"/>
              <w:right w:w="70" w:type="dxa"/>
            </w:tcMar>
          </w:tcPr>
          <w:p w:rsidR="00794AF3" w:rsidRDefault="000C7E7C">
            <w:pPr>
              <w:spacing w:after="0" w:line="240" w:lineRule="auto"/>
              <w:jc w:val="center"/>
            </w:pPr>
            <w:hyperlink w:anchor="sec_5_Scope_of_Work" w:history="1">
              <w:r>
                <w:rPr>
                  <w:rFonts w:eastAsia="Arial" w:cs="Arial"/>
                  <w:b/>
                  <w:color w:val="0A66D8"/>
                  <w:szCs w:val="21"/>
                </w:rPr>
                <w:t>6</w:t>
              </w:r>
            </w:hyperlink>
          </w:p>
        </w:tc>
      </w:tr>
      <w:tr w:rsidR="00794AF3">
        <w:tc>
          <w:tcPr>
            <w:tcW w:w="9000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FFFFF"/>
            <w:tcMar>
              <w:top w:w="45" w:type="dxa"/>
              <w:left w:w="70" w:type="dxa"/>
              <w:bottom w:w="45" w:type="dxa"/>
              <w:right w:w="70" w:type="dxa"/>
            </w:tcMar>
          </w:tcPr>
          <w:p w:rsidR="00794AF3" w:rsidRDefault="000C7E7C">
            <w:pPr>
              <w:spacing w:after="0" w:line="240" w:lineRule="auto"/>
            </w:pPr>
            <w:hyperlink w:anchor="sec_6_Brand_Standards_Creative_Directio" w:history="1">
              <w:r>
                <w:rPr>
                  <w:rFonts w:eastAsia="Arial" w:cs="Arial"/>
                  <w:color w:val="0B2A4A"/>
                  <w:szCs w:val="21"/>
                </w:rPr>
                <w:t>6. Brand Standards &amp; Creative Direction</w:t>
              </w:r>
            </w:hyperlink>
          </w:p>
        </w:tc>
        <w:tc>
          <w:tcPr>
            <w:tcW w:w="1150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FFFFF"/>
            <w:tcMar>
              <w:top w:w="45" w:type="dxa"/>
              <w:left w:w="70" w:type="dxa"/>
              <w:bottom w:w="45" w:type="dxa"/>
              <w:right w:w="70" w:type="dxa"/>
            </w:tcMar>
          </w:tcPr>
          <w:p w:rsidR="00794AF3" w:rsidRDefault="000C7E7C">
            <w:pPr>
              <w:spacing w:after="0" w:line="240" w:lineRule="auto"/>
              <w:jc w:val="center"/>
            </w:pPr>
            <w:hyperlink w:anchor="sec_6_Brand_Standards_Creative_Directio" w:history="1">
              <w:r>
                <w:rPr>
                  <w:rFonts w:eastAsia="Arial" w:cs="Arial"/>
                  <w:b/>
                  <w:color w:val="0A66D8"/>
                  <w:szCs w:val="21"/>
                </w:rPr>
                <w:t>7</w:t>
              </w:r>
            </w:hyperlink>
          </w:p>
        </w:tc>
      </w:tr>
      <w:tr w:rsidR="00794AF3">
        <w:tc>
          <w:tcPr>
            <w:tcW w:w="9000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5F8FC"/>
            <w:tcMar>
              <w:top w:w="45" w:type="dxa"/>
              <w:left w:w="70" w:type="dxa"/>
              <w:bottom w:w="45" w:type="dxa"/>
              <w:right w:w="70" w:type="dxa"/>
            </w:tcMar>
          </w:tcPr>
          <w:p w:rsidR="00794AF3" w:rsidRDefault="000C7E7C">
            <w:pPr>
              <w:spacing w:after="0" w:line="240" w:lineRule="auto"/>
            </w:pPr>
            <w:hyperlink w:anchor="sec_7_Deliverable_Specifications_File_F" w:history="1">
              <w:r>
                <w:rPr>
                  <w:rFonts w:eastAsia="Arial" w:cs="Arial"/>
                  <w:color w:val="0B2A4A"/>
                  <w:szCs w:val="21"/>
                </w:rPr>
                <w:t>7. Deliverable Specifications &amp; File Formats</w:t>
              </w:r>
            </w:hyperlink>
          </w:p>
        </w:tc>
        <w:tc>
          <w:tcPr>
            <w:tcW w:w="1150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5F8FC"/>
            <w:tcMar>
              <w:top w:w="45" w:type="dxa"/>
              <w:left w:w="70" w:type="dxa"/>
              <w:bottom w:w="45" w:type="dxa"/>
              <w:right w:w="70" w:type="dxa"/>
            </w:tcMar>
          </w:tcPr>
          <w:p w:rsidR="00794AF3" w:rsidRDefault="000C7E7C">
            <w:pPr>
              <w:spacing w:after="0" w:line="240" w:lineRule="auto"/>
              <w:jc w:val="center"/>
            </w:pPr>
            <w:hyperlink w:anchor="sec_7_Deliverable_Specifications_File_F" w:history="1">
              <w:r>
                <w:rPr>
                  <w:rFonts w:eastAsia="Arial" w:cs="Arial"/>
                  <w:b/>
                  <w:color w:val="0A66D8"/>
                  <w:szCs w:val="21"/>
                </w:rPr>
                <w:t>8</w:t>
              </w:r>
            </w:hyperlink>
          </w:p>
        </w:tc>
      </w:tr>
      <w:tr w:rsidR="00794AF3">
        <w:tc>
          <w:tcPr>
            <w:tcW w:w="9000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FFFFF"/>
            <w:tcMar>
              <w:top w:w="45" w:type="dxa"/>
              <w:left w:w="70" w:type="dxa"/>
              <w:bottom w:w="45" w:type="dxa"/>
              <w:right w:w="70" w:type="dxa"/>
            </w:tcMar>
          </w:tcPr>
          <w:p w:rsidR="00794AF3" w:rsidRDefault="000C7E7C">
            <w:pPr>
              <w:spacing w:after="0" w:line="240" w:lineRule="auto"/>
            </w:pPr>
            <w:hyperlink w:anchor="sec_8_Accessibility_Inclusive_Design_Co" w:history="1">
              <w:r>
                <w:rPr>
                  <w:rFonts w:eastAsia="Arial" w:cs="Arial"/>
                  <w:color w:val="0B2A4A"/>
                  <w:szCs w:val="21"/>
                </w:rPr>
                <w:t xml:space="preserve">8. Accessibility, Inclusive </w:t>
              </w:r>
              <w:r>
                <w:rPr>
                  <w:rFonts w:eastAsia="Arial" w:cs="Arial"/>
                  <w:color w:val="0B2A4A"/>
                  <w:szCs w:val="21"/>
                </w:rPr>
                <w:t>Design &amp; Compliance</w:t>
              </w:r>
            </w:hyperlink>
          </w:p>
        </w:tc>
        <w:tc>
          <w:tcPr>
            <w:tcW w:w="1150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FFFFF"/>
            <w:tcMar>
              <w:top w:w="45" w:type="dxa"/>
              <w:left w:w="70" w:type="dxa"/>
              <w:bottom w:w="45" w:type="dxa"/>
              <w:right w:w="70" w:type="dxa"/>
            </w:tcMar>
          </w:tcPr>
          <w:p w:rsidR="00794AF3" w:rsidRDefault="000C7E7C">
            <w:pPr>
              <w:spacing w:after="0" w:line="240" w:lineRule="auto"/>
              <w:jc w:val="center"/>
            </w:pPr>
            <w:hyperlink w:anchor="sec_8_Accessibility_Inclusive_Design_Co" w:history="1">
              <w:r>
                <w:rPr>
                  <w:rFonts w:eastAsia="Arial" w:cs="Arial"/>
                  <w:b/>
                  <w:color w:val="0A66D8"/>
                  <w:szCs w:val="21"/>
                </w:rPr>
                <w:t>8</w:t>
              </w:r>
            </w:hyperlink>
          </w:p>
        </w:tc>
      </w:tr>
      <w:tr w:rsidR="00794AF3">
        <w:tc>
          <w:tcPr>
            <w:tcW w:w="9000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5F8FC"/>
            <w:tcMar>
              <w:top w:w="45" w:type="dxa"/>
              <w:left w:w="70" w:type="dxa"/>
              <w:bottom w:w="45" w:type="dxa"/>
              <w:right w:w="70" w:type="dxa"/>
            </w:tcMar>
          </w:tcPr>
          <w:p w:rsidR="00794AF3" w:rsidRDefault="000C7E7C">
            <w:pPr>
              <w:spacing w:after="0" w:line="240" w:lineRule="auto"/>
            </w:pPr>
            <w:hyperlink w:anchor="sec_9_Intellectual_Property_Licensing_U" w:history="1">
              <w:r>
                <w:rPr>
                  <w:rFonts w:eastAsia="Arial" w:cs="Arial"/>
                  <w:color w:val="0B2A4A"/>
                  <w:szCs w:val="21"/>
                </w:rPr>
                <w:t>9. Intellectual Property, Licensing &amp; Usage Rights</w:t>
              </w:r>
            </w:hyperlink>
          </w:p>
        </w:tc>
        <w:tc>
          <w:tcPr>
            <w:tcW w:w="1150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5F8FC"/>
            <w:tcMar>
              <w:top w:w="45" w:type="dxa"/>
              <w:left w:w="70" w:type="dxa"/>
              <w:bottom w:w="45" w:type="dxa"/>
              <w:right w:w="70" w:type="dxa"/>
            </w:tcMar>
          </w:tcPr>
          <w:p w:rsidR="00794AF3" w:rsidRDefault="000C7E7C">
            <w:pPr>
              <w:spacing w:after="0" w:line="240" w:lineRule="auto"/>
              <w:jc w:val="center"/>
            </w:pPr>
            <w:hyperlink w:anchor="sec_9_Intellectual_Property_Licensing_U" w:history="1">
              <w:r>
                <w:rPr>
                  <w:rFonts w:eastAsia="Arial" w:cs="Arial"/>
                  <w:b/>
                  <w:color w:val="0A66D8"/>
                  <w:szCs w:val="21"/>
                </w:rPr>
                <w:t>8</w:t>
              </w:r>
            </w:hyperlink>
          </w:p>
        </w:tc>
      </w:tr>
      <w:tr w:rsidR="00794AF3">
        <w:tc>
          <w:tcPr>
            <w:tcW w:w="9000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FFFFF"/>
            <w:tcMar>
              <w:top w:w="45" w:type="dxa"/>
              <w:left w:w="70" w:type="dxa"/>
              <w:bottom w:w="45" w:type="dxa"/>
              <w:right w:w="70" w:type="dxa"/>
            </w:tcMar>
          </w:tcPr>
          <w:p w:rsidR="00794AF3" w:rsidRDefault="000C7E7C">
            <w:pPr>
              <w:spacing w:after="0" w:line="240" w:lineRule="auto"/>
            </w:pPr>
            <w:hyperlink w:anchor="sec_10_Creative_Process_Revisions_Appro" w:history="1">
              <w:r>
                <w:rPr>
                  <w:rFonts w:eastAsia="Arial" w:cs="Arial"/>
                  <w:color w:val="0B2A4A"/>
                  <w:szCs w:val="21"/>
                </w:rPr>
                <w:t>10. Creative Process, Revisions &amp; Approval Workflow</w:t>
              </w:r>
            </w:hyperlink>
          </w:p>
        </w:tc>
        <w:tc>
          <w:tcPr>
            <w:tcW w:w="1150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FFFFF"/>
            <w:tcMar>
              <w:top w:w="45" w:type="dxa"/>
              <w:left w:w="70" w:type="dxa"/>
              <w:bottom w:w="45" w:type="dxa"/>
              <w:right w:w="70" w:type="dxa"/>
            </w:tcMar>
          </w:tcPr>
          <w:p w:rsidR="00794AF3" w:rsidRDefault="000C7E7C">
            <w:pPr>
              <w:spacing w:after="0" w:line="240" w:lineRule="auto"/>
              <w:jc w:val="center"/>
            </w:pPr>
            <w:hyperlink w:anchor="sec_10_Creative_Process_Revisions_Appro" w:history="1">
              <w:r>
                <w:rPr>
                  <w:rFonts w:eastAsia="Arial" w:cs="Arial"/>
                  <w:b/>
                  <w:color w:val="0A66D8"/>
                  <w:szCs w:val="21"/>
                </w:rPr>
                <w:t>8</w:t>
              </w:r>
            </w:hyperlink>
          </w:p>
        </w:tc>
      </w:tr>
      <w:tr w:rsidR="00794AF3">
        <w:tc>
          <w:tcPr>
            <w:tcW w:w="9000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5F8FC"/>
            <w:tcMar>
              <w:top w:w="45" w:type="dxa"/>
              <w:left w:w="70" w:type="dxa"/>
              <w:bottom w:w="45" w:type="dxa"/>
              <w:right w:w="70" w:type="dxa"/>
            </w:tcMar>
          </w:tcPr>
          <w:p w:rsidR="00794AF3" w:rsidRDefault="000C7E7C">
            <w:pPr>
              <w:spacing w:after="0" w:line="240" w:lineRule="auto"/>
            </w:pPr>
            <w:hyperlink w:anchor="sec_11_Production_Print_Vendor_Coordina" w:history="1">
              <w:r>
                <w:rPr>
                  <w:rFonts w:eastAsia="Arial" w:cs="Arial"/>
                  <w:color w:val="0B2A4A"/>
                  <w:szCs w:val="21"/>
                </w:rPr>
                <w:t>11. Production, Print &amp; Ve</w:t>
              </w:r>
              <w:r>
                <w:rPr>
                  <w:rFonts w:eastAsia="Arial" w:cs="Arial"/>
                  <w:color w:val="0B2A4A"/>
                  <w:szCs w:val="21"/>
                </w:rPr>
                <w:t>ndor Coordination</w:t>
              </w:r>
            </w:hyperlink>
          </w:p>
        </w:tc>
        <w:tc>
          <w:tcPr>
            <w:tcW w:w="1150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5F8FC"/>
            <w:tcMar>
              <w:top w:w="45" w:type="dxa"/>
              <w:left w:w="70" w:type="dxa"/>
              <w:bottom w:w="45" w:type="dxa"/>
              <w:right w:w="70" w:type="dxa"/>
            </w:tcMar>
          </w:tcPr>
          <w:p w:rsidR="00794AF3" w:rsidRDefault="000C7E7C">
            <w:pPr>
              <w:spacing w:after="0" w:line="240" w:lineRule="auto"/>
              <w:jc w:val="center"/>
            </w:pPr>
            <w:hyperlink w:anchor="sec_11_Production_Print_Vendor_Coordina" w:history="1">
              <w:r>
                <w:rPr>
                  <w:rFonts w:eastAsia="Arial" w:cs="Arial"/>
                  <w:b/>
                  <w:color w:val="0A66D8"/>
                  <w:szCs w:val="21"/>
                </w:rPr>
                <w:t>9</w:t>
              </w:r>
            </w:hyperlink>
          </w:p>
        </w:tc>
      </w:tr>
      <w:tr w:rsidR="00794AF3">
        <w:tc>
          <w:tcPr>
            <w:tcW w:w="9000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FFFFF"/>
            <w:tcMar>
              <w:top w:w="45" w:type="dxa"/>
              <w:left w:w="70" w:type="dxa"/>
              <w:bottom w:w="45" w:type="dxa"/>
              <w:right w:w="70" w:type="dxa"/>
            </w:tcMar>
          </w:tcPr>
          <w:p w:rsidR="00794AF3" w:rsidRDefault="000C7E7C">
            <w:pPr>
              <w:spacing w:after="0" w:line="240" w:lineRule="auto"/>
            </w:pPr>
            <w:hyperlink w:anchor="sec_12_Deliverables_Acceptance_Criteria" w:history="1">
              <w:r>
                <w:rPr>
                  <w:rFonts w:eastAsia="Arial" w:cs="Arial"/>
                  <w:color w:val="0B2A4A"/>
                  <w:szCs w:val="21"/>
                </w:rPr>
                <w:t>12. Deliverables &amp; Acceptance Criteria</w:t>
              </w:r>
            </w:hyperlink>
          </w:p>
        </w:tc>
        <w:tc>
          <w:tcPr>
            <w:tcW w:w="1150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FFFFF"/>
            <w:tcMar>
              <w:top w:w="45" w:type="dxa"/>
              <w:left w:w="70" w:type="dxa"/>
              <w:bottom w:w="45" w:type="dxa"/>
              <w:right w:w="70" w:type="dxa"/>
            </w:tcMar>
          </w:tcPr>
          <w:p w:rsidR="00794AF3" w:rsidRDefault="000C7E7C">
            <w:pPr>
              <w:spacing w:after="0" w:line="240" w:lineRule="auto"/>
              <w:jc w:val="center"/>
            </w:pPr>
            <w:hyperlink w:anchor="sec_12_Deliverables_Acceptance_Criteria" w:history="1">
              <w:r>
                <w:rPr>
                  <w:rFonts w:eastAsia="Arial" w:cs="Arial"/>
                  <w:b/>
                  <w:color w:val="0A66D8"/>
                  <w:szCs w:val="21"/>
                </w:rPr>
                <w:t>9</w:t>
              </w:r>
            </w:hyperlink>
          </w:p>
        </w:tc>
      </w:tr>
      <w:tr w:rsidR="00794AF3">
        <w:tc>
          <w:tcPr>
            <w:tcW w:w="9000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5F8FC"/>
            <w:tcMar>
              <w:top w:w="45" w:type="dxa"/>
              <w:left w:w="70" w:type="dxa"/>
              <w:bottom w:w="45" w:type="dxa"/>
              <w:right w:w="70" w:type="dxa"/>
            </w:tcMar>
          </w:tcPr>
          <w:p w:rsidR="00794AF3" w:rsidRDefault="000C7E7C">
            <w:pPr>
              <w:spacing w:after="0" w:line="240" w:lineRule="auto"/>
            </w:pPr>
            <w:hyperlink w:anchor="sec_13_Project_Schedule_Governance" w:history="1">
              <w:r>
                <w:rPr>
                  <w:rFonts w:eastAsia="Arial" w:cs="Arial"/>
                  <w:color w:val="0B2A4A"/>
                  <w:szCs w:val="21"/>
                </w:rPr>
                <w:t>13. Project Schedule &amp; Governance</w:t>
              </w:r>
            </w:hyperlink>
          </w:p>
        </w:tc>
        <w:tc>
          <w:tcPr>
            <w:tcW w:w="1150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5F8FC"/>
            <w:tcMar>
              <w:top w:w="45" w:type="dxa"/>
              <w:left w:w="70" w:type="dxa"/>
              <w:bottom w:w="45" w:type="dxa"/>
              <w:right w:w="70" w:type="dxa"/>
            </w:tcMar>
          </w:tcPr>
          <w:p w:rsidR="00794AF3" w:rsidRDefault="000C7E7C">
            <w:pPr>
              <w:spacing w:after="0" w:line="240" w:lineRule="auto"/>
              <w:jc w:val="center"/>
            </w:pPr>
            <w:hyperlink w:anchor="sec_13_Project_Schedule_Governance" w:history="1">
              <w:r>
                <w:rPr>
                  <w:rFonts w:eastAsia="Arial" w:cs="Arial"/>
                  <w:b/>
                  <w:color w:val="0A66D8"/>
                  <w:szCs w:val="21"/>
                </w:rPr>
                <w:t>9</w:t>
              </w:r>
            </w:hyperlink>
          </w:p>
        </w:tc>
      </w:tr>
      <w:tr w:rsidR="00794AF3">
        <w:tc>
          <w:tcPr>
            <w:tcW w:w="9000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FFFFF"/>
            <w:tcMar>
              <w:top w:w="45" w:type="dxa"/>
              <w:left w:w="70" w:type="dxa"/>
              <w:bottom w:w="45" w:type="dxa"/>
              <w:right w:w="70" w:type="dxa"/>
            </w:tcMar>
          </w:tcPr>
          <w:p w:rsidR="00794AF3" w:rsidRDefault="000C7E7C">
            <w:pPr>
              <w:spacing w:after="0" w:line="240" w:lineRule="auto"/>
            </w:pPr>
            <w:hyperlink w:anchor="sec_14_Bidder_Qualifications_Key_Person" w:history="1">
              <w:r>
                <w:rPr>
                  <w:rFonts w:eastAsia="Arial" w:cs="Arial"/>
                  <w:color w:val="0B2A4A"/>
                  <w:szCs w:val="21"/>
                </w:rPr>
                <w:t>14. Bidder Qualifications &amp; Key Personnel</w:t>
              </w:r>
            </w:hyperlink>
          </w:p>
        </w:tc>
        <w:tc>
          <w:tcPr>
            <w:tcW w:w="1150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FFFFF"/>
            <w:tcMar>
              <w:top w:w="45" w:type="dxa"/>
              <w:left w:w="70" w:type="dxa"/>
              <w:bottom w:w="45" w:type="dxa"/>
              <w:right w:w="70" w:type="dxa"/>
            </w:tcMar>
          </w:tcPr>
          <w:p w:rsidR="00794AF3" w:rsidRDefault="000C7E7C">
            <w:pPr>
              <w:spacing w:after="0" w:line="240" w:lineRule="auto"/>
              <w:jc w:val="center"/>
            </w:pPr>
            <w:hyperlink w:anchor="sec_14_Bidder_Qualifications_Key_Person" w:history="1">
              <w:r>
                <w:rPr>
                  <w:rFonts w:eastAsia="Arial" w:cs="Arial"/>
                  <w:b/>
                  <w:color w:val="0A66D8"/>
                  <w:szCs w:val="21"/>
                </w:rPr>
                <w:t>10</w:t>
              </w:r>
            </w:hyperlink>
          </w:p>
        </w:tc>
      </w:tr>
      <w:tr w:rsidR="00794AF3">
        <w:tc>
          <w:tcPr>
            <w:tcW w:w="9000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5F8FC"/>
            <w:tcMar>
              <w:top w:w="45" w:type="dxa"/>
              <w:left w:w="70" w:type="dxa"/>
              <w:bottom w:w="45" w:type="dxa"/>
              <w:right w:w="70" w:type="dxa"/>
            </w:tcMar>
          </w:tcPr>
          <w:p w:rsidR="00794AF3" w:rsidRDefault="000C7E7C">
            <w:pPr>
              <w:spacing w:after="0" w:line="240" w:lineRule="auto"/>
            </w:pPr>
            <w:hyperlink w:anchor="sec_15_Proposal_Response_Instructions" w:history="1">
              <w:r>
                <w:rPr>
                  <w:rFonts w:eastAsia="Arial" w:cs="Arial"/>
                  <w:color w:val="0B2A4A"/>
                  <w:szCs w:val="21"/>
                </w:rPr>
                <w:t>15. Proposal Response Instructions</w:t>
              </w:r>
            </w:hyperlink>
          </w:p>
        </w:tc>
        <w:tc>
          <w:tcPr>
            <w:tcW w:w="1150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5F8FC"/>
            <w:tcMar>
              <w:top w:w="45" w:type="dxa"/>
              <w:left w:w="70" w:type="dxa"/>
              <w:bottom w:w="45" w:type="dxa"/>
              <w:right w:w="70" w:type="dxa"/>
            </w:tcMar>
          </w:tcPr>
          <w:p w:rsidR="00794AF3" w:rsidRDefault="000C7E7C">
            <w:pPr>
              <w:spacing w:after="0" w:line="240" w:lineRule="auto"/>
              <w:jc w:val="center"/>
            </w:pPr>
            <w:hyperlink w:anchor="sec_15_Proposal_Response_Instructions" w:history="1">
              <w:r>
                <w:rPr>
                  <w:rFonts w:eastAsia="Arial" w:cs="Arial"/>
                  <w:b/>
                  <w:color w:val="0A66D8"/>
                  <w:szCs w:val="21"/>
                </w:rPr>
                <w:t>10</w:t>
              </w:r>
            </w:hyperlink>
          </w:p>
        </w:tc>
      </w:tr>
      <w:tr w:rsidR="00794AF3">
        <w:tc>
          <w:tcPr>
            <w:tcW w:w="9000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FFFFF"/>
            <w:tcMar>
              <w:top w:w="45" w:type="dxa"/>
              <w:left w:w="70" w:type="dxa"/>
              <w:bottom w:w="45" w:type="dxa"/>
              <w:right w:w="70" w:type="dxa"/>
            </w:tcMar>
          </w:tcPr>
          <w:p w:rsidR="00794AF3" w:rsidRDefault="000C7E7C">
            <w:pPr>
              <w:spacing w:after="0" w:line="240" w:lineRule="auto"/>
            </w:pPr>
            <w:hyperlink w:anchor="sec_16_Pricing_Schedule" w:history="1">
              <w:r>
                <w:rPr>
                  <w:rFonts w:eastAsia="Arial" w:cs="Arial"/>
                  <w:color w:val="0B2A4A"/>
                  <w:szCs w:val="21"/>
                </w:rPr>
                <w:t xml:space="preserve">16. </w:t>
              </w:r>
              <w:r>
                <w:rPr>
                  <w:rFonts w:eastAsia="Arial" w:cs="Arial"/>
                  <w:color w:val="0B2A4A"/>
                  <w:szCs w:val="21"/>
                </w:rPr>
                <w:t>Pricing Schedule</w:t>
              </w:r>
            </w:hyperlink>
          </w:p>
        </w:tc>
        <w:tc>
          <w:tcPr>
            <w:tcW w:w="1150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FFFFF"/>
            <w:tcMar>
              <w:top w:w="45" w:type="dxa"/>
              <w:left w:w="70" w:type="dxa"/>
              <w:bottom w:w="45" w:type="dxa"/>
              <w:right w:w="70" w:type="dxa"/>
            </w:tcMar>
          </w:tcPr>
          <w:p w:rsidR="00794AF3" w:rsidRDefault="000C7E7C">
            <w:pPr>
              <w:spacing w:after="0" w:line="240" w:lineRule="auto"/>
              <w:jc w:val="center"/>
            </w:pPr>
            <w:hyperlink w:anchor="sec_16_Pricing_Schedule" w:history="1">
              <w:r>
                <w:rPr>
                  <w:rFonts w:eastAsia="Arial" w:cs="Arial"/>
                  <w:b/>
                  <w:color w:val="0A66D8"/>
                  <w:szCs w:val="21"/>
                </w:rPr>
                <w:t>11</w:t>
              </w:r>
            </w:hyperlink>
          </w:p>
        </w:tc>
      </w:tr>
      <w:tr w:rsidR="00794AF3">
        <w:tc>
          <w:tcPr>
            <w:tcW w:w="9000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5F8FC"/>
            <w:tcMar>
              <w:top w:w="45" w:type="dxa"/>
              <w:left w:w="70" w:type="dxa"/>
              <w:bottom w:w="45" w:type="dxa"/>
              <w:right w:w="70" w:type="dxa"/>
            </w:tcMar>
          </w:tcPr>
          <w:p w:rsidR="00794AF3" w:rsidRDefault="000C7E7C">
            <w:pPr>
              <w:spacing w:after="0" w:line="240" w:lineRule="auto"/>
            </w:pPr>
            <w:hyperlink w:anchor="sec_17_Evaluation_Methodology" w:history="1">
              <w:r>
                <w:rPr>
                  <w:rFonts w:eastAsia="Arial" w:cs="Arial"/>
                  <w:color w:val="0B2A4A"/>
                  <w:szCs w:val="21"/>
                </w:rPr>
                <w:t>17. Evaluation Methodology</w:t>
              </w:r>
            </w:hyperlink>
          </w:p>
        </w:tc>
        <w:tc>
          <w:tcPr>
            <w:tcW w:w="1150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5F8FC"/>
            <w:tcMar>
              <w:top w:w="45" w:type="dxa"/>
              <w:left w:w="70" w:type="dxa"/>
              <w:bottom w:w="45" w:type="dxa"/>
              <w:right w:w="70" w:type="dxa"/>
            </w:tcMar>
          </w:tcPr>
          <w:p w:rsidR="00794AF3" w:rsidRDefault="000C7E7C">
            <w:pPr>
              <w:spacing w:after="0" w:line="240" w:lineRule="auto"/>
              <w:jc w:val="center"/>
            </w:pPr>
            <w:hyperlink w:anchor="sec_17_Evaluation_Methodology" w:history="1">
              <w:r>
                <w:rPr>
                  <w:rFonts w:eastAsia="Arial" w:cs="Arial"/>
                  <w:b/>
                  <w:color w:val="0A66D8"/>
                  <w:szCs w:val="21"/>
                </w:rPr>
                <w:t>11</w:t>
              </w:r>
            </w:hyperlink>
          </w:p>
        </w:tc>
      </w:tr>
      <w:tr w:rsidR="00794AF3">
        <w:tc>
          <w:tcPr>
            <w:tcW w:w="9000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FFFFF"/>
            <w:tcMar>
              <w:top w:w="45" w:type="dxa"/>
              <w:left w:w="70" w:type="dxa"/>
              <w:bottom w:w="45" w:type="dxa"/>
              <w:right w:w="70" w:type="dxa"/>
            </w:tcMar>
          </w:tcPr>
          <w:p w:rsidR="00794AF3" w:rsidRDefault="000C7E7C">
            <w:pPr>
              <w:spacing w:after="0" w:line="240" w:lineRule="auto"/>
            </w:pPr>
            <w:hyperlink w:anchor="sec_18_Commercial_Insurance_Contract_Re" w:history="1">
              <w:r>
                <w:rPr>
                  <w:rFonts w:eastAsia="Arial" w:cs="Arial"/>
                  <w:color w:val="0B2A4A"/>
                  <w:szCs w:val="21"/>
                </w:rPr>
                <w:t xml:space="preserve">18. </w:t>
              </w:r>
              <w:r>
                <w:rPr>
                  <w:rFonts w:eastAsia="Arial" w:cs="Arial"/>
                  <w:color w:val="0B2A4A"/>
                  <w:szCs w:val="21"/>
                </w:rPr>
                <w:t>Commercial, Insurance &amp; Contract Requirements</w:t>
              </w:r>
            </w:hyperlink>
          </w:p>
        </w:tc>
        <w:tc>
          <w:tcPr>
            <w:tcW w:w="1150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FFFFF"/>
            <w:tcMar>
              <w:top w:w="45" w:type="dxa"/>
              <w:left w:w="70" w:type="dxa"/>
              <w:bottom w:w="45" w:type="dxa"/>
              <w:right w:w="70" w:type="dxa"/>
            </w:tcMar>
          </w:tcPr>
          <w:p w:rsidR="00794AF3" w:rsidRDefault="000C7E7C">
            <w:pPr>
              <w:spacing w:after="0" w:line="240" w:lineRule="auto"/>
              <w:jc w:val="center"/>
            </w:pPr>
            <w:hyperlink w:anchor="sec_18_Commercial_Insurance_Contract_Re" w:history="1">
              <w:r>
                <w:rPr>
                  <w:rFonts w:eastAsia="Arial" w:cs="Arial"/>
                  <w:b/>
                  <w:color w:val="0A66D8"/>
                  <w:szCs w:val="21"/>
                </w:rPr>
                <w:t>12</w:t>
              </w:r>
            </w:hyperlink>
          </w:p>
        </w:tc>
      </w:tr>
      <w:tr w:rsidR="00794AF3">
        <w:tc>
          <w:tcPr>
            <w:tcW w:w="9000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5F8FC"/>
            <w:tcMar>
              <w:top w:w="45" w:type="dxa"/>
              <w:left w:w="70" w:type="dxa"/>
              <w:bottom w:w="45" w:type="dxa"/>
              <w:right w:w="70" w:type="dxa"/>
            </w:tcMar>
          </w:tcPr>
          <w:p w:rsidR="00794AF3" w:rsidRDefault="000C7E7C">
            <w:pPr>
              <w:spacing w:after="0" w:line="240" w:lineRule="auto"/>
            </w:pPr>
            <w:hyperlink w:anchor="sec_19_Submission_Questions_Addenda" w:history="1">
              <w:r>
                <w:rPr>
                  <w:rFonts w:eastAsia="Arial" w:cs="Arial"/>
                  <w:color w:val="0B2A4A"/>
                  <w:szCs w:val="21"/>
                </w:rPr>
                <w:t>19. Submission, Questions &amp; Addenda</w:t>
              </w:r>
            </w:hyperlink>
          </w:p>
        </w:tc>
        <w:tc>
          <w:tcPr>
            <w:tcW w:w="1150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5F8FC"/>
            <w:tcMar>
              <w:top w:w="45" w:type="dxa"/>
              <w:left w:w="70" w:type="dxa"/>
              <w:bottom w:w="45" w:type="dxa"/>
              <w:right w:w="70" w:type="dxa"/>
            </w:tcMar>
          </w:tcPr>
          <w:p w:rsidR="00794AF3" w:rsidRDefault="000C7E7C">
            <w:pPr>
              <w:spacing w:after="0" w:line="240" w:lineRule="auto"/>
              <w:jc w:val="center"/>
            </w:pPr>
            <w:hyperlink w:anchor="sec_19_Submission_Questions_Addenda" w:history="1">
              <w:r>
                <w:rPr>
                  <w:rFonts w:eastAsia="Arial" w:cs="Arial"/>
                  <w:b/>
                  <w:color w:val="0A66D8"/>
                  <w:szCs w:val="21"/>
                </w:rPr>
                <w:t>13</w:t>
              </w:r>
            </w:hyperlink>
          </w:p>
        </w:tc>
      </w:tr>
      <w:tr w:rsidR="00794AF3">
        <w:tc>
          <w:tcPr>
            <w:tcW w:w="9000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FFFFF"/>
            <w:tcMar>
              <w:top w:w="45" w:type="dxa"/>
              <w:left w:w="70" w:type="dxa"/>
              <w:bottom w:w="45" w:type="dxa"/>
              <w:right w:w="70" w:type="dxa"/>
            </w:tcMar>
          </w:tcPr>
          <w:p w:rsidR="00794AF3" w:rsidRDefault="000C7E7C">
            <w:pPr>
              <w:spacing w:after="0" w:line="240" w:lineRule="auto"/>
            </w:pPr>
            <w:hyperlink w:anchor="sec_20_Appendices_Response_Forms" w:history="1">
              <w:r>
                <w:rPr>
                  <w:rFonts w:eastAsia="Arial" w:cs="Arial"/>
                  <w:color w:val="0B2A4A"/>
                  <w:szCs w:val="21"/>
                </w:rPr>
                <w:t>20. Appendices &amp; Response Forms</w:t>
              </w:r>
            </w:hyperlink>
          </w:p>
        </w:tc>
        <w:tc>
          <w:tcPr>
            <w:tcW w:w="1150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FFFFF"/>
            <w:tcMar>
              <w:top w:w="45" w:type="dxa"/>
              <w:left w:w="70" w:type="dxa"/>
              <w:bottom w:w="45" w:type="dxa"/>
              <w:right w:w="70" w:type="dxa"/>
            </w:tcMar>
          </w:tcPr>
          <w:p w:rsidR="00794AF3" w:rsidRDefault="000C7E7C">
            <w:pPr>
              <w:spacing w:after="0" w:line="240" w:lineRule="auto"/>
              <w:jc w:val="center"/>
            </w:pPr>
            <w:hyperlink w:anchor="sec_20_Appendices_Response_Forms" w:history="1">
              <w:r>
                <w:rPr>
                  <w:rFonts w:eastAsia="Arial" w:cs="Arial"/>
                  <w:b/>
                  <w:color w:val="0A66D8"/>
                  <w:szCs w:val="21"/>
                </w:rPr>
                <w:t>13</w:t>
              </w:r>
            </w:hyperlink>
          </w:p>
        </w:tc>
      </w:tr>
    </w:tbl>
    <w:p w:rsidR="00794AF3" w:rsidRDefault="000C7E7C">
      <w:pPr>
        <w:jc w:val="center"/>
      </w:pPr>
      <w:r>
        <w:rPr>
          <w:rFonts w:eastAsia="Arial" w:cs="Arial"/>
          <w:color w:val="566573"/>
          <w:sz w:val="19"/>
          <w:szCs w:val="19"/>
        </w:rPr>
        <w:t>Select a section title or page number to jump to that section.</w:t>
      </w:r>
    </w:p>
    <w:p w:rsidR="00794AF3" w:rsidRDefault="000C7E7C">
      <w:r>
        <w:br w:type="page"/>
      </w:r>
    </w:p>
    <w:p w:rsidR="00794AF3" w:rsidRDefault="000C7E7C">
      <w:pPr>
        <w:pStyle w:val="Heading1"/>
      </w:pPr>
      <w:bookmarkStart w:id="1" w:name="sec_1_Procurement_Administration"/>
      <w:r>
        <w:rPr>
          <w:rFonts w:ascii="Arial" w:eastAsia="Arial" w:hAnsi="Arial" w:cs="Arial"/>
          <w:szCs w:val="32"/>
        </w:rPr>
        <w:lastRenderedPageBreak/>
        <w:t>1. Procurement Administration</w:t>
      </w:r>
      <w:bookmarkEnd w:id="1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311"/>
        <w:gridCol w:w="6336"/>
      </w:tblGrid>
      <w:tr w:rsidR="00794AF3">
        <w:trPr>
          <w:tblHeader/>
          <w:jc w:val="center"/>
        </w:trPr>
        <w:tc>
          <w:tcPr>
            <w:tcW w:w="3311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0B2A4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b/>
                <w:color w:val="FFFFFF"/>
                <w:sz w:val="18"/>
                <w:szCs w:val="18"/>
              </w:rPr>
              <w:t>Field</w:t>
            </w:r>
          </w:p>
        </w:tc>
        <w:tc>
          <w:tcPr>
            <w:tcW w:w="6336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0B2A4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b/>
                <w:color w:val="FFFFFF"/>
                <w:sz w:val="18"/>
                <w:szCs w:val="18"/>
              </w:rPr>
              <w:t>Information</w:t>
            </w:r>
          </w:p>
        </w:tc>
      </w:tr>
      <w:tr w:rsidR="00794AF3">
        <w:trPr>
          <w:jc w:val="center"/>
        </w:trPr>
        <w:tc>
          <w:tcPr>
            <w:tcW w:w="3311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>Issuing Organization</w:t>
            </w:r>
          </w:p>
        </w:tc>
        <w:tc>
          <w:tcPr>
            <w:tcW w:w="6336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>[ORGANIZATION LEGAL NAME]</w:t>
            </w:r>
          </w:p>
        </w:tc>
      </w:tr>
      <w:tr w:rsidR="00794AF3">
        <w:trPr>
          <w:jc w:val="center"/>
        </w:trPr>
        <w:tc>
          <w:tcPr>
            <w:tcW w:w="3311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5F8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>RFP / Solicitation Number</w:t>
            </w:r>
          </w:p>
        </w:tc>
        <w:tc>
          <w:tcPr>
            <w:tcW w:w="6336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5F8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>[RFP NUMBER]</w:t>
            </w:r>
          </w:p>
        </w:tc>
      </w:tr>
      <w:tr w:rsidR="00794AF3">
        <w:trPr>
          <w:jc w:val="center"/>
        </w:trPr>
        <w:tc>
          <w:tcPr>
            <w:tcW w:w="3311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>Project Name</w:t>
            </w:r>
          </w:p>
        </w:tc>
        <w:tc>
          <w:tcPr>
            <w:tcW w:w="6336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>[PROJECT NAME]</w:t>
            </w:r>
          </w:p>
        </w:tc>
      </w:tr>
      <w:tr w:rsidR="00794AF3">
        <w:trPr>
          <w:jc w:val="center"/>
        </w:trPr>
        <w:tc>
          <w:tcPr>
            <w:tcW w:w="3311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5F8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>Procurement Contact</w:t>
            </w:r>
          </w:p>
        </w:tc>
        <w:tc>
          <w:tcPr>
            <w:tcW w:w="6336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5F8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>[NAME / TITLE / EMAIL]</w:t>
            </w:r>
          </w:p>
        </w:tc>
      </w:tr>
      <w:tr w:rsidR="00794AF3">
        <w:trPr>
          <w:jc w:val="center"/>
        </w:trPr>
        <w:tc>
          <w:tcPr>
            <w:tcW w:w="3311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>Issue Date</w:t>
            </w:r>
          </w:p>
        </w:tc>
        <w:tc>
          <w:tcPr>
            <w:tcW w:w="6336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>[DATE]</w:t>
            </w:r>
          </w:p>
        </w:tc>
      </w:tr>
      <w:tr w:rsidR="00794AF3">
        <w:trPr>
          <w:jc w:val="center"/>
        </w:trPr>
        <w:tc>
          <w:tcPr>
            <w:tcW w:w="3311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5F8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>Questions Due</w:t>
            </w:r>
          </w:p>
        </w:tc>
        <w:tc>
          <w:tcPr>
            <w:tcW w:w="6336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5F8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>[DATE / TIME / TIME ZONE]</w:t>
            </w:r>
          </w:p>
        </w:tc>
      </w:tr>
      <w:tr w:rsidR="00794AF3">
        <w:trPr>
          <w:jc w:val="center"/>
        </w:trPr>
        <w:tc>
          <w:tcPr>
            <w:tcW w:w="3311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>Proposal Due</w:t>
            </w:r>
          </w:p>
        </w:tc>
        <w:tc>
          <w:tcPr>
            <w:tcW w:w="6336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 xml:space="preserve">[DATE / TIME / TIME </w:t>
            </w:r>
            <w:r>
              <w:rPr>
                <w:rFonts w:eastAsia="Arial" w:cs="Arial"/>
                <w:sz w:val="18"/>
                <w:szCs w:val="18"/>
              </w:rPr>
              <w:t>ZONE]</w:t>
            </w:r>
          </w:p>
        </w:tc>
      </w:tr>
      <w:tr w:rsidR="00794AF3">
        <w:trPr>
          <w:jc w:val="center"/>
        </w:trPr>
        <w:tc>
          <w:tcPr>
            <w:tcW w:w="3311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5F8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>Submission Method</w:t>
            </w:r>
          </w:p>
        </w:tc>
        <w:tc>
          <w:tcPr>
            <w:tcW w:w="6336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5F8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>[PORTAL / EMAIL / OTHER]</w:t>
            </w:r>
          </w:p>
        </w:tc>
      </w:tr>
    </w:tbl>
    <w:p w:rsidR="00794AF3" w:rsidRDefault="00794AF3"/>
    <w:p w:rsidR="00794AF3" w:rsidRDefault="000C7E7C">
      <w:pPr>
        <w:pStyle w:val="Heading2"/>
      </w:pPr>
      <w:r>
        <w:rPr>
          <w:rFonts w:ascii="Arial" w:eastAsia="Arial" w:hAnsi="Arial" w:cs="Arial"/>
          <w:szCs w:val="24"/>
        </w:rPr>
        <w:t>1.1 Procurement Schedule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464"/>
        <w:gridCol w:w="2015"/>
        <w:gridCol w:w="3168"/>
      </w:tblGrid>
      <w:tr w:rsidR="00794AF3">
        <w:trPr>
          <w:tblHeader/>
          <w:jc w:val="center"/>
        </w:trPr>
        <w:tc>
          <w:tcPr>
            <w:tcW w:w="4464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0B2A4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b/>
                <w:color w:val="FFFFFF"/>
                <w:sz w:val="18"/>
                <w:szCs w:val="18"/>
              </w:rPr>
              <w:t>Milestone</w:t>
            </w:r>
          </w:p>
        </w:tc>
        <w:tc>
          <w:tcPr>
            <w:tcW w:w="2015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0B2A4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b/>
                <w:color w:val="FFFFFF"/>
                <w:sz w:val="18"/>
                <w:szCs w:val="18"/>
              </w:rPr>
              <w:t>Target Date</w:t>
            </w:r>
          </w:p>
        </w:tc>
        <w:tc>
          <w:tcPr>
            <w:tcW w:w="3168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0B2A4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b/>
                <w:color w:val="FFFFFF"/>
                <w:sz w:val="18"/>
                <w:szCs w:val="18"/>
              </w:rPr>
              <w:t>Notes</w:t>
            </w:r>
          </w:p>
        </w:tc>
      </w:tr>
      <w:tr w:rsidR="00794AF3">
        <w:trPr>
          <w:jc w:val="center"/>
        </w:trPr>
        <w:tc>
          <w:tcPr>
            <w:tcW w:w="4464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>RFP issued</w:t>
            </w:r>
          </w:p>
        </w:tc>
        <w:tc>
          <w:tcPr>
            <w:tcW w:w="2015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>[DATE]</w:t>
            </w:r>
          </w:p>
        </w:tc>
        <w:tc>
          <w:tcPr>
            <w:tcW w:w="3168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794AF3">
            <w:pPr>
              <w:spacing w:after="0"/>
            </w:pPr>
          </w:p>
        </w:tc>
      </w:tr>
      <w:tr w:rsidR="00794AF3">
        <w:trPr>
          <w:jc w:val="center"/>
        </w:trPr>
        <w:tc>
          <w:tcPr>
            <w:tcW w:w="4464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5F8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>Pre-proposal conference / creative briefing</w:t>
            </w:r>
          </w:p>
        </w:tc>
        <w:tc>
          <w:tcPr>
            <w:tcW w:w="2015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5F8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>[DATE / N/A]</w:t>
            </w:r>
          </w:p>
        </w:tc>
        <w:tc>
          <w:tcPr>
            <w:tcW w:w="3168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5F8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>[Virtual / in-person / optional / mandatory]</w:t>
            </w:r>
          </w:p>
        </w:tc>
      </w:tr>
      <w:tr w:rsidR="00794AF3">
        <w:trPr>
          <w:jc w:val="center"/>
        </w:trPr>
        <w:tc>
          <w:tcPr>
            <w:tcW w:w="4464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>Bidder questions due</w:t>
            </w:r>
          </w:p>
        </w:tc>
        <w:tc>
          <w:tcPr>
            <w:tcW w:w="2015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>[DATE]</w:t>
            </w:r>
          </w:p>
        </w:tc>
        <w:tc>
          <w:tcPr>
            <w:tcW w:w="3168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794AF3">
            <w:pPr>
              <w:spacing w:after="0"/>
            </w:pPr>
          </w:p>
        </w:tc>
      </w:tr>
      <w:tr w:rsidR="00794AF3">
        <w:trPr>
          <w:jc w:val="center"/>
        </w:trPr>
        <w:tc>
          <w:tcPr>
            <w:tcW w:w="4464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5F8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>Responses / final addendum</w:t>
            </w:r>
          </w:p>
        </w:tc>
        <w:tc>
          <w:tcPr>
            <w:tcW w:w="2015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5F8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>[DATE]</w:t>
            </w:r>
          </w:p>
        </w:tc>
        <w:tc>
          <w:tcPr>
            <w:tcW w:w="3168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5F8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794AF3">
            <w:pPr>
              <w:spacing w:after="0"/>
            </w:pPr>
          </w:p>
        </w:tc>
      </w:tr>
      <w:tr w:rsidR="00794AF3">
        <w:trPr>
          <w:jc w:val="center"/>
        </w:trPr>
        <w:tc>
          <w:tcPr>
            <w:tcW w:w="4464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>Proposals due</w:t>
            </w:r>
          </w:p>
        </w:tc>
        <w:tc>
          <w:tcPr>
            <w:tcW w:w="2015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>[DATE]</w:t>
            </w:r>
          </w:p>
        </w:tc>
        <w:tc>
          <w:tcPr>
            <w:tcW w:w="3168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794AF3">
            <w:pPr>
              <w:spacing w:after="0"/>
            </w:pPr>
          </w:p>
        </w:tc>
      </w:tr>
      <w:tr w:rsidR="00794AF3">
        <w:trPr>
          <w:jc w:val="center"/>
        </w:trPr>
        <w:tc>
          <w:tcPr>
            <w:tcW w:w="4464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5F8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>Interviews / presentations / portfolio reviews</w:t>
            </w:r>
          </w:p>
        </w:tc>
        <w:tc>
          <w:tcPr>
            <w:tcW w:w="2015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5F8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>[DATE RANGE]</w:t>
            </w:r>
          </w:p>
        </w:tc>
        <w:tc>
          <w:tcPr>
            <w:tcW w:w="3168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5F8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>If applicable</w:t>
            </w:r>
          </w:p>
        </w:tc>
      </w:tr>
      <w:tr w:rsidR="00794AF3">
        <w:trPr>
          <w:jc w:val="center"/>
        </w:trPr>
        <w:tc>
          <w:tcPr>
            <w:tcW w:w="4464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>Anticipated award</w:t>
            </w:r>
          </w:p>
        </w:tc>
        <w:tc>
          <w:tcPr>
            <w:tcW w:w="2015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>[DATE]</w:t>
            </w:r>
          </w:p>
        </w:tc>
        <w:tc>
          <w:tcPr>
            <w:tcW w:w="3168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794AF3">
            <w:pPr>
              <w:spacing w:after="0"/>
            </w:pPr>
          </w:p>
        </w:tc>
      </w:tr>
      <w:tr w:rsidR="00794AF3">
        <w:trPr>
          <w:jc w:val="center"/>
        </w:trPr>
        <w:tc>
          <w:tcPr>
            <w:tcW w:w="4464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5F8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>Target kickoff</w:t>
            </w:r>
          </w:p>
        </w:tc>
        <w:tc>
          <w:tcPr>
            <w:tcW w:w="2015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5F8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>[DATE]</w:t>
            </w:r>
          </w:p>
        </w:tc>
        <w:tc>
          <w:tcPr>
            <w:tcW w:w="3168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5F8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794AF3">
            <w:pPr>
              <w:spacing w:after="0"/>
            </w:pPr>
          </w:p>
        </w:tc>
      </w:tr>
    </w:tbl>
    <w:p w:rsidR="00794AF3" w:rsidRDefault="00794AF3"/>
    <w:p w:rsidR="00794AF3" w:rsidRDefault="000C7E7C">
      <w:pPr>
        <w:pStyle w:val="Heading2"/>
      </w:pPr>
      <w:r>
        <w:rPr>
          <w:rFonts w:ascii="Arial" w:eastAsia="Arial" w:hAnsi="Arial" w:cs="Arial"/>
          <w:szCs w:val="24"/>
        </w:rPr>
        <w:t>1.2 Procurement Rules &amp; Communications</w:t>
      </w:r>
    </w:p>
    <w:p w:rsidR="00794AF3" w:rsidRDefault="000C7E7C">
      <w:pPr>
        <w:pStyle w:val="ListBullet"/>
      </w:pPr>
      <w:r>
        <w:rPr>
          <w:rFonts w:eastAsia="Arial" w:cs="Arial"/>
          <w:szCs w:val="21"/>
        </w:rPr>
        <w:t>All communications regarding</w:t>
      </w:r>
      <w:r>
        <w:rPr>
          <w:rFonts w:eastAsia="Arial" w:cs="Arial"/>
          <w:szCs w:val="21"/>
        </w:rPr>
        <w:t xml:space="preserve"> this RFP must be directed to the designated procurement contact unless otherwise stated.</w:t>
      </w:r>
    </w:p>
    <w:p w:rsidR="00794AF3" w:rsidRDefault="000C7E7C">
      <w:pPr>
        <w:pStyle w:val="ListBullet"/>
      </w:pPr>
      <w:r>
        <w:rPr>
          <w:rFonts w:eastAsia="Arial" w:cs="Arial"/>
          <w:szCs w:val="21"/>
        </w:rPr>
        <w:t>Oral interpretations are non-binding unless confirmed through a written addendum.</w:t>
      </w:r>
    </w:p>
    <w:p w:rsidR="00794AF3" w:rsidRDefault="000C7E7C">
      <w:pPr>
        <w:pStyle w:val="ListBullet"/>
      </w:pPr>
      <w:r>
        <w:rPr>
          <w:rFonts w:eastAsia="Arial" w:cs="Arial"/>
          <w:szCs w:val="21"/>
        </w:rPr>
        <w:t xml:space="preserve">Bidders are responsible for monitoring the designated procurement portal or </w:t>
      </w:r>
      <w:r>
        <w:rPr>
          <w:rFonts w:eastAsia="Arial" w:cs="Arial"/>
          <w:szCs w:val="21"/>
        </w:rPr>
        <w:t>distribution method for addenda.</w:t>
      </w:r>
    </w:p>
    <w:p w:rsidR="00794AF3" w:rsidRDefault="000C7E7C">
      <w:pPr>
        <w:pStyle w:val="ListBullet"/>
      </w:pPr>
      <w:r>
        <w:rPr>
          <w:rFonts w:eastAsia="Arial" w:cs="Arial"/>
          <w:szCs w:val="21"/>
        </w:rPr>
        <w:t>Portfolio links, creative samples and third-party hosted materials must remain accessible through the evaluation period.</w:t>
      </w:r>
    </w:p>
    <w:p w:rsidR="00794AF3" w:rsidRDefault="000C7E7C">
      <w:pPr>
        <w:pStyle w:val="ListBullet"/>
      </w:pPr>
      <w:r>
        <w:rPr>
          <w:rFonts w:eastAsia="Arial" w:cs="Arial"/>
          <w:szCs w:val="21"/>
        </w:rPr>
        <w:t>The organization reserves rights only to the extent permitted by applicable procurement policy and law</w:t>
      </w:r>
      <w:r>
        <w:rPr>
          <w:rFonts w:eastAsia="Arial" w:cs="Arial"/>
          <w:szCs w:val="21"/>
        </w:rPr>
        <w:t>. Replace this sentence with approved entity-specific language.</w:t>
      </w:r>
    </w:p>
    <w:p w:rsidR="00794AF3" w:rsidRDefault="000C7E7C">
      <w:pPr>
        <w:pStyle w:val="Heading1"/>
      </w:pPr>
      <w:bookmarkStart w:id="2" w:name="sec_2_Organization_Creative_Background"/>
      <w:r>
        <w:rPr>
          <w:rFonts w:ascii="Arial" w:eastAsia="Arial" w:hAnsi="Arial" w:cs="Arial"/>
          <w:szCs w:val="32"/>
        </w:rPr>
        <w:t>2. Organization &amp; Creative Background</w:t>
      </w:r>
      <w:bookmarkEnd w:id="2"/>
    </w:p>
    <w:p w:rsidR="00794AF3" w:rsidRDefault="000C7E7C">
      <w:r>
        <w:rPr>
          <w:rFonts w:eastAsia="Arial" w:cs="Arial"/>
          <w:szCs w:val="21"/>
        </w:rPr>
        <w:t>[ORGANIZATION NAME] is [brief factual description of organization, mission, jurisdiction/industry, audiences served, geography and relevant operating cont</w:t>
      </w:r>
      <w:r>
        <w:rPr>
          <w:rFonts w:eastAsia="Arial" w:cs="Arial"/>
          <w:szCs w:val="21"/>
        </w:rPr>
        <w:t>ext]. The organization is seeking a qualified creative partner to support [PROJECT / PROGRAM / BRAND / CAMPAIGN OBJECTIVE].</w:t>
      </w:r>
    </w:p>
    <w:p w:rsidR="00794AF3" w:rsidRDefault="000C7E7C">
      <w:pPr>
        <w:pStyle w:val="Heading2"/>
      </w:pPr>
      <w:r>
        <w:rPr>
          <w:rFonts w:ascii="Arial" w:eastAsia="Arial" w:hAnsi="Arial" w:cs="Arial"/>
          <w:szCs w:val="24"/>
        </w:rPr>
        <w:t>2.1 Project / Program Context</w:t>
      </w:r>
    </w:p>
    <w:p w:rsidR="00794AF3" w:rsidRDefault="000C7E7C">
      <w:r>
        <w:rPr>
          <w:rFonts w:eastAsia="Arial" w:cs="Arial"/>
          <w:szCs w:val="21"/>
        </w:rPr>
        <w:t>The organization is initiating this procurement because [PROJECT DRIVERS]. Current creative assets, br</w:t>
      </w:r>
      <w:r>
        <w:rPr>
          <w:rFonts w:eastAsia="Arial" w:cs="Arial"/>
          <w:szCs w:val="21"/>
        </w:rPr>
        <w:t>and systems and production processes are [CURRENT STATE]. The selected vendor will be expected to collaborate with internal stakeholders and approved third parties while protecting brand integrity and delivering production-ready work across required channe</w:t>
      </w:r>
      <w:r>
        <w:rPr>
          <w:rFonts w:eastAsia="Arial" w:cs="Arial"/>
          <w:szCs w:val="21"/>
        </w:rPr>
        <w:t>ls.</w:t>
      </w:r>
    </w:p>
    <w:p w:rsidR="00794AF3" w:rsidRDefault="000C7E7C">
      <w:pPr>
        <w:pStyle w:val="Heading2"/>
      </w:pPr>
      <w:r>
        <w:rPr>
          <w:rFonts w:ascii="Arial" w:eastAsia="Arial" w:hAnsi="Arial" w:cs="Arial"/>
          <w:szCs w:val="24"/>
        </w:rPr>
        <w:lastRenderedPageBreak/>
        <w:t>2.2 Stakeholders &amp; Audiences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024"/>
        <w:gridCol w:w="2880"/>
        <w:gridCol w:w="3744"/>
      </w:tblGrid>
      <w:tr w:rsidR="00794AF3">
        <w:trPr>
          <w:tblHeader/>
          <w:jc w:val="center"/>
        </w:trPr>
        <w:tc>
          <w:tcPr>
            <w:tcW w:w="3024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0B2A4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b/>
                <w:color w:val="FFFFFF"/>
                <w:sz w:val="18"/>
                <w:szCs w:val="18"/>
              </w:rPr>
              <w:t>Stakeholder / Audience</w:t>
            </w:r>
          </w:p>
        </w:tc>
        <w:tc>
          <w:tcPr>
            <w:tcW w:w="2880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0B2A4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b/>
                <w:color w:val="FFFFFF"/>
                <w:sz w:val="18"/>
                <w:szCs w:val="18"/>
              </w:rPr>
              <w:t>Role / Relationship</w:t>
            </w:r>
          </w:p>
        </w:tc>
        <w:tc>
          <w:tcPr>
            <w:tcW w:w="3744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0B2A4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b/>
                <w:color w:val="FFFFFF"/>
                <w:sz w:val="18"/>
                <w:szCs w:val="18"/>
              </w:rPr>
              <w:t>Primary Needs / Concerns</w:t>
            </w:r>
          </w:p>
        </w:tc>
      </w:tr>
      <w:tr w:rsidR="00794AF3">
        <w:trPr>
          <w:jc w:val="center"/>
        </w:trPr>
        <w:tc>
          <w:tcPr>
            <w:tcW w:w="3024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>Executive Sponsor</w:t>
            </w:r>
          </w:p>
        </w:tc>
        <w:tc>
          <w:tcPr>
            <w:tcW w:w="2880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>[ROLE]</w:t>
            </w:r>
          </w:p>
        </w:tc>
        <w:tc>
          <w:tcPr>
            <w:tcW w:w="3744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>[OUTCOMES / GOVERNANCE]</w:t>
            </w:r>
          </w:p>
        </w:tc>
      </w:tr>
      <w:tr w:rsidR="00794AF3">
        <w:trPr>
          <w:jc w:val="center"/>
        </w:trPr>
        <w:tc>
          <w:tcPr>
            <w:tcW w:w="3024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5F8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>Project / Brand Owner</w:t>
            </w:r>
          </w:p>
        </w:tc>
        <w:tc>
          <w:tcPr>
            <w:tcW w:w="2880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5F8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>[ROLE]</w:t>
            </w:r>
          </w:p>
        </w:tc>
        <w:tc>
          <w:tcPr>
            <w:tcW w:w="3744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5F8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>[DAY-TO-DAY OWNERSHIP]</w:t>
            </w:r>
          </w:p>
        </w:tc>
      </w:tr>
      <w:tr w:rsidR="00794AF3">
        <w:trPr>
          <w:jc w:val="center"/>
        </w:trPr>
        <w:tc>
          <w:tcPr>
            <w:tcW w:w="3024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>Marketing / Communications</w:t>
            </w:r>
          </w:p>
        </w:tc>
        <w:tc>
          <w:tcPr>
            <w:tcW w:w="2880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>[ROLE]</w:t>
            </w:r>
          </w:p>
        </w:tc>
        <w:tc>
          <w:tcPr>
            <w:tcW w:w="3744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 xml:space="preserve">[CAMPAIGN / </w:t>
            </w:r>
            <w:r>
              <w:rPr>
                <w:rFonts w:eastAsia="Arial" w:cs="Arial"/>
                <w:sz w:val="18"/>
                <w:szCs w:val="18"/>
              </w:rPr>
              <w:t>CONTENT / APPROVALS]</w:t>
            </w:r>
          </w:p>
        </w:tc>
      </w:tr>
      <w:tr w:rsidR="00794AF3">
        <w:trPr>
          <w:jc w:val="center"/>
        </w:trPr>
        <w:tc>
          <w:tcPr>
            <w:tcW w:w="3024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5F8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>Procurement / Legal</w:t>
            </w:r>
          </w:p>
        </w:tc>
        <w:tc>
          <w:tcPr>
            <w:tcW w:w="2880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5F8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>[ROLE]</w:t>
            </w:r>
          </w:p>
        </w:tc>
        <w:tc>
          <w:tcPr>
            <w:tcW w:w="3744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5F8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>[CONTRACT / LICENSING / COMPLIANCE]</w:t>
            </w:r>
          </w:p>
        </w:tc>
      </w:tr>
      <w:tr w:rsidR="00794AF3">
        <w:trPr>
          <w:jc w:val="center"/>
        </w:trPr>
        <w:tc>
          <w:tcPr>
            <w:tcW w:w="3024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>Accessibility / DEI</w:t>
            </w:r>
          </w:p>
        </w:tc>
        <w:tc>
          <w:tcPr>
            <w:tcW w:w="2880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>[ROLE]</w:t>
            </w:r>
          </w:p>
        </w:tc>
        <w:tc>
          <w:tcPr>
            <w:tcW w:w="3744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>[INCLUSIVE DESIGN / ACCESSIBILITY]</w:t>
            </w:r>
          </w:p>
        </w:tc>
      </w:tr>
      <w:tr w:rsidR="00794AF3">
        <w:trPr>
          <w:jc w:val="center"/>
        </w:trPr>
        <w:tc>
          <w:tcPr>
            <w:tcW w:w="3024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5F8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>End Audiences</w:t>
            </w:r>
          </w:p>
        </w:tc>
        <w:tc>
          <w:tcPr>
            <w:tcW w:w="2880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5F8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>[AUDIENCE GROUPS]</w:t>
            </w:r>
          </w:p>
        </w:tc>
        <w:tc>
          <w:tcPr>
            <w:tcW w:w="3744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5F8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>[USABILITY / CLARITY / TRUST]</w:t>
            </w:r>
          </w:p>
        </w:tc>
      </w:tr>
    </w:tbl>
    <w:p w:rsidR="00794AF3" w:rsidRDefault="00794AF3"/>
    <w:p w:rsidR="00794AF3" w:rsidRDefault="000C7E7C">
      <w:pPr>
        <w:pStyle w:val="Heading1"/>
      </w:pPr>
      <w:bookmarkStart w:id="3" w:name="sec_3_Project_Objectives_Success_Measur"/>
      <w:r>
        <w:rPr>
          <w:rFonts w:ascii="Arial" w:eastAsia="Arial" w:hAnsi="Arial" w:cs="Arial"/>
          <w:szCs w:val="32"/>
        </w:rPr>
        <w:t>3. Project Objectives &amp; Success Measures</w:t>
      </w:r>
      <w:bookmarkEnd w:id="3"/>
    </w:p>
    <w:p w:rsidR="00794AF3" w:rsidRDefault="000C7E7C">
      <w:pPr>
        <w:spacing w:after="40"/>
        <w:ind w:left="72"/>
      </w:pPr>
      <w:r>
        <w:rPr>
          <w:rFonts w:eastAsia="Arial" w:cs="Arial"/>
          <w:szCs w:val="21"/>
        </w:rPr>
        <w:t>☐</w:t>
      </w:r>
      <w:r>
        <w:rPr>
          <w:rFonts w:eastAsia="Arial" w:cs="Arial"/>
          <w:szCs w:val="21"/>
        </w:rPr>
        <w:t xml:space="preserve"> </w:t>
      </w:r>
      <w:r>
        <w:rPr>
          <w:rFonts w:eastAsia="Arial" w:cs="Arial"/>
          <w:szCs w:val="21"/>
        </w:rPr>
        <w:t>Strengthen brand consistency across priority channels and audiences.</w:t>
      </w:r>
    </w:p>
    <w:p w:rsidR="00794AF3" w:rsidRDefault="000C7E7C">
      <w:pPr>
        <w:spacing w:after="40"/>
        <w:ind w:left="72"/>
      </w:pPr>
      <w:r>
        <w:rPr>
          <w:rFonts w:eastAsia="Arial" w:cs="Arial"/>
          <w:szCs w:val="21"/>
        </w:rPr>
        <w:t>☐</w:t>
      </w:r>
      <w:r>
        <w:rPr>
          <w:rFonts w:eastAsia="Arial" w:cs="Arial"/>
          <w:szCs w:val="21"/>
        </w:rPr>
        <w:t xml:space="preserve"> Create high-quality, accessible creative assets that support defined business or public-service objectives.</w:t>
      </w:r>
    </w:p>
    <w:p w:rsidR="00794AF3" w:rsidRDefault="000C7E7C">
      <w:pPr>
        <w:spacing w:after="40"/>
        <w:ind w:left="72"/>
      </w:pPr>
      <w:r>
        <w:rPr>
          <w:rFonts w:eastAsia="Arial" w:cs="Arial"/>
          <w:szCs w:val="21"/>
        </w:rPr>
        <w:t>☐</w:t>
      </w:r>
      <w:r>
        <w:rPr>
          <w:rFonts w:eastAsia="Arial" w:cs="Arial"/>
          <w:szCs w:val="21"/>
        </w:rPr>
        <w:t xml:space="preserve"> Improve speed and consistency of creative production through reusable templ</w:t>
      </w:r>
      <w:r>
        <w:rPr>
          <w:rFonts w:eastAsia="Arial" w:cs="Arial"/>
          <w:szCs w:val="21"/>
        </w:rPr>
        <w:t>ates and design systems.</w:t>
      </w:r>
    </w:p>
    <w:p w:rsidR="00794AF3" w:rsidRDefault="000C7E7C">
      <w:pPr>
        <w:spacing w:after="40"/>
        <w:ind w:left="72"/>
      </w:pPr>
      <w:r>
        <w:rPr>
          <w:rFonts w:eastAsia="Arial" w:cs="Arial"/>
          <w:szCs w:val="21"/>
        </w:rPr>
        <w:t>☐</w:t>
      </w:r>
      <w:r>
        <w:rPr>
          <w:rFonts w:eastAsia="Arial" w:cs="Arial"/>
          <w:szCs w:val="21"/>
        </w:rPr>
        <w:t xml:space="preserve"> Ensure source files, usage rights and production specifications are clearly documented and transferable.</w:t>
      </w:r>
    </w:p>
    <w:p w:rsidR="00794AF3" w:rsidRDefault="000C7E7C">
      <w:pPr>
        <w:spacing w:after="40"/>
        <w:ind w:left="72"/>
      </w:pPr>
      <w:r>
        <w:rPr>
          <w:rFonts w:eastAsia="Arial" w:cs="Arial"/>
          <w:szCs w:val="21"/>
        </w:rPr>
        <w:t>☐</w:t>
      </w:r>
      <w:r>
        <w:rPr>
          <w:rFonts w:eastAsia="Arial" w:cs="Arial"/>
          <w:szCs w:val="21"/>
        </w:rPr>
        <w:t xml:space="preserve"> Support digital, print, presentation, campaign and/or environmental applications as required.</w:t>
      </w:r>
    </w:p>
    <w:p w:rsidR="00794AF3" w:rsidRDefault="000C7E7C">
      <w:pPr>
        <w:spacing w:after="40"/>
        <w:ind w:left="72"/>
      </w:pPr>
      <w:r>
        <w:rPr>
          <w:rFonts w:eastAsia="Arial" w:cs="Arial"/>
          <w:szCs w:val="21"/>
        </w:rPr>
        <w:t>☐</w:t>
      </w:r>
      <w:r>
        <w:rPr>
          <w:rFonts w:eastAsia="Arial" w:cs="Arial"/>
          <w:szCs w:val="21"/>
        </w:rPr>
        <w:t xml:space="preserve"> Establish a clear review, </w:t>
      </w:r>
      <w:r>
        <w:rPr>
          <w:rFonts w:eastAsia="Arial" w:cs="Arial"/>
          <w:szCs w:val="21"/>
        </w:rPr>
        <w:t>revision and approval workflow.</w:t>
      </w:r>
    </w:p>
    <w:p w:rsidR="00794AF3" w:rsidRDefault="000C7E7C">
      <w:pPr>
        <w:spacing w:after="40"/>
        <w:ind w:left="72"/>
      </w:pPr>
      <w:r>
        <w:rPr>
          <w:rFonts w:eastAsia="Arial" w:cs="Arial"/>
          <w:szCs w:val="21"/>
        </w:rPr>
        <w:t>☐</w:t>
      </w:r>
      <w:r>
        <w:rPr>
          <w:rFonts w:eastAsia="Arial" w:cs="Arial"/>
          <w:szCs w:val="21"/>
        </w:rPr>
        <w:t xml:space="preserve"> Provide production-ready files that meet channel, printer, platform and accessibility requirements.</w:t>
      </w:r>
    </w:p>
    <w:p w:rsidR="00794AF3" w:rsidRDefault="000C7E7C">
      <w:pPr>
        <w:spacing w:after="40"/>
        <w:ind w:left="72"/>
      </w:pPr>
      <w:r>
        <w:rPr>
          <w:rFonts w:eastAsia="Arial" w:cs="Arial"/>
          <w:szCs w:val="21"/>
        </w:rPr>
        <w:t>☐</w:t>
      </w:r>
      <w:r>
        <w:rPr>
          <w:rFonts w:eastAsia="Arial" w:cs="Arial"/>
          <w:szCs w:val="21"/>
        </w:rPr>
        <w:t xml:space="preserve"> Enable future internal maintenance and adaptation where appropriate.</w:t>
      </w:r>
    </w:p>
    <w:p w:rsidR="00794AF3" w:rsidRDefault="000C7E7C">
      <w:pPr>
        <w:pStyle w:val="Heading2"/>
      </w:pPr>
      <w:r>
        <w:rPr>
          <w:rFonts w:ascii="Arial" w:eastAsia="Arial" w:hAnsi="Arial" w:cs="Arial"/>
          <w:szCs w:val="24"/>
        </w:rPr>
        <w:t>3.1 Key Performance Indicators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880"/>
        <w:gridCol w:w="1872"/>
        <w:gridCol w:w="2592"/>
        <w:gridCol w:w="2304"/>
      </w:tblGrid>
      <w:tr w:rsidR="00794AF3">
        <w:trPr>
          <w:tblHeader/>
          <w:jc w:val="center"/>
        </w:trPr>
        <w:tc>
          <w:tcPr>
            <w:tcW w:w="2880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0B2A4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b/>
                <w:color w:val="FFFFFF"/>
                <w:sz w:val="18"/>
                <w:szCs w:val="18"/>
              </w:rPr>
              <w:t>KPI / Measure</w:t>
            </w:r>
          </w:p>
        </w:tc>
        <w:tc>
          <w:tcPr>
            <w:tcW w:w="1872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0B2A4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b/>
                <w:color w:val="FFFFFF"/>
                <w:sz w:val="18"/>
                <w:szCs w:val="18"/>
              </w:rPr>
              <w:t>Baseli</w:t>
            </w:r>
            <w:r>
              <w:rPr>
                <w:rFonts w:eastAsia="Arial" w:cs="Arial"/>
                <w:b/>
                <w:color w:val="FFFFFF"/>
                <w:sz w:val="18"/>
                <w:szCs w:val="18"/>
              </w:rPr>
              <w:t>ne</w:t>
            </w:r>
          </w:p>
        </w:tc>
        <w:tc>
          <w:tcPr>
            <w:tcW w:w="2592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0B2A4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b/>
                <w:color w:val="FFFFFF"/>
                <w:sz w:val="18"/>
                <w:szCs w:val="18"/>
              </w:rPr>
              <w:t>Target / Acceptance Threshold</w:t>
            </w:r>
          </w:p>
        </w:tc>
        <w:tc>
          <w:tcPr>
            <w:tcW w:w="2304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0B2A4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b/>
                <w:color w:val="FFFFFF"/>
                <w:sz w:val="18"/>
                <w:szCs w:val="18"/>
              </w:rPr>
              <w:t>Measurement Source</w:t>
            </w:r>
          </w:p>
        </w:tc>
      </w:tr>
      <w:tr w:rsidR="00794AF3">
        <w:trPr>
          <w:jc w:val="center"/>
        </w:trPr>
        <w:tc>
          <w:tcPr>
            <w:tcW w:w="2880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>Brand consistency / compliance</w:t>
            </w:r>
          </w:p>
        </w:tc>
        <w:tc>
          <w:tcPr>
            <w:tcW w:w="1872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>[BASELINE]</w:t>
            </w:r>
          </w:p>
        </w:tc>
        <w:tc>
          <w:tcPr>
            <w:tcW w:w="2592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>[TARGET]</w:t>
            </w:r>
          </w:p>
        </w:tc>
        <w:tc>
          <w:tcPr>
            <w:tcW w:w="2304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>[REVIEW METHOD]</w:t>
            </w:r>
          </w:p>
        </w:tc>
      </w:tr>
      <w:tr w:rsidR="00794AF3">
        <w:trPr>
          <w:jc w:val="center"/>
        </w:trPr>
        <w:tc>
          <w:tcPr>
            <w:tcW w:w="2880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5F8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>Creative turnaround time</w:t>
            </w:r>
          </w:p>
        </w:tc>
        <w:tc>
          <w:tcPr>
            <w:tcW w:w="1872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5F8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>[BASELINE]</w:t>
            </w:r>
          </w:p>
        </w:tc>
        <w:tc>
          <w:tcPr>
            <w:tcW w:w="2592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5F8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>[TARGET]</w:t>
            </w:r>
          </w:p>
        </w:tc>
        <w:tc>
          <w:tcPr>
            <w:tcW w:w="2304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5F8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>[WORKFLOW DATA]</w:t>
            </w:r>
          </w:p>
        </w:tc>
      </w:tr>
      <w:tr w:rsidR="00794AF3">
        <w:trPr>
          <w:jc w:val="center"/>
        </w:trPr>
        <w:tc>
          <w:tcPr>
            <w:tcW w:w="2880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>Accessibility conformance</w:t>
            </w:r>
          </w:p>
        </w:tc>
        <w:tc>
          <w:tcPr>
            <w:tcW w:w="1872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>[BASELINE]</w:t>
            </w:r>
          </w:p>
        </w:tc>
        <w:tc>
          <w:tcPr>
            <w:tcW w:w="2592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>[TARGET]</w:t>
            </w:r>
          </w:p>
        </w:tc>
        <w:tc>
          <w:tcPr>
            <w:tcW w:w="2304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>[TEST / REVIEW]</w:t>
            </w:r>
          </w:p>
        </w:tc>
      </w:tr>
      <w:tr w:rsidR="00794AF3">
        <w:trPr>
          <w:jc w:val="center"/>
        </w:trPr>
        <w:tc>
          <w:tcPr>
            <w:tcW w:w="2880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5F8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 xml:space="preserve">Template </w:t>
            </w:r>
            <w:r>
              <w:rPr>
                <w:rFonts w:eastAsia="Arial" w:cs="Arial"/>
                <w:sz w:val="18"/>
                <w:szCs w:val="18"/>
              </w:rPr>
              <w:t>adoption / reuse</w:t>
            </w:r>
          </w:p>
        </w:tc>
        <w:tc>
          <w:tcPr>
            <w:tcW w:w="1872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5F8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>[BASELINE]</w:t>
            </w:r>
          </w:p>
        </w:tc>
        <w:tc>
          <w:tcPr>
            <w:tcW w:w="2592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5F8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>[TARGET]</w:t>
            </w:r>
          </w:p>
        </w:tc>
        <w:tc>
          <w:tcPr>
            <w:tcW w:w="2304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5F8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>[INTERNAL TRACKING]</w:t>
            </w:r>
          </w:p>
        </w:tc>
      </w:tr>
      <w:tr w:rsidR="00794AF3">
        <w:trPr>
          <w:jc w:val="center"/>
        </w:trPr>
        <w:tc>
          <w:tcPr>
            <w:tcW w:w="2880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>Stakeholder satisfaction</w:t>
            </w:r>
          </w:p>
        </w:tc>
        <w:tc>
          <w:tcPr>
            <w:tcW w:w="1872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>[BASELINE]</w:t>
            </w:r>
          </w:p>
        </w:tc>
        <w:tc>
          <w:tcPr>
            <w:tcW w:w="2592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>[TARGET]</w:t>
            </w:r>
          </w:p>
        </w:tc>
        <w:tc>
          <w:tcPr>
            <w:tcW w:w="2304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>[SURVEY / APPROVAL DATA]</w:t>
            </w:r>
          </w:p>
        </w:tc>
      </w:tr>
    </w:tbl>
    <w:p w:rsidR="00794AF3" w:rsidRDefault="00794AF3"/>
    <w:p w:rsidR="00794AF3" w:rsidRDefault="000C7E7C">
      <w:pPr>
        <w:pStyle w:val="Heading1"/>
      </w:pPr>
      <w:bookmarkStart w:id="4" w:name="sec_4_Existing_Brand_Assets_Creative_En"/>
      <w:r>
        <w:rPr>
          <w:rFonts w:ascii="Arial" w:eastAsia="Arial" w:hAnsi="Arial" w:cs="Arial"/>
          <w:szCs w:val="32"/>
        </w:rPr>
        <w:t>4. Existing Brand Assets &amp; Creative Environment</w:t>
      </w:r>
      <w:bookmarkEnd w:id="4"/>
    </w:p>
    <w:p w:rsidR="00794AF3" w:rsidRDefault="000C7E7C">
      <w:pPr>
        <w:pStyle w:val="Heading2"/>
      </w:pPr>
      <w:r>
        <w:rPr>
          <w:rFonts w:ascii="Arial" w:eastAsia="Arial" w:hAnsi="Arial" w:cs="Arial"/>
          <w:szCs w:val="24"/>
        </w:rPr>
        <w:t>4.1 Existing Assets Inventory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880"/>
        <w:gridCol w:w="2880"/>
        <w:gridCol w:w="2160"/>
        <w:gridCol w:w="2160"/>
      </w:tblGrid>
      <w:tr w:rsidR="00794AF3">
        <w:trPr>
          <w:tblHeader/>
          <w:jc w:val="center"/>
        </w:trPr>
        <w:tc>
          <w:tcPr>
            <w:tcW w:w="2880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0B2A4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b/>
                <w:color w:val="FFFFFF"/>
                <w:sz w:val="18"/>
                <w:szCs w:val="18"/>
              </w:rPr>
              <w:t>Asset / System</w:t>
            </w:r>
          </w:p>
        </w:tc>
        <w:tc>
          <w:tcPr>
            <w:tcW w:w="2880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0B2A4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b/>
                <w:color w:val="FFFFFF"/>
                <w:sz w:val="18"/>
                <w:szCs w:val="18"/>
              </w:rPr>
              <w:t>Current Format / Location</w:t>
            </w:r>
          </w:p>
        </w:tc>
        <w:tc>
          <w:tcPr>
            <w:tcW w:w="2160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0B2A4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b/>
                <w:color w:val="FFFFFF"/>
                <w:sz w:val="18"/>
                <w:szCs w:val="18"/>
              </w:rPr>
              <w:t>Owner /</w:t>
            </w:r>
            <w:r>
              <w:rPr>
                <w:rFonts w:eastAsia="Arial" w:cs="Arial"/>
                <w:b/>
                <w:color w:val="FFFFFF"/>
                <w:sz w:val="18"/>
                <w:szCs w:val="18"/>
              </w:rPr>
              <w:t xml:space="preserve"> License Status</w:t>
            </w:r>
          </w:p>
        </w:tc>
        <w:tc>
          <w:tcPr>
            <w:tcW w:w="2160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0B2A4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b/>
                <w:color w:val="FFFFFF"/>
                <w:sz w:val="18"/>
                <w:szCs w:val="18"/>
              </w:rPr>
              <w:t>Keep / Update / Replace</w:t>
            </w:r>
          </w:p>
        </w:tc>
      </w:tr>
      <w:tr w:rsidR="00794AF3">
        <w:trPr>
          <w:jc w:val="center"/>
        </w:trPr>
        <w:tc>
          <w:tcPr>
            <w:tcW w:w="2880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>Brand guidelines</w:t>
            </w:r>
          </w:p>
        </w:tc>
        <w:tc>
          <w:tcPr>
            <w:tcW w:w="2880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>[LOCATION / VERSION]</w:t>
            </w:r>
          </w:p>
        </w:tc>
        <w:tc>
          <w:tcPr>
            <w:tcW w:w="2160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>[CONFIRMED / UNKNOWN]</w:t>
            </w:r>
          </w:p>
        </w:tc>
        <w:tc>
          <w:tcPr>
            <w:tcW w:w="2160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>[KEEP / UPDATE]</w:t>
            </w:r>
          </w:p>
        </w:tc>
      </w:tr>
      <w:tr w:rsidR="00794AF3">
        <w:trPr>
          <w:jc w:val="center"/>
        </w:trPr>
        <w:tc>
          <w:tcPr>
            <w:tcW w:w="2880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5F8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>Logos / marks</w:t>
            </w:r>
          </w:p>
        </w:tc>
        <w:tc>
          <w:tcPr>
            <w:tcW w:w="2880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5F8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>[FORMATS]</w:t>
            </w:r>
          </w:p>
        </w:tc>
        <w:tc>
          <w:tcPr>
            <w:tcW w:w="2160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5F8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>[OWNER]</w:t>
            </w:r>
          </w:p>
        </w:tc>
        <w:tc>
          <w:tcPr>
            <w:tcW w:w="2160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5F8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>[KEEP / UPDATE]</w:t>
            </w:r>
          </w:p>
        </w:tc>
      </w:tr>
      <w:tr w:rsidR="00794AF3">
        <w:trPr>
          <w:jc w:val="center"/>
        </w:trPr>
        <w:tc>
          <w:tcPr>
            <w:tcW w:w="2880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>Templates</w:t>
            </w:r>
          </w:p>
        </w:tc>
        <w:tc>
          <w:tcPr>
            <w:tcW w:w="2880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>[PPT / DOCX / CANVA / ADOBE / OTHER]</w:t>
            </w:r>
          </w:p>
        </w:tc>
        <w:tc>
          <w:tcPr>
            <w:tcW w:w="2160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>[OWNER]</w:t>
            </w:r>
          </w:p>
        </w:tc>
        <w:tc>
          <w:tcPr>
            <w:tcW w:w="2160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>[KEEP / REBUILD]</w:t>
            </w:r>
          </w:p>
        </w:tc>
      </w:tr>
      <w:tr w:rsidR="00794AF3">
        <w:trPr>
          <w:jc w:val="center"/>
        </w:trPr>
        <w:tc>
          <w:tcPr>
            <w:tcW w:w="2880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5F8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 xml:space="preserve">Photography / </w:t>
            </w:r>
            <w:r>
              <w:rPr>
                <w:rFonts w:eastAsia="Arial" w:cs="Arial"/>
                <w:sz w:val="18"/>
                <w:szCs w:val="18"/>
              </w:rPr>
              <w:t>illustration library</w:t>
            </w:r>
          </w:p>
        </w:tc>
        <w:tc>
          <w:tcPr>
            <w:tcW w:w="2880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5F8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>[DAM / DRIVE / OTHER]</w:t>
            </w:r>
          </w:p>
        </w:tc>
        <w:tc>
          <w:tcPr>
            <w:tcW w:w="2160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5F8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>[LICENSE STATUS]</w:t>
            </w:r>
          </w:p>
        </w:tc>
        <w:tc>
          <w:tcPr>
            <w:tcW w:w="2160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5F8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>[KEEP / SUPPLEMENT]</w:t>
            </w:r>
          </w:p>
        </w:tc>
      </w:tr>
      <w:tr w:rsidR="00794AF3">
        <w:trPr>
          <w:jc w:val="center"/>
        </w:trPr>
        <w:tc>
          <w:tcPr>
            <w:tcW w:w="2880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>Print collateral</w:t>
            </w:r>
          </w:p>
        </w:tc>
        <w:tc>
          <w:tcPr>
            <w:tcW w:w="2880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>[FILES / VENDORS]</w:t>
            </w:r>
          </w:p>
        </w:tc>
        <w:tc>
          <w:tcPr>
            <w:tcW w:w="2160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>[OWNER]</w:t>
            </w:r>
          </w:p>
        </w:tc>
        <w:tc>
          <w:tcPr>
            <w:tcW w:w="2160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>[KEEP / REDESIGN]</w:t>
            </w:r>
          </w:p>
        </w:tc>
      </w:tr>
      <w:tr w:rsidR="00794AF3">
        <w:trPr>
          <w:jc w:val="center"/>
        </w:trPr>
        <w:tc>
          <w:tcPr>
            <w:tcW w:w="2880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5F8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>Digital / campaign creative</w:t>
            </w:r>
          </w:p>
        </w:tc>
        <w:tc>
          <w:tcPr>
            <w:tcW w:w="2880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5F8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>[PLATFORMS]</w:t>
            </w:r>
          </w:p>
        </w:tc>
        <w:tc>
          <w:tcPr>
            <w:tcW w:w="2160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5F8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>[OWNER]</w:t>
            </w:r>
          </w:p>
        </w:tc>
        <w:tc>
          <w:tcPr>
            <w:tcW w:w="2160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5F8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>[KEEP / REDESIGN]</w:t>
            </w:r>
          </w:p>
        </w:tc>
      </w:tr>
    </w:tbl>
    <w:p w:rsidR="00794AF3" w:rsidRDefault="00794AF3"/>
    <w:p w:rsidR="00794AF3" w:rsidRDefault="000C7E7C">
      <w:pPr>
        <w:pStyle w:val="Heading2"/>
      </w:pPr>
      <w:r>
        <w:rPr>
          <w:rFonts w:ascii="Arial" w:eastAsia="Arial" w:hAnsi="Arial" w:cs="Arial"/>
          <w:szCs w:val="24"/>
        </w:rPr>
        <w:lastRenderedPageBreak/>
        <w:t>4.2 Known Constraints &amp; Dependencies</w:t>
      </w:r>
    </w:p>
    <w:p w:rsidR="00794AF3" w:rsidRDefault="000C7E7C">
      <w:pPr>
        <w:pStyle w:val="ListBullet"/>
      </w:pPr>
      <w:r>
        <w:rPr>
          <w:rFonts w:eastAsia="Arial" w:cs="Arial"/>
          <w:szCs w:val="21"/>
        </w:rPr>
        <w:t>[MANDATORY BRAND / MASTER BRAND REQUIREMENTS]</w:t>
      </w:r>
    </w:p>
    <w:p w:rsidR="00794AF3" w:rsidRDefault="000C7E7C">
      <w:pPr>
        <w:pStyle w:val="ListBullet"/>
      </w:pPr>
      <w:r>
        <w:rPr>
          <w:rFonts w:eastAsia="Arial" w:cs="Arial"/>
          <w:szCs w:val="21"/>
        </w:rPr>
        <w:t>[APPROVED / PROHIBITED FONTS OR TYPEFACES]</w:t>
      </w:r>
    </w:p>
    <w:p w:rsidR="00794AF3" w:rsidRDefault="000C7E7C">
      <w:pPr>
        <w:pStyle w:val="ListBullet"/>
      </w:pPr>
      <w:r>
        <w:rPr>
          <w:rFonts w:eastAsia="Arial" w:cs="Arial"/>
          <w:szCs w:val="21"/>
        </w:rPr>
        <w:t>[LEGAL / REGULATORY / PUBLIC-SECTOR REVIEW REQUIREMENTS]</w:t>
      </w:r>
    </w:p>
    <w:p w:rsidR="00794AF3" w:rsidRDefault="000C7E7C">
      <w:pPr>
        <w:pStyle w:val="ListBullet"/>
      </w:pPr>
      <w:r>
        <w:rPr>
          <w:rFonts w:eastAsia="Arial" w:cs="Arial"/>
          <w:szCs w:val="21"/>
        </w:rPr>
        <w:t>[ACCESSIBILITY REQUIREMENTS]</w:t>
      </w:r>
    </w:p>
    <w:p w:rsidR="00794AF3" w:rsidRDefault="000C7E7C">
      <w:pPr>
        <w:pStyle w:val="ListBullet"/>
      </w:pPr>
      <w:r>
        <w:rPr>
          <w:rFonts w:eastAsia="Arial" w:cs="Arial"/>
          <w:szCs w:val="21"/>
        </w:rPr>
        <w:t>[EXISTING PRINT / PRODUCTION VENDORS]</w:t>
      </w:r>
    </w:p>
    <w:p w:rsidR="00794AF3" w:rsidRDefault="000C7E7C">
      <w:pPr>
        <w:pStyle w:val="ListBullet"/>
      </w:pPr>
      <w:r>
        <w:rPr>
          <w:rFonts w:eastAsia="Arial" w:cs="Arial"/>
          <w:szCs w:val="21"/>
        </w:rPr>
        <w:t>[PLATFORM OR TEMPLATE CONSTRAINTS]</w:t>
      </w:r>
    </w:p>
    <w:p w:rsidR="00794AF3" w:rsidRDefault="000C7E7C">
      <w:pPr>
        <w:pStyle w:val="ListBullet"/>
      </w:pPr>
      <w:r>
        <w:rPr>
          <w:rFonts w:eastAsia="Arial" w:cs="Arial"/>
          <w:szCs w:val="21"/>
        </w:rPr>
        <w:t>[LANGUAGE / LOCALIZATION REQUIREMENTS]</w:t>
      </w:r>
    </w:p>
    <w:p w:rsidR="00794AF3" w:rsidRDefault="000C7E7C">
      <w:pPr>
        <w:pStyle w:val="Heading1"/>
      </w:pPr>
      <w:bookmarkStart w:id="5" w:name="sec_5_Scope_of_Work"/>
      <w:r>
        <w:rPr>
          <w:rFonts w:ascii="Arial" w:eastAsia="Arial" w:hAnsi="Arial" w:cs="Arial"/>
          <w:szCs w:val="32"/>
        </w:rPr>
        <w:t>5. Scope of Work</w:t>
      </w:r>
      <w:bookmarkEnd w:id="5"/>
    </w:p>
    <w:p w:rsidR="00794AF3" w:rsidRDefault="000C7E7C">
      <w:pPr>
        <w:pStyle w:val="Heading2"/>
      </w:pPr>
      <w:r>
        <w:rPr>
          <w:rFonts w:ascii="Arial" w:eastAsia="Arial" w:hAnsi="Arial" w:cs="Arial"/>
          <w:szCs w:val="24"/>
        </w:rPr>
        <w:t>5.1 Scope of Work Summary</w:t>
      </w:r>
    </w:p>
    <w:p w:rsidR="00794AF3" w:rsidRDefault="000C7E7C">
      <w:r>
        <w:rPr>
          <w:rFonts w:eastAsia="Arial" w:cs="Arial"/>
          <w:szCs w:val="21"/>
        </w:rPr>
        <w:t>The selected vendor will provide creative strategy, design development, production and related services required to deliver [PROJECT / PROGRAM OUTCOME]. The engagement may in</w:t>
      </w:r>
      <w:r>
        <w:rPr>
          <w:rFonts w:eastAsia="Arial" w:cs="Arial"/>
          <w:szCs w:val="21"/>
        </w:rPr>
        <w:t>clude discovery, brand/visual system development, digital and print design, campaign creative, presentations, templates, production adaptation, asset management, accessibility and knowledge transfer. Exact deliverables, quantities and cadences must be conf</w:t>
      </w:r>
      <w:r>
        <w:rPr>
          <w:rFonts w:eastAsia="Arial" w:cs="Arial"/>
          <w:szCs w:val="21"/>
        </w:rPr>
        <w:t>irmed before release.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600"/>
        <w:gridCol w:w="1152"/>
        <w:gridCol w:w="4608"/>
      </w:tblGrid>
      <w:tr w:rsidR="00794AF3">
        <w:trPr>
          <w:tblHeader/>
          <w:jc w:val="center"/>
        </w:trPr>
        <w:tc>
          <w:tcPr>
            <w:tcW w:w="3600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0B2A4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b/>
                <w:color w:val="FFFFFF"/>
                <w:sz w:val="18"/>
                <w:szCs w:val="18"/>
              </w:rPr>
              <w:t>Workstream</w:t>
            </w:r>
          </w:p>
        </w:tc>
        <w:tc>
          <w:tcPr>
            <w:tcW w:w="1152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0B2A4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b/>
                <w:color w:val="FFFFFF"/>
                <w:sz w:val="18"/>
                <w:szCs w:val="18"/>
              </w:rPr>
              <w:t>Included?</w:t>
            </w:r>
          </w:p>
        </w:tc>
        <w:tc>
          <w:tcPr>
            <w:tcW w:w="4608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0B2A4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b/>
                <w:color w:val="FFFFFF"/>
                <w:sz w:val="18"/>
                <w:szCs w:val="18"/>
              </w:rPr>
              <w:t>Summary of Expected Work</w:t>
            </w:r>
          </w:p>
        </w:tc>
      </w:tr>
      <w:tr w:rsidR="00794AF3">
        <w:trPr>
          <w:jc w:val="center"/>
        </w:trPr>
        <w:tc>
          <w:tcPr>
            <w:tcW w:w="3600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>Discovery &amp; Creative Strategy</w:t>
            </w:r>
          </w:p>
        </w:tc>
        <w:tc>
          <w:tcPr>
            <w:tcW w:w="1152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>[Y/N]</w:t>
            </w:r>
          </w:p>
        </w:tc>
        <w:tc>
          <w:tcPr>
            <w:tcW w:w="4608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>Stakeholder discovery, audit, creative brief, recommendations</w:t>
            </w:r>
          </w:p>
        </w:tc>
      </w:tr>
      <w:tr w:rsidR="00794AF3">
        <w:trPr>
          <w:jc w:val="center"/>
        </w:trPr>
        <w:tc>
          <w:tcPr>
            <w:tcW w:w="3600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5F8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>Brand Identity &amp; Visual Systems</w:t>
            </w:r>
          </w:p>
        </w:tc>
        <w:tc>
          <w:tcPr>
            <w:tcW w:w="1152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5F8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>[Y/N]</w:t>
            </w:r>
          </w:p>
        </w:tc>
        <w:tc>
          <w:tcPr>
            <w:tcW w:w="4608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5F8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>Identity, visual language, standards, templates</w:t>
            </w:r>
          </w:p>
        </w:tc>
      </w:tr>
      <w:tr w:rsidR="00794AF3">
        <w:trPr>
          <w:jc w:val="center"/>
        </w:trPr>
        <w:tc>
          <w:tcPr>
            <w:tcW w:w="3600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>Digital Design</w:t>
            </w:r>
          </w:p>
        </w:tc>
        <w:tc>
          <w:tcPr>
            <w:tcW w:w="1152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>[Y/N]</w:t>
            </w:r>
          </w:p>
        </w:tc>
        <w:tc>
          <w:tcPr>
            <w:tcW w:w="4608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>Web/social/email/display/digital assets</w:t>
            </w:r>
          </w:p>
        </w:tc>
      </w:tr>
      <w:tr w:rsidR="00794AF3">
        <w:trPr>
          <w:jc w:val="center"/>
        </w:trPr>
        <w:tc>
          <w:tcPr>
            <w:tcW w:w="3600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5F8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>Print &amp; Production Design</w:t>
            </w:r>
          </w:p>
        </w:tc>
        <w:tc>
          <w:tcPr>
            <w:tcW w:w="1152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5F8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>[Y/N]</w:t>
            </w:r>
          </w:p>
        </w:tc>
        <w:tc>
          <w:tcPr>
            <w:tcW w:w="4608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5F8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>Brochures, reports, signage, collateral, prepress</w:t>
            </w:r>
          </w:p>
        </w:tc>
      </w:tr>
      <w:tr w:rsidR="00794AF3">
        <w:trPr>
          <w:jc w:val="center"/>
        </w:trPr>
        <w:tc>
          <w:tcPr>
            <w:tcW w:w="3600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>Campaign &amp; Marketing Creative</w:t>
            </w:r>
          </w:p>
        </w:tc>
        <w:tc>
          <w:tcPr>
            <w:tcW w:w="1152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>[Y/N]</w:t>
            </w:r>
          </w:p>
        </w:tc>
        <w:tc>
          <w:tcPr>
            <w:tcW w:w="4608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>Concepts, campaign systems, adaptations</w:t>
            </w:r>
          </w:p>
        </w:tc>
      </w:tr>
      <w:tr w:rsidR="00794AF3">
        <w:trPr>
          <w:jc w:val="center"/>
        </w:trPr>
        <w:tc>
          <w:tcPr>
            <w:tcW w:w="3600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5F8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>Presentations &amp; Data Visualization</w:t>
            </w:r>
          </w:p>
        </w:tc>
        <w:tc>
          <w:tcPr>
            <w:tcW w:w="1152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5F8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>[Y/N]</w:t>
            </w:r>
          </w:p>
        </w:tc>
        <w:tc>
          <w:tcPr>
            <w:tcW w:w="4608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5F8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>Decks, diagrams, infographics, reports</w:t>
            </w:r>
          </w:p>
        </w:tc>
      </w:tr>
      <w:tr w:rsidR="00794AF3">
        <w:trPr>
          <w:jc w:val="center"/>
        </w:trPr>
        <w:tc>
          <w:tcPr>
            <w:tcW w:w="3600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>Templates &amp; Design Systems</w:t>
            </w:r>
          </w:p>
        </w:tc>
        <w:tc>
          <w:tcPr>
            <w:tcW w:w="1152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>[Y/N]</w:t>
            </w:r>
          </w:p>
        </w:tc>
        <w:tc>
          <w:tcPr>
            <w:tcW w:w="4608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>Reusable templates and governance</w:t>
            </w:r>
          </w:p>
        </w:tc>
      </w:tr>
      <w:tr w:rsidR="00794AF3">
        <w:trPr>
          <w:jc w:val="center"/>
        </w:trPr>
        <w:tc>
          <w:tcPr>
            <w:tcW w:w="3600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5F8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>Production Adaptation</w:t>
            </w:r>
          </w:p>
        </w:tc>
        <w:tc>
          <w:tcPr>
            <w:tcW w:w="1152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5F8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>[Y/N]</w:t>
            </w:r>
          </w:p>
        </w:tc>
        <w:tc>
          <w:tcPr>
            <w:tcW w:w="4608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5F8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>Resizing, localization, versioning, final-art preparation</w:t>
            </w:r>
          </w:p>
        </w:tc>
      </w:tr>
    </w:tbl>
    <w:p w:rsidR="00794AF3" w:rsidRDefault="00794AF3"/>
    <w:p w:rsidR="00794AF3" w:rsidRDefault="000C7E7C">
      <w:pPr>
        <w:pStyle w:val="Heading2"/>
      </w:pPr>
      <w:r>
        <w:rPr>
          <w:rFonts w:ascii="Arial" w:eastAsia="Arial" w:hAnsi="Arial" w:cs="Arial"/>
          <w:szCs w:val="24"/>
        </w:rPr>
        <w:t>5.2 Discovery, Audit &amp; Creative Strategy</w:t>
      </w:r>
    </w:p>
    <w:p w:rsidR="00794AF3" w:rsidRDefault="000C7E7C">
      <w:pPr>
        <w:pStyle w:val="ListBullet"/>
      </w:pPr>
      <w:r>
        <w:rPr>
          <w:rFonts w:eastAsia="Arial" w:cs="Arial"/>
          <w:szCs w:val="21"/>
        </w:rPr>
        <w:t xml:space="preserve">Kickoff and </w:t>
      </w:r>
      <w:r>
        <w:rPr>
          <w:rFonts w:eastAsia="Arial" w:cs="Arial"/>
          <w:szCs w:val="21"/>
        </w:rPr>
        <w:t>stakeholder discovery.</w:t>
      </w:r>
    </w:p>
    <w:p w:rsidR="00794AF3" w:rsidRDefault="000C7E7C">
      <w:pPr>
        <w:pStyle w:val="ListBullet"/>
      </w:pPr>
      <w:r>
        <w:rPr>
          <w:rFonts w:eastAsia="Arial" w:cs="Arial"/>
          <w:szCs w:val="21"/>
        </w:rPr>
        <w:t>Review existing brand assets, templates and representative creative.</w:t>
      </w:r>
    </w:p>
    <w:p w:rsidR="00794AF3" w:rsidRDefault="000C7E7C">
      <w:pPr>
        <w:pStyle w:val="ListBullet"/>
      </w:pPr>
      <w:r>
        <w:rPr>
          <w:rFonts w:eastAsia="Arial" w:cs="Arial"/>
          <w:szCs w:val="21"/>
        </w:rPr>
        <w:t>Document audiences, channels, communication goals, constraints and approval workflow.</w:t>
      </w:r>
    </w:p>
    <w:p w:rsidR="00794AF3" w:rsidRDefault="000C7E7C">
      <w:pPr>
        <w:pStyle w:val="ListBullet"/>
      </w:pPr>
      <w:r>
        <w:rPr>
          <w:rFonts w:eastAsia="Arial" w:cs="Arial"/>
          <w:szCs w:val="21"/>
        </w:rPr>
        <w:t>Develop or validate creative brief(s), moodboards and design direction.</w:t>
      </w:r>
    </w:p>
    <w:p w:rsidR="00794AF3" w:rsidRDefault="000C7E7C">
      <w:pPr>
        <w:pStyle w:val="ListBullet"/>
      </w:pPr>
      <w:r>
        <w:rPr>
          <w:rFonts w:eastAsia="Arial" w:cs="Arial"/>
          <w:szCs w:val="21"/>
        </w:rPr>
        <w:t>Identify accessibility, production, licensing and brand-governance considerations.</w:t>
      </w:r>
    </w:p>
    <w:p w:rsidR="00794AF3" w:rsidRDefault="000C7E7C">
      <w:pPr>
        <w:pStyle w:val="ListBullet"/>
      </w:pPr>
      <w:r>
        <w:rPr>
          <w:rFonts w:eastAsia="Arial" w:cs="Arial"/>
          <w:szCs w:val="21"/>
        </w:rPr>
        <w:t>Provide a prioritized creative roadmap and production plan.</w:t>
      </w:r>
    </w:p>
    <w:p w:rsidR="00794AF3" w:rsidRDefault="000C7E7C">
      <w:pPr>
        <w:pStyle w:val="Heading2"/>
      </w:pPr>
      <w:r>
        <w:rPr>
          <w:rFonts w:ascii="Arial" w:eastAsia="Arial" w:hAnsi="Arial" w:cs="Arial"/>
          <w:szCs w:val="24"/>
        </w:rPr>
        <w:t>5.3 Brand Identity &amp; Visual Systems</w:t>
      </w:r>
    </w:p>
    <w:p w:rsidR="00794AF3" w:rsidRDefault="000C7E7C">
      <w:pPr>
        <w:pStyle w:val="ListBullet"/>
      </w:pPr>
      <w:r>
        <w:rPr>
          <w:rFonts w:eastAsia="Arial" w:cs="Arial"/>
          <w:szCs w:val="21"/>
        </w:rPr>
        <w:t>Logo / identity refinement or development where included.</w:t>
      </w:r>
    </w:p>
    <w:p w:rsidR="00794AF3" w:rsidRDefault="000C7E7C">
      <w:pPr>
        <w:pStyle w:val="ListBullet"/>
      </w:pPr>
      <w:r>
        <w:rPr>
          <w:rFonts w:eastAsia="Arial" w:cs="Arial"/>
          <w:szCs w:val="21"/>
        </w:rPr>
        <w:t xml:space="preserve">Typography, color, </w:t>
      </w:r>
      <w:r>
        <w:rPr>
          <w:rFonts w:eastAsia="Arial" w:cs="Arial"/>
          <w:szCs w:val="21"/>
        </w:rPr>
        <w:t>iconography, illustration and photography direction.</w:t>
      </w:r>
    </w:p>
    <w:p w:rsidR="00794AF3" w:rsidRDefault="000C7E7C">
      <w:pPr>
        <w:pStyle w:val="ListBullet"/>
      </w:pPr>
      <w:r>
        <w:rPr>
          <w:rFonts w:eastAsia="Arial" w:cs="Arial"/>
          <w:szCs w:val="21"/>
        </w:rPr>
        <w:t>Brand architecture and sub-brand guidance where applicable.</w:t>
      </w:r>
    </w:p>
    <w:p w:rsidR="00794AF3" w:rsidRDefault="000C7E7C">
      <w:pPr>
        <w:pStyle w:val="ListBullet"/>
      </w:pPr>
      <w:r>
        <w:rPr>
          <w:rFonts w:eastAsia="Arial" w:cs="Arial"/>
          <w:szCs w:val="21"/>
        </w:rPr>
        <w:t>Brand guidelines / standards documentation.</w:t>
      </w:r>
    </w:p>
    <w:p w:rsidR="00794AF3" w:rsidRDefault="000C7E7C">
      <w:pPr>
        <w:pStyle w:val="ListBullet"/>
      </w:pPr>
      <w:r>
        <w:rPr>
          <w:rFonts w:eastAsia="Arial" w:cs="Arial"/>
          <w:szCs w:val="21"/>
        </w:rPr>
        <w:t>Reusable design components and visual-system rules.</w:t>
      </w:r>
    </w:p>
    <w:p w:rsidR="00794AF3" w:rsidRDefault="000C7E7C">
      <w:pPr>
        <w:pStyle w:val="ListBullet"/>
      </w:pPr>
      <w:r>
        <w:rPr>
          <w:rFonts w:eastAsia="Arial" w:cs="Arial"/>
          <w:szCs w:val="21"/>
        </w:rPr>
        <w:t>Co-branding, partner, sponsor or department loc</w:t>
      </w:r>
      <w:r>
        <w:rPr>
          <w:rFonts w:eastAsia="Arial" w:cs="Arial"/>
          <w:szCs w:val="21"/>
        </w:rPr>
        <w:t>kup guidance where applicable.</w:t>
      </w:r>
    </w:p>
    <w:p w:rsidR="00671B0C" w:rsidRDefault="00671B0C">
      <w:pPr>
        <w:spacing w:after="200" w:line="276" w:lineRule="auto"/>
        <w:rPr>
          <w:rFonts w:eastAsia="Arial" w:cs="Arial"/>
          <w:b/>
          <w:bCs/>
          <w:color w:val="0A66D8"/>
          <w:sz w:val="24"/>
          <w:szCs w:val="24"/>
        </w:rPr>
      </w:pPr>
      <w:r>
        <w:rPr>
          <w:rFonts w:eastAsia="Arial" w:cs="Arial"/>
          <w:szCs w:val="24"/>
        </w:rPr>
        <w:br w:type="page"/>
      </w:r>
    </w:p>
    <w:p w:rsidR="00794AF3" w:rsidRDefault="000C7E7C">
      <w:pPr>
        <w:pStyle w:val="Heading2"/>
      </w:pPr>
      <w:r>
        <w:rPr>
          <w:rFonts w:ascii="Arial" w:eastAsia="Arial" w:hAnsi="Arial" w:cs="Arial"/>
          <w:szCs w:val="24"/>
        </w:rPr>
        <w:lastRenderedPageBreak/>
        <w:t>5.4 Digital Design</w:t>
      </w:r>
    </w:p>
    <w:p w:rsidR="00794AF3" w:rsidRDefault="000C7E7C">
      <w:pPr>
        <w:pStyle w:val="ListBullet"/>
      </w:pPr>
      <w:r>
        <w:rPr>
          <w:rFonts w:eastAsia="Arial" w:cs="Arial"/>
          <w:szCs w:val="21"/>
        </w:rPr>
        <w:t>Website and landing-page visual assets.</w:t>
      </w:r>
    </w:p>
    <w:p w:rsidR="00794AF3" w:rsidRDefault="000C7E7C">
      <w:pPr>
        <w:pStyle w:val="ListBullet"/>
      </w:pPr>
      <w:r>
        <w:rPr>
          <w:rFonts w:eastAsia="Arial" w:cs="Arial"/>
          <w:szCs w:val="21"/>
        </w:rPr>
        <w:t>Email and digital communications templates.</w:t>
      </w:r>
    </w:p>
    <w:p w:rsidR="00794AF3" w:rsidRDefault="000C7E7C">
      <w:pPr>
        <w:pStyle w:val="ListBullet"/>
      </w:pPr>
      <w:r>
        <w:rPr>
          <w:rFonts w:eastAsia="Arial" w:cs="Arial"/>
          <w:szCs w:val="21"/>
        </w:rPr>
        <w:t>Social-media organic and paid assets.</w:t>
      </w:r>
    </w:p>
    <w:p w:rsidR="00794AF3" w:rsidRDefault="000C7E7C">
      <w:pPr>
        <w:pStyle w:val="ListBullet"/>
      </w:pPr>
      <w:r>
        <w:rPr>
          <w:rFonts w:eastAsia="Arial" w:cs="Arial"/>
          <w:szCs w:val="21"/>
        </w:rPr>
        <w:t>Digital display / banner creative.</w:t>
      </w:r>
    </w:p>
    <w:p w:rsidR="00794AF3" w:rsidRDefault="000C7E7C">
      <w:pPr>
        <w:pStyle w:val="ListBullet"/>
      </w:pPr>
      <w:r>
        <w:rPr>
          <w:rFonts w:eastAsia="Arial" w:cs="Arial"/>
          <w:szCs w:val="21"/>
        </w:rPr>
        <w:t>Digital publications and interactive PDFs where a</w:t>
      </w:r>
      <w:r>
        <w:rPr>
          <w:rFonts w:eastAsia="Arial" w:cs="Arial"/>
          <w:szCs w:val="21"/>
        </w:rPr>
        <w:t>pplicable.</w:t>
      </w:r>
    </w:p>
    <w:p w:rsidR="00794AF3" w:rsidRDefault="000C7E7C">
      <w:pPr>
        <w:pStyle w:val="ListBullet"/>
      </w:pPr>
      <w:r>
        <w:rPr>
          <w:rFonts w:eastAsia="Arial" w:cs="Arial"/>
          <w:szCs w:val="21"/>
        </w:rPr>
        <w:t>Platform-specific adaptations and responsive variants.</w:t>
      </w:r>
    </w:p>
    <w:p w:rsidR="00794AF3" w:rsidRDefault="000C7E7C">
      <w:pPr>
        <w:pStyle w:val="Heading2"/>
      </w:pPr>
      <w:r>
        <w:rPr>
          <w:rFonts w:ascii="Arial" w:eastAsia="Arial" w:hAnsi="Arial" w:cs="Arial"/>
          <w:szCs w:val="24"/>
        </w:rPr>
        <w:t>5.5 Print &amp; Production Design</w:t>
      </w:r>
    </w:p>
    <w:p w:rsidR="00794AF3" w:rsidRDefault="000C7E7C">
      <w:pPr>
        <w:pStyle w:val="ListBullet"/>
      </w:pPr>
      <w:r>
        <w:rPr>
          <w:rFonts w:eastAsia="Arial" w:cs="Arial"/>
          <w:szCs w:val="21"/>
        </w:rPr>
        <w:t>Brochures, one-sheets, reports, manuals and publications.</w:t>
      </w:r>
    </w:p>
    <w:p w:rsidR="00794AF3" w:rsidRDefault="000C7E7C">
      <w:pPr>
        <w:pStyle w:val="ListBullet"/>
      </w:pPr>
      <w:r>
        <w:rPr>
          <w:rFonts w:eastAsia="Arial" w:cs="Arial"/>
          <w:szCs w:val="21"/>
        </w:rPr>
        <w:t>Posters, signage, event and environmental graphics.</w:t>
      </w:r>
    </w:p>
    <w:p w:rsidR="00794AF3" w:rsidRDefault="000C7E7C">
      <w:pPr>
        <w:pStyle w:val="ListBullet"/>
      </w:pPr>
      <w:r>
        <w:rPr>
          <w:rFonts w:eastAsia="Arial" w:cs="Arial"/>
          <w:szCs w:val="21"/>
        </w:rPr>
        <w:t>Direct mail, print advertising and campaign collat</w:t>
      </w:r>
      <w:r>
        <w:rPr>
          <w:rFonts w:eastAsia="Arial" w:cs="Arial"/>
          <w:szCs w:val="21"/>
        </w:rPr>
        <w:t>eral.</w:t>
      </w:r>
    </w:p>
    <w:p w:rsidR="00794AF3" w:rsidRDefault="000C7E7C">
      <w:pPr>
        <w:pStyle w:val="ListBullet"/>
      </w:pPr>
      <w:r>
        <w:rPr>
          <w:rFonts w:eastAsia="Arial" w:cs="Arial"/>
          <w:szCs w:val="21"/>
        </w:rPr>
        <w:t>Prepress preparation, bleeds, dielines, color specifications and print-ready files.</w:t>
      </w:r>
    </w:p>
    <w:p w:rsidR="00794AF3" w:rsidRDefault="000C7E7C">
      <w:pPr>
        <w:pStyle w:val="ListBullet"/>
      </w:pPr>
      <w:r>
        <w:rPr>
          <w:rFonts w:eastAsia="Arial" w:cs="Arial"/>
          <w:szCs w:val="21"/>
        </w:rPr>
        <w:t>Coordination with approved printers / fabricators when included.</w:t>
      </w:r>
    </w:p>
    <w:p w:rsidR="00794AF3" w:rsidRDefault="000C7E7C">
      <w:pPr>
        <w:pStyle w:val="ListBullet"/>
      </w:pPr>
      <w:r>
        <w:rPr>
          <w:rFonts w:eastAsia="Arial" w:cs="Arial"/>
          <w:szCs w:val="21"/>
        </w:rPr>
        <w:t>Proof review and production-quality checks.</w:t>
      </w:r>
    </w:p>
    <w:p w:rsidR="00794AF3" w:rsidRDefault="000C7E7C">
      <w:pPr>
        <w:pStyle w:val="Heading2"/>
      </w:pPr>
      <w:r>
        <w:rPr>
          <w:rFonts w:ascii="Arial" w:eastAsia="Arial" w:hAnsi="Arial" w:cs="Arial"/>
          <w:szCs w:val="24"/>
        </w:rPr>
        <w:t>5.6 Campaign &amp; Marketing Creative</w:t>
      </w:r>
    </w:p>
    <w:p w:rsidR="00794AF3" w:rsidRDefault="000C7E7C">
      <w:pPr>
        <w:pStyle w:val="ListBullet"/>
      </w:pPr>
      <w:r>
        <w:rPr>
          <w:rFonts w:eastAsia="Arial" w:cs="Arial"/>
          <w:szCs w:val="21"/>
        </w:rPr>
        <w:t>Campaign concept develo</w:t>
      </w:r>
      <w:r>
        <w:rPr>
          <w:rFonts w:eastAsia="Arial" w:cs="Arial"/>
          <w:szCs w:val="21"/>
        </w:rPr>
        <w:t>pment and key visual.</w:t>
      </w:r>
    </w:p>
    <w:p w:rsidR="00794AF3" w:rsidRDefault="000C7E7C">
      <w:pPr>
        <w:pStyle w:val="ListBullet"/>
      </w:pPr>
      <w:r>
        <w:rPr>
          <w:rFonts w:eastAsia="Arial" w:cs="Arial"/>
          <w:szCs w:val="21"/>
        </w:rPr>
        <w:t>Cross-channel creative system and adaptation rules.</w:t>
      </w:r>
    </w:p>
    <w:p w:rsidR="00794AF3" w:rsidRDefault="000C7E7C">
      <w:pPr>
        <w:pStyle w:val="ListBullet"/>
      </w:pPr>
      <w:r>
        <w:rPr>
          <w:rFonts w:eastAsia="Arial" w:cs="Arial"/>
          <w:szCs w:val="21"/>
        </w:rPr>
        <w:t>Paid/organic social creative and digital advertising assets.</w:t>
      </w:r>
    </w:p>
    <w:p w:rsidR="00794AF3" w:rsidRDefault="000C7E7C">
      <w:pPr>
        <w:pStyle w:val="ListBullet"/>
      </w:pPr>
      <w:r>
        <w:rPr>
          <w:rFonts w:eastAsia="Arial" w:cs="Arial"/>
          <w:szCs w:val="21"/>
        </w:rPr>
        <w:t>Out-of-home, print and event adaptations where applicable.</w:t>
      </w:r>
    </w:p>
    <w:p w:rsidR="00794AF3" w:rsidRDefault="000C7E7C">
      <w:pPr>
        <w:pStyle w:val="ListBullet"/>
      </w:pPr>
      <w:r>
        <w:rPr>
          <w:rFonts w:eastAsia="Arial" w:cs="Arial"/>
          <w:szCs w:val="21"/>
        </w:rPr>
        <w:t>Versioning for audiences, regions, languages or programs.</w:t>
      </w:r>
    </w:p>
    <w:p w:rsidR="00794AF3" w:rsidRDefault="000C7E7C">
      <w:pPr>
        <w:pStyle w:val="ListBullet"/>
      </w:pPr>
      <w:r>
        <w:rPr>
          <w:rFonts w:eastAsia="Arial" w:cs="Arial"/>
          <w:szCs w:val="21"/>
        </w:rPr>
        <w:t>Creative performance iteration when data is available and within scope.</w:t>
      </w:r>
    </w:p>
    <w:p w:rsidR="00794AF3" w:rsidRDefault="000C7E7C">
      <w:pPr>
        <w:pStyle w:val="Heading2"/>
      </w:pPr>
      <w:r>
        <w:rPr>
          <w:rFonts w:ascii="Arial" w:eastAsia="Arial" w:hAnsi="Arial" w:cs="Arial"/>
          <w:szCs w:val="24"/>
        </w:rPr>
        <w:t>5.7 Presentations, Reports &amp; Data Visualization</w:t>
      </w:r>
    </w:p>
    <w:p w:rsidR="00794AF3" w:rsidRDefault="000C7E7C">
      <w:pPr>
        <w:pStyle w:val="ListBullet"/>
      </w:pPr>
      <w:r>
        <w:rPr>
          <w:rFonts w:eastAsia="Arial" w:cs="Arial"/>
          <w:szCs w:val="21"/>
        </w:rPr>
        <w:t>Executive and public-facing presentation templates.</w:t>
      </w:r>
    </w:p>
    <w:p w:rsidR="00794AF3" w:rsidRDefault="000C7E7C">
      <w:pPr>
        <w:pStyle w:val="ListBullet"/>
      </w:pPr>
      <w:r>
        <w:rPr>
          <w:rFonts w:eastAsia="Arial" w:cs="Arial"/>
          <w:szCs w:val="21"/>
        </w:rPr>
        <w:t>Report and publication systems.</w:t>
      </w:r>
    </w:p>
    <w:p w:rsidR="00794AF3" w:rsidRDefault="000C7E7C">
      <w:pPr>
        <w:pStyle w:val="ListBullet"/>
      </w:pPr>
      <w:r>
        <w:rPr>
          <w:rFonts w:eastAsia="Arial" w:cs="Arial"/>
          <w:szCs w:val="21"/>
        </w:rPr>
        <w:t>Charts, diagrams, infographics and data visualizatio</w:t>
      </w:r>
      <w:r>
        <w:rPr>
          <w:rFonts w:eastAsia="Arial" w:cs="Arial"/>
          <w:szCs w:val="21"/>
        </w:rPr>
        <w:t>n.</w:t>
      </w:r>
    </w:p>
    <w:p w:rsidR="00794AF3" w:rsidRDefault="000C7E7C">
      <w:pPr>
        <w:pStyle w:val="ListBullet"/>
      </w:pPr>
      <w:r>
        <w:rPr>
          <w:rFonts w:eastAsia="Arial" w:cs="Arial"/>
          <w:szCs w:val="21"/>
        </w:rPr>
        <w:t>Accessible reading order and document structure where required.</w:t>
      </w:r>
    </w:p>
    <w:p w:rsidR="00794AF3" w:rsidRDefault="000C7E7C">
      <w:pPr>
        <w:pStyle w:val="ListBullet"/>
      </w:pPr>
      <w:r>
        <w:rPr>
          <w:rFonts w:eastAsia="Arial" w:cs="Arial"/>
          <w:szCs w:val="21"/>
        </w:rPr>
        <w:t>Editable templates and training/usage guidance.</w:t>
      </w:r>
    </w:p>
    <w:p w:rsidR="00794AF3" w:rsidRDefault="000C7E7C">
      <w:pPr>
        <w:pStyle w:val="Heading2"/>
      </w:pPr>
      <w:r>
        <w:rPr>
          <w:rFonts w:ascii="Arial" w:eastAsia="Arial" w:hAnsi="Arial" w:cs="Arial"/>
          <w:szCs w:val="24"/>
        </w:rPr>
        <w:t>5.8 Templates, Design Systems &amp; Production Adaptation</w:t>
      </w:r>
    </w:p>
    <w:p w:rsidR="00794AF3" w:rsidRDefault="000C7E7C">
      <w:pPr>
        <w:pStyle w:val="ListBullet"/>
      </w:pPr>
      <w:r>
        <w:rPr>
          <w:rFonts w:eastAsia="Arial" w:cs="Arial"/>
          <w:szCs w:val="21"/>
        </w:rPr>
        <w:t>Reusable templates for common recurring materials.</w:t>
      </w:r>
    </w:p>
    <w:p w:rsidR="00794AF3" w:rsidRDefault="000C7E7C">
      <w:pPr>
        <w:pStyle w:val="ListBullet"/>
      </w:pPr>
      <w:r>
        <w:rPr>
          <w:rFonts w:eastAsia="Arial" w:cs="Arial"/>
          <w:szCs w:val="21"/>
        </w:rPr>
        <w:t>Editable source files in approved so</w:t>
      </w:r>
      <w:r>
        <w:rPr>
          <w:rFonts w:eastAsia="Arial" w:cs="Arial"/>
          <w:szCs w:val="21"/>
        </w:rPr>
        <w:t>ftware formats.</w:t>
      </w:r>
    </w:p>
    <w:p w:rsidR="00794AF3" w:rsidRDefault="000C7E7C">
      <w:pPr>
        <w:pStyle w:val="ListBullet"/>
      </w:pPr>
      <w:r>
        <w:rPr>
          <w:rFonts w:eastAsia="Arial" w:cs="Arial"/>
          <w:szCs w:val="21"/>
        </w:rPr>
        <w:t>Versioning, resizing and localization workflows.</w:t>
      </w:r>
    </w:p>
    <w:p w:rsidR="00794AF3" w:rsidRDefault="000C7E7C">
      <w:pPr>
        <w:pStyle w:val="ListBullet"/>
      </w:pPr>
      <w:r>
        <w:rPr>
          <w:rFonts w:eastAsia="Arial" w:cs="Arial"/>
          <w:szCs w:val="21"/>
        </w:rPr>
        <w:t>Naming conventions and organized source-file structure.</w:t>
      </w:r>
    </w:p>
    <w:p w:rsidR="00794AF3" w:rsidRDefault="000C7E7C">
      <w:pPr>
        <w:pStyle w:val="ListBullet"/>
      </w:pPr>
      <w:r>
        <w:rPr>
          <w:rFonts w:eastAsia="Arial" w:cs="Arial"/>
          <w:szCs w:val="21"/>
        </w:rPr>
        <w:t>Export presets and production specifications.</w:t>
      </w:r>
    </w:p>
    <w:p w:rsidR="00794AF3" w:rsidRDefault="000C7E7C">
      <w:pPr>
        <w:pStyle w:val="ListBullet"/>
      </w:pPr>
      <w:r>
        <w:rPr>
          <w:rFonts w:eastAsia="Arial" w:cs="Arial"/>
          <w:szCs w:val="21"/>
        </w:rPr>
        <w:t>Handoff package and knowledge transfer.</w:t>
      </w:r>
    </w:p>
    <w:p w:rsidR="00794AF3" w:rsidRDefault="000C7E7C">
      <w:pPr>
        <w:pStyle w:val="Heading1"/>
      </w:pPr>
      <w:bookmarkStart w:id="6" w:name="sec_6_Brand_Standards_Creative_Directio"/>
      <w:r>
        <w:rPr>
          <w:rFonts w:ascii="Arial" w:eastAsia="Arial" w:hAnsi="Arial" w:cs="Arial"/>
          <w:szCs w:val="32"/>
        </w:rPr>
        <w:t>6. Brand Standards &amp; Creative Direction</w:t>
      </w:r>
      <w:bookmarkEnd w:id="6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880"/>
        <w:gridCol w:w="4464"/>
        <w:gridCol w:w="2304"/>
      </w:tblGrid>
      <w:tr w:rsidR="00794AF3">
        <w:trPr>
          <w:tblHeader/>
          <w:jc w:val="center"/>
        </w:trPr>
        <w:tc>
          <w:tcPr>
            <w:tcW w:w="2880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0B2A4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b/>
                <w:color w:val="FFFFFF"/>
                <w:sz w:val="18"/>
                <w:szCs w:val="18"/>
              </w:rPr>
              <w:t>Requireme</w:t>
            </w:r>
            <w:r>
              <w:rPr>
                <w:rFonts w:eastAsia="Arial" w:cs="Arial"/>
                <w:b/>
                <w:color w:val="FFFFFF"/>
                <w:sz w:val="18"/>
                <w:szCs w:val="18"/>
              </w:rPr>
              <w:t>nt Area</w:t>
            </w:r>
          </w:p>
        </w:tc>
        <w:tc>
          <w:tcPr>
            <w:tcW w:w="4464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0B2A4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b/>
                <w:color w:val="FFFFFF"/>
                <w:sz w:val="18"/>
                <w:szCs w:val="18"/>
              </w:rPr>
              <w:t>Organization Requirement / Guidance</w:t>
            </w:r>
          </w:p>
        </w:tc>
        <w:tc>
          <w:tcPr>
            <w:tcW w:w="2304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0B2A4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b/>
                <w:color w:val="FFFFFF"/>
                <w:sz w:val="18"/>
                <w:szCs w:val="18"/>
              </w:rPr>
              <w:t>Vendor Response</w:t>
            </w:r>
          </w:p>
        </w:tc>
      </w:tr>
      <w:tr w:rsidR="00794AF3">
        <w:trPr>
          <w:jc w:val="center"/>
        </w:trPr>
        <w:tc>
          <w:tcPr>
            <w:tcW w:w="2880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>Brand standards</w:t>
            </w:r>
          </w:p>
        </w:tc>
        <w:tc>
          <w:tcPr>
            <w:tcW w:w="4464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>[LINK / ATTACHMENT / TO BE DEVELOPED]</w:t>
            </w:r>
          </w:p>
        </w:tc>
        <w:tc>
          <w:tcPr>
            <w:tcW w:w="2304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794AF3">
            <w:pPr>
              <w:spacing w:after="0"/>
            </w:pPr>
          </w:p>
        </w:tc>
      </w:tr>
      <w:tr w:rsidR="00794AF3">
        <w:trPr>
          <w:jc w:val="center"/>
        </w:trPr>
        <w:tc>
          <w:tcPr>
            <w:tcW w:w="2880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5F8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>Tone / personality</w:t>
            </w:r>
          </w:p>
        </w:tc>
        <w:tc>
          <w:tcPr>
            <w:tcW w:w="4464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5F8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>[DESCRIPTION]</w:t>
            </w:r>
          </w:p>
        </w:tc>
        <w:tc>
          <w:tcPr>
            <w:tcW w:w="2304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5F8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794AF3">
            <w:pPr>
              <w:spacing w:after="0"/>
            </w:pPr>
          </w:p>
        </w:tc>
      </w:tr>
      <w:tr w:rsidR="00794AF3">
        <w:trPr>
          <w:jc w:val="center"/>
        </w:trPr>
        <w:tc>
          <w:tcPr>
            <w:tcW w:w="2880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>Typography</w:t>
            </w:r>
          </w:p>
        </w:tc>
        <w:tc>
          <w:tcPr>
            <w:tcW w:w="4464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>[APPROVED FONTS / FLEXIBILITY]</w:t>
            </w:r>
          </w:p>
        </w:tc>
        <w:tc>
          <w:tcPr>
            <w:tcW w:w="2304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794AF3">
            <w:pPr>
              <w:spacing w:after="0"/>
            </w:pPr>
          </w:p>
        </w:tc>
      </w:tr>
      <w:tr w:rsidR="00794AF3">
        <w:trPr>
          <w:jc w:val="center"/>
        </w:trPr>
        <w:tc>
          <w:tcPr>
            <w:tcW w:w="2880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5F8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>Color system</w:t>
            </w:r>
          </w:p>
        </w:tc>
        <w:tc>
          <w:tcPr>
            <w:tcW w:w="4464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5F8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>[PALETTE / ACCESSIBILITY NOTES]</w:t>
            </w:r>
          </w:p>
        </w:tc>
        <w:tc>
          <w:tcPr>
            <w:tcW w:w="2304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5F8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794AF3">
            <w:pPr>
              <w:spacing w:after="0"/>
            </w:pPr>
          </w:p>
        </w:tc>
      </w:tr>
      <w:tr w:rsidR="00794AF3">
        <w:trPr>
          <w:jc w:val="center"/>
        </w:trPr>
        <w:tc>
          <w:tcPr>
            <w:tcW w:w="2880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 xml:space="preserve">Imagery / </w:t>
            </w:r>
            <w:r>
              <w:rPr>
                <w:rFonts w:eastAsia="Arial" w:cs="Arial"/>
                <w:sz w:val="18"/>
                <w:szCs w:val="18"/>
              </w:rPr>
              <w:t>photography</w:t>
            </w:r>
          </w:p>
        </w:tc>
        <w:tc>
          <w:tcPr>
            <w:tcW w:w="4464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>[STYLE / RIGHTS]</w:t>
            </w:r>
          </w:p>
        </w:tc>
        <w:tc>
          <w:tcPr>
            <w:tcW w:w="2304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794AF3">
            <w:pPr>
              <w:spacing w:after="0"/>
            </w:pPr>
          </w:p>
        </w:tc>
      </w:tr>
      <w:tr w:rsidR="00794AF3">
        <w:trPr>
          <w:jc w:val="center"/>
        </w:trPr>
        <w:tc>
          <w:tcPr>
            <w:tcW w:w="2880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5F8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>Illustration / iconography</w:t>
            </w:r>
          </w:p>
        </w:tc>
        <w:tc>
          <w:tcPr>
            <w:tcW w:w="4464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5F8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>[STYLE / RULES]</w:t>
            </w:r>
          </w:p>
        </w:tc>
        <w:tc>
          <w:tcPr>
            <w:tcW w:w="2304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5F8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794AF3">
            <w:pPr>
              <w:spacing w:after="0"/>
            </w:pPr>
          </w:p>
        </w:tc>
      </w:tr>
      <w:tr w:rsidR="00794AF3">
        <w:trPr>
          <w:jc w:val="center"/>
        </w:trPr>
        <w:tc>
          <w:tcPr>
            <w:tcW w:w="2880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>Co-branding / partners</w:t>
            </w:r>
          </w:p>
        </w:tc>
        <w:tc>
          <w:tcPr>
            <w:tcW w:w="4464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>[REQUIREMENTS]</w:t>
            </w:r>
          </w:p>
        </w:tc>
        <w:tc>
          <w:tcPr>
            <w:tcW w:w="2304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794AF3">
            <w:pPr>
              <w:spacing w:after="0"/>
            </w:pPr>
          </w:p>
        </w:tc>
      </w:tr>
    </w:tbl>
    <w:p w:rsidR="00794AF3" w:rsidRDefault="000C7E7C">
      <w:pPr>
        <w:pStyle w:val="Heading1"/>
      </w:pPr>
      <w:bookmarkStart w:id="7" w:name="sec_7_Deliverable_Specifications_File_F"/>
      <w:r>
        <w:rPr>
          <w:rFonts w:ascii="Arial" w:eastAsia="Arial" w:hAnsi="Arial" w:cs="Arial"/>
          <w:szCs w:val="32"/>
        </w:rPr>
        <w:lastRenderedPageBreak/>
        <w:t>7. Deliverable Specifications &amp; File Formats</w:t>
      </w:r>
      <w:bookmarkEnd w:id="7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880"/>
        <w:gridCol w:w="2304"/>
        <w:gridCol w:w="2880"/>
      </w:tblGrid>
      <w:tr w:rsidR="00794AF3">
        <w:trPr>
          <w:tblHeader/>
          <w:jc w:val="center"/>
        </w:trPr>
        <w:tc>
          <w:tcPr>
            <w:tcW w:w="2448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0B2A4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b/>
                <w:color w:val="FFFFFF"/>
                <w:sz w:val="18"/>
                <w:szCs w:val="18"/>
              </w:rPr>
              <w:t>Deliverable Type</w:t>
            </w:r>
          </w:p>
        </w:tc>
        <w:tc>
          <w:tcPr>
            <w:tcW w:w="2880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0B2A4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b/>
                <w:color w:val="FFFFFF"/>
                <w:sz w:val="18"/>
                <w:szCs w:val="18"/>
              </w:rPr>
              <w:t>Editable / Source Format</w:t>
            </w:r>
          </w:p>
        </w:tc>
        <w:tc>
          <w:tcPr>
            <w:tcW w:w="2304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0B2A4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b/>
                <w:color w:val="FFFFFF"/>
                <w:sz w:val="18"/>
                <w:szCs w:val="18"/>
              </w:rPr>
              <w:t>Final Output</w:t>
            </w:r>
          </w:p>
        </w:tc>
        <w:tc>
          <w:tcPr>
            <w:tcW w:w="2880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0B2A4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b/>
                <w:color w:val="FFFFFF"/>
                <w:sz w:val="18"/>
                <w:szCs w:val="18"/>
              </w:rPr>
              <w:t>Production Notes</w:t>
            </w:r>
          </w:p>
        </w:tc>
      </w:tr>
      <w:tr w:rsidR="00794AF3">
        <w:trPr>
          <w:jc w:val="center"/>
        </w:trPr>
        <w:tc>
          <w:tcPr>
            <w:tcW w:w="2448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 xml:space="preserve">Logos / identity </w:t>
            </w:r>
            <w:r>
              <w:rPr>
                <w:rFonts w:eastAsia="Arial" w:cs="Arial"/>
                <w:sz w:val="18"/>
                <w:szCs w:val="18"/>
              </w:rPr>
              <w:t>assets</w:t>
            </w:r>
          </w:p>
        </w:tc>
        <w:tc>
          <w:tcPr>
            <w:tcW w:w="2880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>AI / EPS / SVG / approved equivalent</w:t>
            </w:r>
          </w:p>
        </w:tc>
        <w:tc>
          <w:tcPr>
            <w:tcW w:w="2304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>SVG / PNG / PDF / EPS</w:t>
            </w:r>
          </w:p>
        </w:tc>
        <w:tc>
          <w:tcPr>
            <w:tcW w:w="2880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>Color, mono, reverse, responsive variants</w:t>
            </w:r>
          </w:p>
        </w:tc>
      </w:tr>
      <w:tr w:rsidR="00794AF3">
        <w:trPr>
          <w:jc w:val="center"/>
        </w:trPr>
        <w:tc>
          <w:tcPr>
            <w:tcW w:w="2448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5F8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>Digital graphics</w:t>
            </w:r>
          </w:p>
        </w:tc>
        <w:tc>
          <w:tcPr>
            <w:tcW w:w="2880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5F8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>PSD / AI / Figma / approved equivalent</w:t>
            </w:r>
          </w:p>
        </w:tc>
        <w:tc>
          <w:tcPr>
            <w:tcW w:w="2304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5F8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>PNG / JPG / SVG / WebP</w:t>
            </w:r>
          </w:p>
        </w:tc>
        <w:tc>
          <w:tcPr>
            <w:tcW w:w="2880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5F8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>Platform dimensions / compression</w:t>
            </w:r>
          </w:p>
        </w:tc>
      </w:tr>
      <w:tr w:rsidR="00794AF3">
        <w:trPr>
          <w:jc w:val="center"/>
        </w:trPr>
        <w:tc>
          <w:tcPr>
            <w:tcW w:w="2448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>Print collateral</w:t>
            </w:r>
          </w:p>
        </w:tc>
        <w:tc>
          <w:tcPr>
            <w:tcW w:w="2880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 xml:space="preserve">INDD / AI / </w:t>
            </w:r>
            <w:r>
              <w:rPr>
                <w:rFonts w:eastAsia="Arial" w:cs="Arial"/>
                <w:sz w:val="18"/>
                <w:szCs w:val="18"/>
              </w:rPr>
              <w:t>approved equivalent</w:t>
            </w:r>
          </w:p>
        </w:tc>
        <w:tc>
          <w:tcPr>
            <w:tcW w:w="2304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>Press-ready PDF</w:t>
            </w:r>
          </w:p>
        </w:tc>
        <w:tc>
          <w:tcPr>
            <w:tcW w:w="2880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>CMYK / bleed / crop / printer specs</w:t>
            </w:r>
          </w:p>
        </w:tc>
      </w:tr>
      <w:tr w:rsidR="00794AF3">
        <w:trPr>
          <w:jc w:val="center"/>
        </w:trPr>
        <w:tc>
          <w:tcPr>
            <w:tcW w:w="2448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5F8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>Presentations</w:t>
            </w:r>
          </w:p>
        </w:tc>
        <w:tc>
          <w:tcPr>
            <w:tcW w:w="2880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5F8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>PPTX / Google Slides / approved equivalent</w:t>
            </w:r>
          </w:p>
        </w:tc>
        <w:tc>
          <w:tcPr>
            <w:tcW w:w="2304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5F8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>PPTX / PDF</w:t>
            </w:r>
          </w:p>
        </w:tc>
        <w:tc>
          <w:tcPr>
            <w:tcW w:w="2880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5F8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>Editable + accessible</w:t>
            </w:r>
          </w:p>
        </w:tc>
      </w:tr>
      <w:tr w:rsidR="00794AF3">
        <w:trPr>
          <w:jc w:val="center"/>
        </w:trPr>
        <w:tc>
          <w:tcPr>
            <w:tcW w:w="2448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>Reports / publications</w:t>
            </w:r>
          </w:p>
        </w:tc>
        <w:tc>
          <w:tcPr>
            <w:tcW w:w="2880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>INDD / DOCX / approved equivalent</w:t>
            </w:r>
          </w:p>
        </w:tc>
        <w:tc>
          <w:tcPr>
            <w:tcW w:w="2304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>Accessible PDF / print-ready PDF</w:t>
            </w:r>
          </w:p>
        </w:tc>
        <w:tc>
          <w:tcPr>
            <w:tcW w:w="2880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>Tagged PDF where required</w:t>
            </w:r>
          </w:p>
        </w:tc>
      </w:tr>
      <w:tr w:rsidR="00794AF3">
        <w:trPr>
          <w:jc w:val="center"/>
        </w:trPr>
        <w:tc>
          <w:tcPr>
            <w:tcW w:w="2448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5F8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>Templates</w:t>
            </w:r>
          </w:p>
        </w:tc>
        <w:tc>
          <w:tcPr>
            <w:tcW w:w="2880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5F8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>Approved editable format</w:t>
            </w:r>
          </w:p>
        </w:tc>
        <w:tc>
          <w:tcPr>
            <w:tcW w:w="2304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5F8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>Editable + exports</w:t>
            </w:r>
          </w:p>
        </w:tc>
        <w:tc>
          <w:tcPr>
            <w:tcW w:w="2880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5F8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>Locked/unlocked elements defined</w:t>
            </w:r>
          </w:p>
        </w:tc>
      </w:tr>
    </w:tbl>
    <w:p w:rsidR="00794AF3" w:rsidRDefault="00794AF3"/>
    <w:p w:rsidR="00794AF3" w:rsidRDefault="000C7E7C">
      <w:pPr>
        <w:pStyle w:val="Heading1"/>
      </w:pPr>
      <w:bookmarkStart w:id="8" w:name="sec_8_Accessibility_Inclusive_Design_Co"/>
      <w:r>
        <w:rPr>
          <w:rFonts w:ascii="Arial" w:eastAsia="Arial" w:hAnsi="Arial" w:cs="Arial"/>
          <w:szCs w:val="32"/>
        </w:rPr>
        <w:t>8. Accessibility, Inclusive Design &amp; Compliance</w:t>
      </w:r>
      <w:bookmarkEnd w:id="8"/>
    </w:p>
    <w:p w:rsidR="00794AF3" w:rsidRDefault="000C7E7C">
      <w:pPr>
        <w:spacing w:after="40"/>
        <w:ind w:left="72"/>
      </w:pPr>
      <w:r>
        <w:rPr>
          <w:rFonts w:eastAsia="Arial" w:cs="Arial"/>
          <w:szCs w:val="21"/>
        </w:rPr>
        <w:t>☐</w:t>
      </w:r>
      <w:r>
        <w:rPr>
          <w:rFonts w:eastAsia="Arial" w:cs="Arial"/>
          <w:szCs w:val="21"/>
        </w:rPr>
        <w:t xml:space="preserve"> Digital creative must support applicable color-contrast requirements.</w:t>
      </w:r>
    </w:p>
    <w:p w:rsidR="00794AF3" w:rsidRDefault="000C7E7C">
      <w:pPr>
        <w:spacing w:after="40"/>
        <w:ind w:left="72"/>
      </w:pPr>
      <w:r>
        <w:rPr>
          <w:rFonts w:eastAsia="Arial" w:cs="Arial"/>
          <w:szCs w:val="21"/>
        </w:rPr>
        <w:t>☐</w:t>
      </w:r>
      <w:r>
        <w:rPr>
          <w:rFonts w:eastAsia="Arial" w:cs="Arial"/>
          <w:szCs w:val="21"/>
        </w:rPr>
        <w:t xml:space="preserve"> Information must </w:t>
      </w:r>
      <w:r>
        <w:rPr>
          <w:rFonts w:eastAsia="Arial" w:cs="Arial"/>
          <w:szCs w:val="21"/>
        </w:rPr>
        <w:t>not rely on color alone where accessibility requirements apply.</w:t>
      </w:r>
    </w:p>
    <w:p w:rsidR="00794AF3" w:rsidRDefault="000C7E7C">
      <w:pPr>
        <w:spacing w:after="40"/>
        <w:ind w:left="72"/>
      </w:pPr>
      <w:r>
        <w:rPr>
          <w:rFonts w:eastAsia="Arial" w:cs="Arial"/>
          <w:szCs w:val="21"/>
        </w:rPr>
        <w:t>☐</w:t>
      </w:r>
      <w:r>
        <w:rPr>
          <w:rFonts w:eastAsia="Arial" w:cs="Arial"/>
          <w:szCs w:val="21"/>
        </w:rPr>
        <w:t xml:space="preserve"> Digital documents / PDFs must be structured for accessibility where required.</w:t>
      </w:r>
    </w:p>
    <w:p w:rsidR="00794AF3" w:rsidRDefault="000C7E7C">
      <w:pPr>
        <w:spacing w:after="40"/>
        <w:ind w:left="72"/>
      </w:pPr>
      <w:r>
        <w:rPr>
          <w:rFonts w:eastAsia="Arial" w:cs="Arial"/>
          <w:szCs w:val="21"/>
        </w:rPr>
        <w:t>☐</w:t>
      </w:r>
      <w:r>
        <w:rPr>
          <w:rFonts w:eastAsia="Arial" w:cs="Arial"/>
          <w:szCs w:val="21"/>
        </w:rPr>
        <w:t xml:space="preserve"> Presentation templates should support accessible layouts and reading order.</w:t>
      </w:r>
    </w:p>
    <w:p w:rsidR="00794AF3" w:rsidRDefault="000C7E7C">
      <w:pPr>
        <w:spacing w:after="40"/>
        <w:ind w:left="72"/>
      </w:pPr>
      <w:r>
        <w:rPr>
          <w:rFonts w:eastAsia="Arial" w:cs="Arial"/>
          <w:szCs w:val="21"/>
        </w:rPr>
        <w:t>☐</w:t>
      </w:r>
      <w:r>
        <w:rPr>
          <w:rFonts w:eastAsia="Arial" w:cs="Arial"/>
          <w:szCs w:val="21"/>
        </w:rPr>
        <w:t xml:space="preserve"> Alternative text / image-descrip</w:t>
      </w:r>
      <w:r>
        <w:rPr>
          <w:rFonts w:eastAsia="Arial" w:cs="Arial"/>
          <w:szCs w:val="21"/>
        </w:rPr>
        <w:t>tion workflows must be defined where applicable.</w:t>
      </w:r>
    </w:p>
    <w:p w:rsidR="00794AF3" w:rsidRDefault="000C7E7C">
      <w:pPr>
        <w:spacing w:after="40"/>
        <w:ind w:left="72"/>
      </w:pPr>
      <w:r>
        <w:rPr>
          <w:rFonts w:eastAsia="Arial" w:cs="Arial"/>
          <w:szCs w:val="21"/>
        </w:rPr>
        <w:t>☐</w:t>
      </w:r>
      <w:r>
        <w:rPr>
          <w:rFonts w:eastAsia="Arial" w:cs="Arial"/>
          <w:szCs w:val="21"/>
        </w:rPr>
        <w:t xml:space="preserve"> Motion / animation must consider flashing, motion sensitivity and captions/transcripts where applicable.</w:t>
      </w:r>
    </w:p>
    <w:p w:rsidR="00794AF3" w:rsidRDefault="000C7E7C">
      <w:pPr>
        <w:spacing w:after="40"/>
        <w:ind w:left="72"/>
      </w:pPr>
      <w:r>
        <w:rPr>
          <w:rFonts w:eastAsia="Arial" w:cs="Arial"/>
          <w:szCs w:val="21"/>
        </w:rPr>
        <w:t>☐</w:t>
      </w:r>
      <w:r>
        <w:rPr>
          <w:rFonts w:eastAsia="Arial" w:cs="Arial"/>
          <w:szCs w:val="21"/>
        </w:rPr>
        <w:t xml:space="preserve"> Inclusive imagery and representation expectations must be documented.</w:t>
      </w:r>
    </w:p>
    <w:p w:rsidR="00794AF3" w:rsidRDefault="000C7E7C">
      <w:pPr>
        <w:spacing w:after="40"/>
        <w:ind w:left="72"/>
      </w:pPr>
      <w:r>
        <w:rPr>
          <w:rFonts w:eastAsia="Arial" w:cs="Arial"/>
          <w:szCs w:val="21"/>
        </w:rPr>
        <w:t>☐</w:t>
      </w:r>
      <w:r>
        <w:rPr>
          <w:rFonts w:eastAsia="Arial" w:cs="Arial"/>
          <w:szCs w:val="21"/>
        </w:rPr>
        <w:t xml:space="preserve"> Vendor must remediate </w:t>
      </w:r>
      <w:r>
        <w:rPr>
          <w:rFonts w:eastAsia="Arial" w:cs="Arial"/>
          <w:szCs w:val="21"/>
        </w:rPr>
        <w:t>accessibility defects attributable to its deliverables within the agreed warranty period.</w:t>
      </w:r>
    </w:p>
    <w:p w:rsidR="00794AF3" w:rsidRDefault="000C7E7C">
      <w:pPr>
        <w:pStyle w:val="Heading1"/>
      </w:pPr>
      <w:bookmarkStart w:id="9" w:name="sec_9_Intellectual_Property_Licensing_U"/>
      <w:r>
        <w:rPr>
          <w:rFonts w:ascii="Arial" w:eastAsia="Arial" w:hAnsi="Arial" w:cs="Arial"/>
          <w:szCs w:val="32"/>
        </w:rPr>
        <w:t>9. Intellectual Property, Licensing &amp; Usage Rights</w:t>
      </w:r>
      <w:bookmarkEnd w:id="9"/>
    </w:p>
    <w:p w:rsidR="00794AF3" w:rsidRDefault="000C7E7C">
      <w:pPr>
        <w:pStyle w:val="ListBullet"/>
      </w:pPr>
      <w:r>
        <w:rPr>
          <w:rFonts w:eastAsia="Arial" w:cs="Arial"/>
          <w:szCs w:val="21"/>
        </w:rPr>
        <w:t>Define ownership of final approved custom creative and editable source files.</w:t>
      </w:r>
    </w:p>
    <w:p w:rsidR="00794AF3" w:rsidRDefault="000C7E7C">
      <w:pPr>
        <w:pStyle w:val="ListBullet"/>
      </w:pPr>
      <w:r>
        <w:rPr>
          <w:rFonts w:eastAsia="Arial" w:cs="Arial"/>
          <w:szCs w:val="21"/>
        </w:rPr>
        <w:t xml:space="preserve">Identify any pre-existing vendor </w:t>
      </w:r>
      <w:r>
        <w:rPr>
          <w:rFonts w:eastAsia="Arial" w:cs="Arial"/>
          <w:szCs w:val="21"/>
        </w:rPr>
        <w:t>intellectual property and permitted use.</w:t>
      </w:r>
    </w:p>
    <w:p w:rsidR="00794AF3" w:rsidRDefault="000C7E7C">
      <w:pPr>
        <w:pStyle w:val="ListBullet"/>
      </w:pPr>
      <w:r>
        <w:rPr>
          <w:rFonts w:eastAsia="Arial" w:cs="Arial"/>
          <w:szCs w:val="21"/>
        </w:rPr>
        <w:t>Require disclosure and approval of stock, fonts, photography, illustration, templates, plug-ins and other third-party licensed materials.</w:t>
      </w:r>
    </w:p>
    <w:p w:rsidR="00794AF3" w:rsidRDefault="000C7E7C">
      <w:pPr>
        <w:pStyle w:val="ListBullet"/>
      </w:pPr>
      <w:r>
        <w:rPr>
          <w:rFonts w:eastAsia="Arial" w:cs="Arial"/>
          <w:szCs w:val="21"/>
        </w:rPr>
        <w:t>Require license terms, geographic/term/media restrictions and renewal costs t</w:t>
      </w:r>
      <w:r>
        <w:rPr>
          <w:rFonts w:eastAsia="Arial" w:cs="Arial"/>
          <w:szCs w:val="21"/>
        </w:rPr>
        <w:t>o be disclosed.</w:t>
      </w:r>
    </w:p>
    <w:p w:rsidR="00794AF3" w:rsidRDefault="000C7E7C">
      <w:pPr>
        <w:pStyle w:val="ListBullet"/>
      </w:pPr>
      <w:r>
        <w:rPr>
          <w:rFonts w:eastAsia="Arial" w:cs="Arial"/>
          <w:szCs w:val="21"/>
        </w:rPr>
        <w:t>Require written disclosure of generative-AI use where relevant to ownership, provenance or licensing.</w:t>
      </w:r>
    </w:p>
    <w:p w:rsidR="00794AF3" w:rsidRDefault="000C7E7C">
      <w:pPr>
        <w:pStyle w:val="ListBullet"/>
      </w:pPr>
      <w:r>
        <w:rPr>
          <w:rFonts w:eastAsia="Arial" w:cs="Arial"/>
          <w:szCs w:val="21"/>
        </w:rPr>
        <w:t>Require the vendor to maintain records of third-party rights and transfer documentation as agreed.</w:t>
      </w:r>
    </w:p>
    <w:p w:rsidR="00794AF3" w:rsidRDefault="000C7E7C">
      <w:pPr>
        <w:pStyle w:val="ListBullet"/>
      </w:pPr>
      <w:r>
        <w:rPr>
          <w:rFonts w:eastAsia="Arial" w:cs="Arial"/>
          <w:szCs w:val="21"/>
        </w:rPr>
        <w:t>Prohibit use of organization-confidenti</w:t>
      </w:r>
      <w:r>
        <w:rPr>
          <w:rFonts w:eastAsia="Arial" w:cs="Arial"/>
          <w:szCs w:val="21"/>
        </w:rPr>
        <w:t>al information or assets for unrelated model training without written authorization.</w:t>
      </w:r>
    </w:p>
    <w:p w:rsidR="00671B0C" w:rsidRDefault="00671B0C">
      <w:pPr>
        <w:spacing w:after="200" w:line="276" w:lineRule="auto"/>
        <w:rPr>
          <w:rFonts w:eastAsia="Arial" w:cs="Arial"/>
          <w:b/>
          <w:bCs/>
          <w:color w:val="0B2A4A"/>
          <w:sz w:val="32"/>
          <w:szCs w:val="32"/>
        </w:rPr>
      </w:pPr>
      <w:bookmarkStart w:id="10" w:name="sec_10_Creative_Process_Revisions_Appro"/>
      <w:r>
        <w:rPr>
          <w:rFonts w:eastAsia="Arial" w:cs="Arial"/>
          <w:szCs w:val="32"/>
        </w:rPr>
        <w:br w:type="page"/>
      </w:r>
    </w:p>
    <w:p w:rsidR="00794AF3" w:rsidRDefault="000C7E7C">
      <w:pPr>
        <w:pStyle w:val="Heading1"/>
      </w:pPr>
      <w:r>
        <w:rPr>
          <w:rFonts w:ascii="Arial" w:eastAsia="Arial" w:hAnsi="Arial" w:cs="Arial"/>
          <w:szCs w:val="32"/>
        </w:rPr>
        <w:lastRenderedPageBreak/>
        <w:t>10. Creative Process, Revisions &amp; Approval Workflow</w:t>
      </w:r>
      <w:bookmarkEnd w:id="10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015"/>
        <w:gridCol w:w="2736"/>
        <w:gridCol w:w="2880"/>
        <w:gridCol w:w="2160"/>
      </w:tblGrid>
      <w:tr w:rsidR="00794AF3">
        <w:trPr>
          <w:tblHeader/>
          <w:jc w:val="center"/>
        </w:trPr>
        <w:tc>
          <w:tcPr>
            <w:tcW w:w="2015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0B2A4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b/>
                <w:color w:val="FFFFFF"/>
                <w:sz w:val="18"/>
                <w:szCs w:val="18"/>
              </w:rPr>
              <w:t>Stage</w:t>
            </w:r>
          </w:p>
        </w:tc>
        <w:tc>
          <w:tcPr>
            <w:tcW w:w="2736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0B2A4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b/>
                <w:color w:val="FFFFFF"/>
                <w:sz w:val="18"/>
                <w:szCs w:val="18"/>
              </w:rPr>
              <w:t>Organization Input / Approval</w:t>
            </w:r>
          </w:p>
        </w:tc>
        <w:tc>
          <w:tcPr>
            <w:tcW w:w="2880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0B2A4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b/>
                <w:color w:val="FFFFFF"/>
                <w:sz w:val="18"/>
                <w:szCs w:val="18"/>
              </w:rPr>
              <w:t>Vendor Output</w:t>
            </w:r>
          </w:p>
        </w:tc>
        <w:tc>
          <w:tcPr>
            <w:tcW w:w="2160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0B2A4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b/>
                <w:color w:val="FFFFFF"/>
                <w:sz w:val="18"/>
                <w:szCs w:val="18"/>
              </w:rPr>
              <w:t>Included Review / Revision</w:t>
            </w:r>
          </w:p>
        </w:tc>
      </w:tr>
      <w:tr w:rsidR="00794AF3">
        <w:trPr>
          <w:jc w:val="center"/>
        </w:trPr>
        <w:tc>
          <w:tcPr>
            <w:tcW w:w="2015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>Creative brief</w:t>
            </w:r>
          </w:p>
        </w:tc>
        <w:tc>
          <w:tcPr>
            <w:tcW w:w="2736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>Objectives, audience, cons</w:t>
            </w:r>
            <w:r>
              <w:rPr>
                <w:rFonts w:eastAsia="Arial" w:cs="Arial"/>
                <w:sz w:val="18"/>
                <w:szCs w:val="18"/>
              </w:rPr>
              <w:t>traints</w:t>
            </w:r>
          </w:p>
        </w:tc>
        <w:tc>
          <w:tcPr>
            <w:tcW w:w="2880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>Approved brief / direction</w:t>
            </w:r>
          </w:p>
        </w:tc>
        <w:tc>
          <w:tcPr>
            <w:tcW w:w="2160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>[DEFINE]</w:t>
            </w:r>
          </w:p>
        </w:tc>
      </w:tr>
      <w:tr w:rsidR="00794AF3">
        <w:trPr>
          <w:jc w:val="center"/>
        </w:trPr>
        <w:tc>
          <w:tcPr>
            <w:tcW w:w="2015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5F8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>Concept development</w:t>
            </w:r>
          </w:p>
        </w:tc>
        <w:tc>
          <w:tcPr>
            <w:tcW w:w="2736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5F8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>Direction selection</w:t>
            </w:r>
          </w:p>
        </w:tc>
        <w:tc>
          <w:tcPr>
            <w:tcW w:w="2880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5F8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>[NUMBER] concepts / routes</w:t>
            </w:r>
          </w:p>
        </w:tc>
        <w:tc>
          <w:tcPr>
            <w:tcW w:w="2160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5F8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>[DEFINE]</w:t>
            </w:r>
          </w:p>
        </w:tc>
      </w:tr>
      <w:tr w:rsidR="00794AF3">
        <w:trPr>
          <w:jc w:val="center"/>
        </w:trPr>
        <w:tc>
          <w:tcPr>
            <w:tcW w:w="2015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>Design development</w:t>
            </w:r>
          </w:p>
        </w:tc>
        <w:tc>
          <w:tcPr>
            <w:tcW w:w="2736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>Detailed feedback</w:t>
            </w:r>
          </w:p>
        </w:tc>
        <w:tc>
          <w:tcPr>
            <w:tcW w:w="2880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>Refined selected direction</w:t>
            </w:r>
          </w:p>
        </w:tc>
        <w:tc>
          <w:tcPr>
            <w:tcW w:w="2160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>[DEFINE]</w:t>
            </w:r>
          </w:p>
        </w:tc>
      </w:tr>
      <w:tr w:rsidR="00794AF3">
        <w:trPr>
          <w:jc w:val="center"/>
        </w:trPr>
        <w:tc>
          <w:tcPr>
            <w:tcW w:w="2015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5F8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>Production adaptation</w:t>
            </w:r>
          </w:p>
        </w:tc>
        <w:tc>
          <w:tcPr>
            <w:tcW w:w="2736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5F8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>Content / specs confirmed</w:t>
            </w:r>
          </w:p>
        </w:tc>
        <w:tc>
          <w:tcPr>
            <w:tcW w:w="2880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5F8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 xml:space="preserve">Final </w:t>
            </w:r>
            <w:r>
              <w:rPr>
                <w:rFonts w:eastAsia="Arial" w:cs="Arial"/>
                <w:sz w:val="18"/>
                <w:szCs w:val="18"/>
              </w:rPr>
              <w:t>variants / sizes</w:t>
            </w:r>
          </w:p>
        </w:tc>
        <w:tc>
          <w:tcPr>
            <w:tcW w:w="2160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5F8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>[DEFINE]</w:t>
            </w:r>
          </w:p>
        </w:tc>
      </w:tr>
      <w:tr w:rsidR="00794AF3">
        <w:trPr>
          <w:jc w:val="center"/>
        </w:trPr>
        <w:tc>
          <w:tcPr>
            <w:tcW w:w="2015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>Final approval</w:t>
            </w:r>
          </w:p>
        </w:tc>
        <w:tc>
          <w:tcPr>
            <w:tcW w:w="2736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>Authorized approver signoff</w:t>
            </w:r>
          </w:p>
        </w:tc>
        <w:tc>
          <w:tcPr>
            <w:tcW w:w="2880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>Production-ready files</w:t>
            </w:r>
          </w:p>
        </w:tc>
        <w:tc>
          <w:tcPr>
            <w:tcW w:w="2160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>Final corrections only</w:t>
            </w:r>
          </w:p>
        </w:tc>
      </w:tr>
      <w:tr w:rsidR="00794AF3">
        <w:trPr>
          <w:jc w:val="center"/>
        </w:trPr>
        <w:tc>
          <w:tcPr>
            <w:tcW w:w="2015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5F8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>Archive / handoff</w:t>
            </w:r>
          </w:p>
        </w:tc>
        <w:tc>
          <w:tcPr>
            <w:tcW w:w="2736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5F8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>Confirm completeness</w:t>
            </w:r>
          </w:p>
        </w:tc>
        <w:tc>
          <w:tcPr>
            <w:tcW w:w="2880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5F8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>Source files + asset register</w:t>
            </w:r>
          </w:p>
        </w:tc>
        <w:tc>
          <w:tcPr>
            <w:tcW w:w="2160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5F8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>N/A</w:t>
            </w:r>
          </w:p>
        </w:tc>
      </w:tr>
    </w:tbl>
    <w:p w:rsidR="00794AF3" w:rsidRDefault="00794AF3"/>
    <w:p w:rsidR="00794AF3" w:rsidRDefault="000C7E7C">
      <w:pPr>
        <w:pStyle w:val="Heading1"/>
      </w:pPr>
      <w:bookmarkStart w:id="11" w:name="sec_11_Production_Print_Vendor_Coordina"/>
      <w:r>
        <w:rPr>
          <w:rFonts w:ascii="Arial" w:eastAsia="Arial" w:hAnsi="Arial" w:cs="Arial"/>
          <w:szCs w:val="32"/>
        </w:rPr>
        <w:t>11. Production, Print &amp; Vendor Coordination</w:t>
      </w:r>
      <w:bookmarkEnd w:id="11"/>
    </w:p>
    <w:p w:rsidR="00794AF3" w:rsidRDefault="000C7E7C">
      <w:pPr>
        <w:spacing w:after="40"/>
        <w:ind w:left="72"/>
      </w:pPr>
      <w:r>
        <w:rPr>
          <w:rFonts w:eastAsia="Arial" w:cs="Arial"/>
          <w:szCs w:val="21"/>
        </w:rPr>
        <w:t>☐</w:t>
      </w:r>
      <w:r>
        <w:rPr>
          <w:rFonts w:eastAsia="Arial" w:cs="Arial"/>
          <w:szCs w:val="21"/>
        </w:rPr>
        <w:t xml:space="preserve"> Vendor will </w:t>
      </w:r>
      <w:r>
        <w:rPr>
          <w:rFonts w:eastAsia="Arial" w:cs="Arial"/>
          <w:szCs w:val="21"/>
        </w:rPr>
        <w:t>prepare files to approved printer/fabricator specifications.</w:t>
      </w:r>
    </w:p>
    <w:p w:rsidR="00794AF3" w:rsidRDefault="000C7E7C">
      <w:pPr>
        <w:spacing w:after="40"/>
        <w:ind w:left="72"/>
      </w:pPr>
      <w:r>
        <w:rPr>
          <w:rFonts w:eastAsia="Arial" w:cs="Arial"/>
          <w:szCs w:val="21"/>
        </w:rPr>
        <w:t>☐</w:t>
      </w:r>
      <w:r>
        <w:rPr>
          <w:rFonts w:eastAsia="Arial" w:cs="Arial"/>
          <w:szCs w:val="21"/>
        </w:rPr>
        <w:t xml:space="preserve"> Vendor will review digital / physical proofs where included.</w:t>
      </w:r>
    </w:p>
    <w:p w:rsidR="00794AF3" w:rsidRDefault="000C7E7C">
      <w:pPr>
        <w:spacing w:after="40"/>
        <w:ind w:left="72"/>
      </w:pPr>
      <w:r>
        <w:rPr>
          <w:rFonts w:eastAsia="Arial" w:cs="Arial"/>
          <w:szCs w:val="21"/>
        </w:rPr>
        <w:t>☐</w:t>
      </w:r>
      <w:r>
        <w:rPr>
          <w:rFonts w:eastAsia="Arial" w:cs="Arial"/>
          <w:szCs w:val="21"/>
        </w:rPr>
        <w:t xml:space="preserve"> Vendor will disclose production estimates separately from creative fees.</w:t>
      </w:r>
    </w:p>
    <w:p w:rsidR="00794AF3" w:rsidRDefault="000C7E7C">
      <w:pPr>
        <w:spacing w:after="40"/>
        <w:ind w:left="72"/>
      </w:pPr>
      <w:r>
        <w:rPr>
          <w:rFonts w:eastAsia="Arial" w:cs="Arial"/>
          <w:szCs w:val="21"/>
        </w:rPr>
        <w:t>☐</w:t>
      </w:r>
      <w:r>
        <w:rPr>
          <w:rFonts w:eastAsia="Arial" w:cs="Arial"/>
          <w:szCs w:val="21"/>
        </w:rPr>
        <w:t xml:space="preserve"> Any vendor markup or production-management fee must be </w:t>
      </w:r>
      <w:r>
        <w:rPr>
          <w:rFonts w:eastAsia="Arial" w:cs="Arial"/>
          <w:szCs w:val="21"/>
        </w:rPr>
        <w:t>explicitly disclosed.</w:t>
      </w:r>
    </w:p>
    <w:p w:rsidR="00794AF3" w:rsidRDefault="000C7E7C">
      <w:pPr>
        <w:spacing w:after="40"/>
        <w:ind w:left="72"/>
      </w:pPr>
      <w:r>
        <w:rPr>
          <w:rFonts w:eastAsia="Arial" w:cs="Arial"/>
          <w:szCs w:val="21"/>
        </w:rPr>
        <w:t>☐</w:t>
      </w:r>
      <w:r>
        <w:rPr>
          <w:rFonts w:eastAsia="Arial" w:cs="Arial"/>
          <w:szCs w:val="21"/>
        </w:rPr>
        <w:t xml:space="preserve"> Organization approval is required before third-party production commitments.</w:t>
      </w:r>
    </w:p>
    <w:p w:rsidR="00794AF3" w:rsidRDefault="000C7E7C">
      <w:pPr>
        <w:spacing w:after="40"/>
        <w:ind w:left="72"/>
      </w:pPr>
      <w:r>
        <w:rPr>
          <w:rFonts w:eastAsia="Arial" w:cs="Arial"/>
          <w:szCs w:val="21"/>
        </w:rPr>
        <w:t>☐</w:t>
      </w:r>
      <w:r>
        <w:rPr>
          <w:rFonts w:eastAsia="Arial" w:cs="Arial"/>
          <w:szCs w:val="21"/>
        </w:rPr>
        <w:t xml:space="preserve"> Vendor will provide production specifications and final approved files to the organization.</w:t>
      </w:r>
    </w:p>
    <w:p w:rsidR="00794AF3" w:rsidRDefault="000C7E7C">
      <w:pPr>
        <w:spacing w:after="40"/>
        <w:ind w:left="72"/>
      </w:pPr>
      <w:r>
        <w:rPr>
          <w:rFonts w:eastAsia="Arial" w:cs="Arial"/>
          <w:szCs w:val="21"/>
        </w:rPr>
        <w:t>☐</w:t>
      </w:r>
      <w:r>
        <w:rPr>
          <w:rFonts w:eastAsia="Arial" w:cs="Arial"/>
          <w:szCs w:val="21"/>
        </w:rPr>
        <w:t xml:space="preserve"> Shipping, installation, travel and taxes must be identified</w:t>
      </w:r>
      <w:r>
        <w:rPr>
          <w:rFonts w:eastAsia="Arial" w:cs="Arial"/>
          <w:szCs w:val="21"/>
        </w:rPr>
        <w:t xml:space="preserve"> separately where applicable.</w:t>
      </w:r>
    </w:p>
    <w:p w:rsidR="00794AF3" w:rsidRDefault="000C7E7C">
      <w:pPr>
        <w:pStyle w:val="Heading1"/>
      </w:pPr>
      <w:bookmarkStart w:id="12" w:name="sec_12_Deliverables_Acceptance_Criteria"/>
      <w:r>
        <w:rPr>
          <w:rFonts w:ascii="Arial" w:eastAsia="Arial" w:hAnsi="Arial" w:cs="Arial"/>
          <w:szCs w:val="32"/>
        </w:rPr>
        <w:t>12. Deliverables &amp; Acceptance Criteria</w:t>
      </w:r>
      <w:bookmarkEnd w:id="12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592"/>
        <w:gridCol w:w="1728"/>
        <w:gridCol w:w="2160"/>
        <w:gridCol w:w="3311"/>
      </w:tblGrid>
      <w:tr w:rsidR="00794AF3">
        <w:trPr>
          <w:tblHeader/>
          <w:jc w:val="center"/>
        </w:trPr>
        <w:tc>
          <w:tcPr>
            <w:tcW w:w="2592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0B2A4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b/>
                <w:color w:val="FFFFFF"/>
                <w:sz w:val="18"/>
                <w:szCs w:val="18"/>
              </w:rPr>
              <w:t>Deliverable</w:t>
            </w:r>
          </w:p>
        </w:tc>
        <w:tc>
          <w:tcPr>
            <w:tcW w:w="1728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0B2A4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b/>
                <w:color w:val="FFFFFF"/>
                <w:sz w:val="18"/>
                <w:szCs w:val="18"/>
              </w:rPr>
              <w:t>Quantity / Cadence</w:t>
            </w:r>
          </w:p>
        </w:tc>
        <w:tc>
          <w:tcPr>
            <w:tcW w:w="2160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0B2A4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b/>
                <w:color w:val="FFFFFF"/>
                <w:sz w:val="18"/>
                <w:szCs w:val="18"/>
              </w:rPr>
              <w:t>Format</w:t>
            </w:r>
          </w:p>
        </w:tc>
        <w:tc>
          <w:tcPr>
            <w:tcW w:w="3311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0B2A4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b/>
                <w:color w:val="FFFFFF"/>
                <w:sz w:val="18"/>
                <w:szCs w:val="18"/>
              </w:rPr>
              <w:t>Acceptance Criteria</w:t>
            </w:r>
          </w:p>
        </w:tc>
      </w:tr>
      <w:tr w:rsidR="00794AF3">
        <w:trPr>
          <w:jc w:val="center"/>
        </w:trPr>
        <w:tc>
          <w:tcPr>
            <w:tcW w:w="2592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>Creative strategy / brief</w:t>
            </w:r>
          </w:p>
        </w:tc>
        <w:tc>
          <w:tcPr>
            <w:tcW w:w="1728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>[QTY]</w:t>
            </w:r>
          </w:p>
        </w:tc>
        <w:tc>
          <w:tcPr>
            <w:tcW w:w="2160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>PDF / DOCX</w:t>
            </w:r>
          </w:p>
        </w:tc>
        <w:tc>
          <w:tcPr>
            <w:tcW w:w="3311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>Approved scope, audience and direction</w:t>
            </w:r>
          </w:p>
        </w:tc>
      </w:tr>
      <w:tr w:rsidR="00794AF3">
        <w:trPr>
          <w:jc w:val="center"/>
        </w:trPr>
        <w:tc>
          <w:tcPr>
            <w:tcW w:w="2592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5F8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>Brand / visual system</w:t>
            </w:r>
          </w:p>
        </w:tc>
        <w:tc>
          <w:tcPr>
            <w:tcW w:w="1728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5F8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>[QTY]</w:t>
            </w:r>
          </w:p>
        </w:tc>
        <w:tc>
          <w:tcPr>
            <w:tcW w:w="2160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5F8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>Source + PDF</w:t>
            </w:r>
          </w:p>
        </w:tc>
        <w:tc>
          <w:tcPr>
            <w:tcW w:w="3311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5F8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>Conforms to approved direction and required variants</w:t>
            </w:r>
          </w:p>
        </w:tc>
      </w:tr>
      <w:tr w:rsidR="00794AF3">
        <w:trPr>
          <w:jc w:val="center"/>
        </w:trPr>
        <w:tc>
          <w:tcPr>
            <w:tcW w:w="2592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>Digital creative</w:t>
            </w:r>
          </w:p>
        </w:tc>
        <w:tc>
          <w:tcPr>
            <w:tcW w:w="1728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>[QTY / MONTH]</w:t>
            </w:r>
          </w:p>
        </w:tc>
        <w:tc>
          <w:tcPr>
            <w:tcW w:w="2160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>Source + exports</w:t>
            </w:r>
          </w:p>
        </w:tc>
        <w:tc>
          <w:tcPr>
            <w:tcW w:w="3311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>Correct dimensions, copy, links and accessibility checks</w:t>
            </w:r>
          </w:p>
        </w:tc>
      </w:tr>
      <w:tr w:rsidR="00794AF3">
        <w:trPr>
          <w:jc w:val="center"/>
        </w:trPr>
        <w:tc>
          <w:tcPr>
            <w:tcW w:w="2592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5F8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>Print collateral</w:t>
            </w:r>
          </w:p>
        </w:tc>
        <w:tc>
          <w:tcPr>
            <w:tcW w:w="1728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5F8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>[QTY]</w:t>
            </w:r>
          </w:p>
        </w:tc>
        <w:tc>
          <w:tcPr>
            <w:tcW w:w="2160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5F8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>Source + press-ready PDF</w:t>
            </w:r>
          </w:p>
        </w:tc>
        <w:tc>
          <w:tcPr>
            <w:tcW w:w="3311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5F8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>Preflighted to approved production specification</w:t>
            </w:r>
          </w:p>
        </w:tc>
      </w:tr>
      <w:tr w:rsidR="00794AF3">
        <w:trPr>
          <w:jc w:val="center"/>
        </w:trPr>
        <w:tc>
          <w:tcPr>
            <w:tcW w:w="2592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>Templates</w:t>
            </w:r>
          </w:p>
        </w:tc>
        <w:tc>
          <w:tcPr>
            <w:tcW w:w="1728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>[QTY]</w:t>
            </w:r>
          </w:p>
        </w:tc>
        <w:tc>
          <w:tcPr>
            <w:tcW w:w="2160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>Editable format</w:t>
            </w:r>
          </w:p>
        </w:tc>
        <w:tc>
          <w:tcPr>
            <w:tcW w:w="3311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>Usable by designated internal staff</w:t>
            </w:r>
          </w:p>
        </w:tc>
      </w:tr>
      <w:tr w:rsidR="00794AF3">
        <w:trPr>
          <w:jc w:val="center"/>
        </w:trPr>
        <w:tc>
          <w:tcPr>
            <w:tcW w:w="2592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5F8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>Final asset package</w:t>
            </w:r>
          </w:p>
        </w:tc>
        <w:tc>
          <w:tcPr>
            <w:tcW w:w="1728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5F8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>1</w:t>
            </w:r>
          </w:p>
        </w:tc>
        <w:tc>
          <w:tcPr>
            <w:tcW w:w="2160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5F8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>Organized source + exports</w:t>
            </w:r>
          </w:p>
        </w:tc>
        <w:tc>
          <w:tcPr>
            <w:tcW w:w="3311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5F8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>Complete, labeled and transferred with rights register</w:t>
            </w:r>
          </w:p>
        </w:tc>
      </w:tr>
    </w:tbl>
    <w:p w:rsidR="00794AF3" w:rsidRDefault="00794AF3"/>
    <w:p w:rsidR="00794AF3" w:rsidRDefault="000C7E7C">
      <w:pPr>
        <w:pStyle w:val="Heading2"/>
      </w:pPr>
      <w:r>
        <w:rPr>
          <w:rFonts w:ascii="Arial" w:eastAsia="Arial" w:hAnsi="Arial" w:cs="Arial"/>
          <w:szCs w:val="24"/>
        </w:rPr>
        <w:t>12.1 Acceptance Principles</w:t>
      </w:r>
    </w:p>
    <w:p w:rsidR="00794AF3" w:rsidRDefault="000C7E7C">
      <w:pPr>
        <w:pStyle w:val="ListBullet"/>
      </w:pPr>
      <w:r>
        <w:rPr>
          <w:rFonts w:eastAsia="Arial" w:cs="Arial"/>
          <w:szCs w:val="21"/>
        </w:rPr>
        <w:t xml:space="preserve">Acceptance should be based on the approved brief, </w:t>
      </w:r>
      <w:r>
        <w:rPr>
          <w:rFonts w:eastAsia="Arial" w:cs="Arial"/>
          <w:szCs w:val="21"/>
        </w:rPr>
        <w:t>specifications and documented feedback.</w:t>
      </w:r>
    </w:p>
    <w:p w:rsidR="00794AF3" w:rsidRDefault="000C7E7C">
      <w:pPr>
        <w:pStyle w:val="ListBullet"/>
      </w:pPr>
      <w:r>
        <w:rPr>
          <w:rFonts w:eastAsia="Arial" w:cs="Arial"/>
          <w:szCs w:val="21"/>
        </w:rPr>
        <w:t>Final files must be complete, functional, accessible where required and free of material production defects.</w:t>
      </w:r>
    </w:p>
    <w:p w:rsidR="00794AF3" w:rsidRDefault="000C7E7C">
      <w:pPr>
        <w:pStyle w:val="ListBullet"/>
      </w:pPr>
      <w:r>
        <w:rPr>
          <w:rFonts w:eastAsia="Arial" w:cs="Arial"/>
          <w:szCs w:val="21"/>
        </w:rPr>
        <w:t>All required source files, fonts/license information and linked assets must be delivered before final accep</w:t>
      </w:r>
      <w:r>
        <w:rPr>
          <w:rFonts w:eastAsia="Arial" w:cs="Arial"/>
          <w:szCs w:val="21"/>
        </w:rPr>
        <w:t>tance where applicable.</w:t>
      </w:r>
    </w:p>
    <w:p w:rsidR="00794AF3" w:rsidRDefault="000C7E7C">
      <w:pPr>
        <w:pStyle w:val="ListBullet"/>
      </w:pPr>
      <w:r>
        <w:rPr>
          <w:rFonts w:eastAsia="Arial" w:cs="Arial"/>
          <w:szCs w:val="21"/>
        </w:rPr>
        <w:t>The vendor must correct vendor-caused production errors within the agreed warranty/remediation period.</w:t>
      </w:r>
    </w:p>
    <w:p w:rsidR="00671B0C" w:rsidRDefault="00671B0C">
      <w:pPr>
        <w:spacing w:after="200" w:line="276" w:lineRule="auto"/>
        <w:rPr>
          <w:rFonts w:eastAsia="Arial" w:cs="Arial"/>
          <w:b/>
          <w:bCs/>
          <w:color w:val="0B2A4A"/>
          <w:sz w:val="32"/>
          <w:szCs w:val="32"/>
        </w:rPr>
      </w:pPr>
      <w:bookmarkStart w:id="13" w:name="sec_13_Project_Schedule_Governance"/>
      <w:r>
        <w:rPr>
          <w:rFonts w:eastAsia="Arial" w:cs="Arial"/>
          <w:szCs w:val="32"/>
        </w:rPr>
        <w:br w:type="page"/>
      </w:r>
    </w:p>
    <w:p w:rsidR="00794AF3" w:rsidRDefault="000C7E7C">
      <w:pPr>
        <w:pStyle w:val="Heading1"/>
      </w:pPr>
      <w:r>
        <w:rPr>
          <w:rFonts w:ascii="Arial" w:eastAsia="Arial" w:hAnsi="Arial" w:cs="Arial"/>
          <w:szCs w:val="32"/>
        </w:rPr>
        <w:lastRenderedPageBreak/>
        <w:t>13. Project Schedule &amp; Governance</w:t>
      </w:r>
      <w:bookmarkEnd w:id="13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160"/>
        <w:gridCol w:w="5184"/>
        <w:gridCol w:w="2304"/>
      </w:tblGrid>
      <w:tr w:rsidR="00794AF3">
        <w:trPr>
          <w:tblHeader/>
          <w:jc w:val="center"/>
        </w:trPr>
        <w:tc>
          <w:tcPr>
            <w:tcW w:w="2160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0B2A4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b/>
                <w:color w:val="FFFFFF"/>
                <w:sz w:val="18"/>
                <w:szCs w:val="18"/>
              </w:rPr>
              <w:t>Phase</w:t>
            </w:r>
          </w:p>
        </w:tc>
        <w:tc>
          <w:tcPr>
            <w:tcW w:w="5184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0B2A4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b/>
                <w:color w:val="FFFFFF"/>
                <w:sz w:val="18"/>
                <w:szCs w:val="18"/>
              </w:rPr>
              <w:t>Illustrative Activities</w:t>
            </w:r>
          </w:p>
        </w:tc>
        <w:tc>
          <w:tcPr>
            <w:tcW w:w="2304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0B2A4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b/>
                <w:color w:val="FFFFFF"/>
                <w:sz w:val="18"/>
                <w:szCs w:val="18"/>
              </w:rPr>
              <w:t>Target Timing</w:t>
            </w:r>
          </w:p>
        </w:tc>
      </w:tr>
      <w:tr w:rsidR="00794AF3">
        <w:trPr>
          <w:jc w:val="center"/>
        </w:trPr>
        <w:tc>
          <w:tcPr>
            <w:tcW w:w="2160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>Discovery / audit</w:t>
            </w:r>
          </w:p>
        </w:tc>
        <w:tc>
          <w:tcPr>
            <w:tcW w:w="5184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>Stakeholders, assets, brief, req</w:t>
            </w:r>
            <w:r>
              <w:rPr>
                <w:rFonts w:eastAsia="Arial" w:cs="Arial"/>
                <w:sz w:val="18"/>
                <w:szCs w:val="18"/>
              </w:rPr>
              <w:t>uirements</w:t>
            </w:r>
          </w:p>
        </w:tc>
        <w:tc>
          <w:tcPr>
            <w:tcW w:w="2304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>[DATES]</w:t>
            </w:r>
          </w:p>
        </w:tc>
      </w:tr>
      <w:tr w:rsidR="00794AF3">
        <w:trPr>
          <w:jc w:val="center"/>
        </w:trPr>
        <w:tc>
          <w:tcPr>
            <w:tcW w:w="2160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5F8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>Creative direction</w:t>
            </w:r>
          </w:p>
        </w:tc>
        <w:tc>
          <w:tcPr>
            <w:tcW w:w="5184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5F8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>Concepts, moodboards, direction approval</w:t>
            </w:r>
          </w:p>
        </w:tc>
        <w:tc>
          <w:tcPr>
            <w:tcW w:w="2304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5F8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>[DATES]</w:t>
            </w:r>
          </w:p>
        </w:tc>
      </w:tr>
      <w:tr w:rsidR="00794AF3">
        <w:trPr>
          <w:jc w:val="center"/>
        </w:trPr>
        <w:tc>
          <w:tcPr>
            <w:tcW w:w="2160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>Design development</w:t>
            </w:r>
          </w:p>
        </w:tc>
        <w:tc>
          <w:tcPr>
            <w:tcW w:w="5184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>Refinement and production system</w:t>
            </w:r>
          </w:p>
        </w:tc>
        <w:tc>
          <w:tcPr>
            <w:tcW w:w="2304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>[DATES]</w:t>
            </w:r>
          </w:p>
        </w:tc>
      </w:tr>
      <w:tr w:rsidR="00794AF3">
        <w:trPr>
          <w:jc w:val="center"/>
        </w:trPr>
        <w:tc>
          <w:tcPr>
            <w:tcW w:w="2160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5F8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>Production / adaptation</w:t>
            </w:r>
          </w:p>
        </w:tc>
        <w:tc>
          <w:tcPr>
            <w:tcW w:w="5184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5F8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>Formats, sizes, channels, print prep</w:t>
            </w:r>
          </w:p>
        </w:tc>
        <w:tc>
          <w:tcPr>
            <w:tcW w:w="2304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5F8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>[DATES]</w:t>
            </w:r>
          </w:p>
        </w:tc>
      </w:tr>
      <w:tr w:rsidR="00794AF3">
        <w:trPr>
          <w:jc w:val="center"/>
        </w:trPr>
        <w:tc>
          <w:tcPr>
            <w:tcW w:w="2160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>Finalization</w:t>
            </w:r>
          </w:p>
        </w:tc>
        <w:tc>
          <w:tcPr>
            <w:tcW w:w="5184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 xml:space="preserve">QA, accessibility, </w:t>
            </w:r>
            <w:r>
              <w:rPr>
                <w:rFonts w:eastAsia="Arial" w:cs="Arial"/>
                <w:sz w:val="18"/>
                <w:szCs w:val="18"/>
              </w:rPr>
              <w:t>proofing, approvals</w:t>
            </w:r>
          </w:p>
        </w:tc>
        <w:tc>
          <w:tcPr>
            <w:tcW w:w="2304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>[DATES]</w:t>
            </w:r>
          </w:p>
        </w:tc>
      </w:tr>
      <w:tr w:rsidR="00794AF3">
        <w:trPr>
          <w:jc w:val="center"/>
        </w:trPr>
        <w:tc>
          <w:tcPr>
            <w:tcW w:w="2160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5F8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>Handoff / launch</w:t>
            </w:r>
          </w:p>
        </w:tc>
        <w:tc>
          <w:tcPr>
            <w:tcW w:w="5184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5F8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>Source files, templates, production / rollout</w:t>
            </w:r>
          </w:p>
        </w:tc>
        <w:tc>
          <w:tcPr>
            <w:tcW w:w="2304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5F8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>[DATES]</w:t>
            </w:r>
          </w:p>
        </w:tc>
      </w:tr>
    </w:tbl>
    <w:p w:rsidR="00794AF3" w:rsidRDefault="00794AF3"/>
    <w:p w:rsidR="00794AF3" w:rsidRDefault="000C7E7C">
      <w:pPr>
        <w:pStyle w:val="Heading2"/>
      </w:pPr>
      <w:r>
        <w:rPr>
          <w:rFonts w:ascii="Arial" w:eastAsia="Arial" w:hAnsi="Arial" w:cs="Arial"/>
          <w:szCs w:val="24"/>
        </w:rPr>
        <w:t>13.1 Governance Expectations</w:t>
      </w:r>
    </w:p>
    <w:p w:rsidR="00794AF3" w:rsidRDefault="000C7E7C">
      <w:pPr>
        <w:pStyle w:val="ListBullet"/>
      </w:pPr>
      <w:r>
        <w:rPr>
          <w:rFonts w:eastAsia="Arial" w:cs="Arial"/>
          <w:szCs w:val="21"/>
        </w:rPr>
        <w:t>Named vendor project/creative lead and organization project owner.</w:t>
      </w:r>
    </w:p>
    <w:p w:rsidR="00794AF3" w:rsidRDefault="000C7E7C">
      <w:pPr>
        <w:pStyle w:val="ListBullet"/>
      </w:pPr>
      <w:r>
        <w:rPr>
          <w:rFonts w:eastAsia="Arial" w:cs="Arial"/>
          <w:szCs w:val="21"/>
        </w:rPr>
        <w:t>Regular status meetings at [CADENCE].</w:t>
      </w:r>
    </w:p>
    <w:p w:rsidR="00794AF3" w:rsidRDefault="000C7E7C">
      <w:pPr>
        <w:pStyle w:val="ListBullet"/>
      </w:pPr>
      <w:r>
        <w:rPr>
          <w:rFonts w:eastAsia="Arial" w:cs="Arial"/>
          <w:szCs w:val="21"/>
        </w:rPr>
        <w:t xml:space="preserve">Written status </w:t>
      </w:r>
      <w:r>
        <w:rPr>
          <w:rFonts w:eastAsia="Arial" w:cs="Arial"/>
          <w:szCs w:val="21"/>
        </w:rPr>
        <w:t>reports covering decisions, risks, schedule and upcoming approvals.</w:t>
      </w:r>
    </w:p>
    <w:p w:rsidR="00794AF3" w:rsidRDefault="000C7E7C">
      <w:pPr>
        <w:pStyle w:val="ListBullet"/>
      </w:pPr>
      <w:r>
        <w:rPr>
          <w:rFonts w:eastAsia="Arial" w:cs="Arial"/>
          <w:szCs w:val="21"/>
        </w:rPr>
        <w:t>Centralized feedback / approval method.</w:t>
      </w:r>
    </w:p>
    <w:p w:rsidR="00794AF3" w:rsidRDefault="000C7E7C">
      <w:pPr>
        <w:pStyle w:val="ListBullet"/>
      </w:pPr>
      <w:r>
        <w:rPr>
          <w:rFonts w:eastAsia="Arial" w:cs="Arial"/>
          <w:szCs w:val="21"/>
        </w:rPr>
        <w:t>Change-control process for added deliverables or material scope changes.</w:t>
      </w:r>
    </w:p>
    <w:p w:rsidR="00794AF3" w:rsidRDefault="000C7E7C">
      <w:pPr>
        <w:pStyle w:val="ListBullet"/>
      </w:pPr>
      <w:r>
        <w:rPr>
          <w:rFonts w:eastAsia="Arial" w:cs="Arial"/>
          <w:szCs w:val="21"/>
        </w:rPr>
        <w:t>Escalation path for schedule, quality, licensing or production issues.</w:t>
      </w:r>
    </w:p>
    <w:p w:rsidR="00794AF3" w:rsidRDefault="000C7E7C">
      <w:pPr>
        <w:pStyle w:val="Heading1"/>
      </w:pPr>
      <w:bookmarkStart w:id="14" w:name="sec_14_Bidder_Qualifications_Key_Person"/>
      <w:r>
        <w:rPr>
          <w:rFonts w:ascii="Arial" w:eastAsia="Arial" w:hAnsi="Arial" w:cs="Arial"/>
          <w:szCs w:val="32"/>
        </w:rPr>
        <w:t xml:space="preserve">14. </w:t>
      </w:r>
      <w:r>
        <w:rPr>
          <w:rFonts w:ascii="Arial" w:eastAsia="Arial" w:hAnsi="Arial" w:cs="Arial"/>
          <w:szCs w:val="32"/>
        </w:rPr>
        <w:t>Bidder Qualifications &amp; Key Personnel</w:t>
      </w:r>
      <w:bookmarkEnd w:id="14"/>
    </w:p>
    <w:p w:rsidR="00794AF3" w:rsidRDefault="000C7E7C">
      <w:pPr>
        <w:spacing w:after="40"/>
        <w:ind w:left="72"/>
      </w:pPr>
      <w:r>
        <w:rPr>
          <w:rFonts w:eastAsia="Arial" w:cs="Arial"/>
          <w:szCs w:val="21"/>
        </w:rPr>
        <w:t>☐</w:t>
      </w:r>
      <w:r>
        <w:rPr>
          <w:rFonts w:eastAsia="Arial" w:cs="Arial"/>
          <w:szCs w:val="21"/>
        </w:rPr>
        <w:t xml:space="preserve"> Demonstrated experience delivering comparable graphic-design engagements.</w:t>
      </w:r>
    </w:p>
    <w:p w:rsidR="00794AF3" w:rsidRDefault="000C7E7C">
      <w:pPr>
        <w:spacing w:after="40"/>
        <w:ind w:left="72"/>
      </w:pPr>
      <w:r>
        <w:rPr>
          <w:rFonts w:eastAsia="Arial" w:cs="Arial"/>
          <w:szCs w:val="21"/>
        </w:rPr>
        <w:t>☐</w:t>
      </w:r>
      <w:r>
        <w:rPr>
          <w:rFonts w:eastAsia="Arial" w:cs="Arial"/>
          <w:szCs w:val="21"/>
        </w:rPr>
        <w:t xml:space="preserve"> Portfolio showing relevant branding, campaign, print and/or digital work.</w:t>
      </w:r>
    </w:p>
    <w:p w:rsidR="00794AF3" w:rsidRDefault="000C7E7C">
      <w:pPr>
        <w:spacing w:after="40"/>
        <w:ind w:left="72"/>
      </w:pPr>
      <w:r>
        <w:rPr>
          <w:rFonts w:eastAsia="Arial" w:cs="Arial"/>
          <w:szCs w:val="21"/>
        </w:rPr>
        <w:t>☐</w:t>
      </w:r>
      <w:r>
        <w:rPr>
          <w:rFonts w:eastAsia="Arial" w:cs="Arial"/>
          <w:szCs w:val="21"/>
        </w:rPr>
        <w:t xml:space="preserve"> Ability to provide editable source files and organized productio</w:t>
      </w:r>
      <w:r>
        <w:rPr>
          <w:rFonts w:eastAsia="Arial" w:cs="Arial"/>
          <w:szCs w:val="21"/>
        </w:rPr>
        <w:t>n handoff.</w:t>
      </w:r>
    </w:p>
    <w:p w:rsidR="00794AF3" w:rsidRDefault="000C7E7C">
      <w:pPr>
        <w:spacing w:after="40"/>
        <w:ind w:left="72"/>
      </w:pPr>
      <w:r>
        <w:rPr>
          <w:rFonts w:eastAsia="Arial" w:cs="Arial"/>
          <w:szCs w:val="21"/>
        </w:rPr>
        <w:t>☐</w:t>
      </w:r>
      <w:r>
        <w:rPr>
          <w:rFonts w:eastAsia="Arial" w:cs="Arial"/>
          <w:szCs w:val="21"/>
        </w:rPr>
        <w:t xml:space="preserve"> Experience with accessibility and inclusive design where required.</w:t>
      </w:r>
    </w:p>
    <w:p w:rsidR="00794AF3" w:rsidRDefault="000C7E7C">
      <w:pPr>
        <w:spacing w:after="40"/>
        <w:ind w:left="72"/>
      </w:pPr>
      <w:r>
        <w:rPr>
          <w:rFonts w:eastAsia="Arial" w:cs="Arial"/>
          <w:szCs w:val="21"/>
        </w:rPr>
        <w:t>☐</w:t>
      </w:r>
      <w:r>
        <w:rPr>
          <w:rFonts w:eastAsia="Arial" w:cs="Arial"/>
          <w:szCs w:val="21"/>
        </w:rPr>
        <w:t xml:space="preserve"> Experience coordinating production vendors where included.</w:t>
      </w:r>
    </w:p>
    <w:p w:rsidR="00794AF3" w:rsidRDefault="000C7E7C">
      <w:pPr>
        <w:spacing w:after="40"/>
        <w:ind w:left="72"/>
      </w:pPr>
      <w:r>
        <w:rPr>
          <w:rFonts w:eastAsia="Arial" w:cs="Arial"/>
          <w:szCs w:val="21"/>
        </w:rPr>
        <w:t>☐</w:t>
      </w:r>
      <w:r>
        <w:rPr>
          <w:rFonts w:eastAsia="Arial" w:cs="Arial"/>
          <w:szCs w:val="21"/>
        </w:rPr>
        <w:t xml:space="preserve"> Documented project-management and quality-control processes.</w:t>
      </w:r>
    </w:p>
    <w:p w:rsidR="00794AF3" w:rsidRDefault="000C7E7C">
      <w:pPr>
        <w:spacing w:after="40"/>
        <w:ind w:left="72"/>
      </w:pPr>
      <w:r>
        <w:rPr>
          <w:rFonts w:eastAsia="Arial" w:cs="Arial"/>
          <w:szCs w:val="21"/>
        </w:rPr>
        <w:t>☐</w:t>
      </w:r>
      <w:r>
        <w:rPr>
          <w:rFonts w:eastAsia="Arial" w:cs="Arial"/>
          <w:szCs w:val="21"/>
        </w:rPr>
        <w:t xml:space="preserve"> Ability to meet the required schedule and service </w:t>
      </w:r>
      <w:r>
        <w:rPr>
          <w:rFonts w:eastAsia="Arial" w:cs="Arial"/>
          <w:szCs w:val="21"/>
        </w:rPr>
        <w:t>cadence.</w:t>
      </w:r>
    </w:p>
    <w:p w:rsidR="00794AF3" w:rsidRDefault="000C7E7C">
      <w:pPr>
        <w:pStyle w:val="Heading2"/>
      </w:pPr>
      <w:r>
        <w:rPr>
          <w:rFonts w:ascii="Arial" w:eastAsia="Arial" w:hAnsi="Arial" w:cs="Arial"/>
          <w:szCs w:val="24"/>
        </w:rPr>
        <w:t>14.1 Proposed Key Personnel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592"/>
        <w:gridCol w:w="2015"/>
        <w:gridCol w:w="3456"/>
        <w:gridCol w:w="2015"/>
      </w:tblGrid>
      <w:tr w:rsidR="00794AF3">
        <w:trPr>
          <w:tblHeader/>
          <w:jc w:val="center"/>
        </w:trPr>
        <w:tc>
          <w:tcPr>
            <w:tcW w:w="2592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0B2A4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b/>
                <w:color w:val="FFFFFF"/>
                <w:sz w:val="18"/>
                <w:szCs w:val="18"/>
              </w:rPr>
              <w:t>Role</w:t>
            </w:r>
          </w:p>
        </w:tc>
        <w:tc>
          <w:tcPr>
            <w:tcW w:w="2015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0B2A4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b/>
                <w:color w:val="FFFFFF"/>
                <w:sz w:val="18"/>
                <w:szCs w:val="18"/>
              </w:rPr>
              <w:t>Name</w:t>
            </w:r>
          </w:p>
        </w:tc>
        <w:tc>
          <w:tcPr>
            <w:tcW w:w="3456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0B2A4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b/>
                <w:color w:val="FFFFFF"/>
                <w:sz w:val="18"/>
                <w:szCs w:val="18"/>
              </w:rPr>
              <w:t>Relevant Experience</w:t>
            </w:r>
          </w:p>
        </w:tc>
        <w:tc>
          <w:tcPr>
            <w:tcW w:w="2015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0B2A4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b/>
                <w:color w:val="FFFFFF"/>
                <w:sz w:val="18"/>
                <w:szCs w:val="18"/>
              </w:rPr>
              <w:t>Allocation / Availability</w:t>
            </w:r>
          </w:p>
        </w:tc>
      </w:tr>
      <w:tr w:rsidR="00794AF3">
        <w:trPr>
          <w:jc w:val="center"/>
        </w:trPr>
        <w:tc>
          <w:tcPr>
            <w:tcW w:w="2592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>Creative Director</w:t>
            </w:r>
          </w:p>
        </w:tc>
        <w:tc>
          <w:tcPr>
            <w:tcW w:w="2015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>[NAME]</w:t>
            </w:r>
          </w:p>
        </w:tc>
        <w:tc>
          <w:tcPr>
            <w:tcW w:w="3456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>[SUMMARY]</w:t>
            </w:r>
          </w:p>
        </w:tc>
        <w:tc>
          <w:tcPr>
            <w:tcW w:w="2015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>[% / HOURS]</w:t>
            </w:r>
          </w:p>
        </w:tc>
      </w:tr>
      <w:tr w:rsidR="00794AF3">
        <w:trPr>
          <w:jc w:val="center"/>
        </w:trPr>
        <w:tc>
          <w:tcPr>
            <w:tcW w:w="2592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5F8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>Senior Designer / Art Director</w:t>
            </w:r>
          </w:p>
        </w:tc>
        <w:tc>
          <w:tcPr>
            <w:tcW w:w="2015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5F8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>[NAME]</w:t>
            </w:r>
          </w:p>
        </w:tc>
        <w:tc>
          <w:tcPr>
            <w:tcW w:w="3456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5F8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>[SUMMARY]</w:t>
            </w:r>
          </w:p>
        </w:tc>
        <w:tc>
          <w:tcPr>
            <w:tcW w:w="2015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5F8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>[% / HOURS]</w:t>
            </w:r>
          </w:p>
        </w:tc>
      </w:tr>
      <w:tr w:rsidR="00794AF3">
        <w:trPr>
          <w:jc w:val="center"/>
        </w:trPr>
        <w:tc>
          <w:tcPr>
            <w:tcW w:w="2592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>Production Designer</w:t>
            </w:r>
          </w:p>
        </w:tc>
        <w:tc>
          <w:tcPr>
            <w:tcW w:w="2015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>[NAME]</w:t>
            </w:r>
          </w:p>
        </w:tc>
        <w:tc>
          <w:tcPr>
            <w:tcW w:w="3456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>[SUMMARY]</w:t>
            </w:r>
          </w:p>
        </w:tc>
        <w:tc>
          <w:tcPr>
            <w:tcW w:w="2015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>[% / HOURS]</w:t>
            </w:r>
          </w:p>
        </w:tc>
      </w:tr>
      <w:tr w:rsidR="00794AF3">
        <w:trPr>
          <w:jc w:val="center"/>
        </w:trPr>
        <w:tc>
          <w:tcPr>
            <w:tcW w:w="2592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5F8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>Project / Account Manager</w:t>
            </w:r>
          </w:p>
        </w:tc>
        <w:tc>
          <w:tcPr>
            <w:tcW w:w="2015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5F8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>[NAME]</w:t>
            </w:r>
          </w:p>
        </w:tc>
        <w:tc>
          <w:tcPr>
            <w:tcW w:w="3456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5F8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>[SUMMARY]</w:t>
            </w:r>
          </w:p>
        </w:tc>
        <w:tc>
          <w:tcPr>
            <w:tcW w:w="2015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5F8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>[% / HOURS]</w:t>
            </w:r>
          </w:p>
        </w:tc>
      </w:tr>
      <w:tr w:rsidR="00794AF3">
        <w:trPr>
          <w:jc w:val="center"/>
        </w:trPr>
        <w:tc>
          <w:tcPr>
            <w:tcW w:w="2592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>Accessibility / Production Specialist</w:t>
            </w:r>
          </w:p>
        </w:tc>
        <w:tc>
          <w:tcPr>
            <w:tcW w:w="2015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>[NAME / IF APPLICABLE]</w:t>
            </w:r>
          </w:p>
        </w:tc>
        <w:tc>
          <w:tcPr>
            <w:tcW w:w="3456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>[SUMMARY]</w:t>
            </w:r>
          </w:p>
        </w:tc>
        <w:tc>
          <w:tcPr>
            <w:tcW w:w="2015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>[% / HOURS]</w:t>
            </w:r>
          </w:p>
        </w:tc>
      </w:tr>
    </w:tbl>
    <w:p w:rsidR="00794AF3" w:rsidRDefault="00794AF3"/>
    <w:p w:rsidR="00671B0C" w:rsidRDefault="00671B0C">
      <w:pPr>
        <w:spacing w:after="200" w:line="276" w:lineRule="auto"/>
        <w:rPr>
          <w:rFonts w:eastAsia="Arial" w:cs="Arial"/>
          <w:b/>
          <w:bCs/>
          <w:color w:val="0B2A4A"/>
          <w:sz w:val="32"/>
          <w:szCs w:val="32"/>
        </w:rPr>
      </w:pPr>
      <w:bookmarkStart w:id="15" w:name="sec_15_Proposal_Response_Instructions"/>
      <w:r>
        <w:rPr>
          <w:rFonts w:eastAsia="Arial" w:cs="Arial"/>
          <w:szCs w:val="32"/>
        </w:rPr>
        <w:br w:type="page"/>
      </w:r>
    </w:p>
    <w:p w:rsidR="00794AF3" w:rsidRDefault="000C7E7C">
      <w:pPr>
        <w:pStyle w:val="Heading1"/>
      </w:pPr>
      <w:r>
        <w:rPr>
          <w:rFonts w:ascii="Arial" w:eastAsia="Arial" w:hAnsi="Arial" w:cs="Arial"/>
          <w:szCs w:val="32"/>
        </w:rPr>
        <w:lastRenderedPageBreak/>
        <w:t>15. Proposal Response Instructions</w:t>
      </w:r>
      <w:bookmarkEnd w:id="15"/>
    </w:p>
    <w:p w:rsidR="00794AF3" w:rsidRDefault="000C7E7C">
      <w:r>
        <w:rPr>
          <w:rFonts w:eastAsia="Arial" w:cs="Arial"/>
          <w:szCs w:val="21"/>
        </w:rPr>
        <w:t>1. Executive summary and understanding of the creative requirement.</w:t>
      </w:r>
    </w:p>
    <w:p w:rsidR="00794AF3" w:rsidRDefault="000C7E7C">
      <w:r>
        <w:rPr>
          <w:rFonts w:eastAsia="Arial" w:cs="Arial"/>
          <w:szCs w:val="21"/>
        </w:rPr>
        <w:t xml:space="preserve">2. Proposed </w:t>
      </w:r>
      <w:r>
        <w:rPr>
          <w:rFonts w:eastAsia="Arial" w:cs="Arial"/>
          <w:szCs w:val="21"/>
        </w:rPr>
        <w:t>creative approach and methodology.</w:t>
      </w:r>
    </w:p>
    <w:p w:rsidR="00794AF3" w:rsidRDefault="000C7E7C">
      <w:r>
        <w:rPr>
          <w:rFonts w:eastAsia="Arial" w:cs="Arial"/>
          <w:szCs w:val="21"/>
        </w:rPr>
        <w:t>3. Relevant portfolio / work samples and case studies.</w:t>
      </w:r>
    </w:p>
    <w:p w:rsidR="00794AF3" w:rsidRDefault="000C7E7C">
      <w:r>
        <w:rPr>
          <w:rFonts w:eastAsia="Arial" w:cs="Arial"/>
          <w:szCs w:val="21"/>
        </w:rPr>
        <w:t>4. Proposed team and roles.</w:t>
      </w:r>
    </w:p>
    <w:p w:rsidR="00794AF3" w:rsidRDefault="000C7E7C">
      <w:r>
        <w:rPr>
          <w:rFonts w:eastAsia="Arial" w:cs="Arial"/>
          <w:szCs w:val="21"/>
        </w:rPr>
        <w:t>5. Project management, review and approval approach.</w:t>
      </w:r>
    </w:p>
    <w:p w:rsidR="00794AF3" w:rsidRDefault="000C7E7C">
      <w:r>
        <w:rPr>
          <w:rFonts w:eastAsia="Arial" w:cs="Arial"/>
          <w:szCs w:val="21"/>
        </w:rPr>
        <w:t>6. Accessibility, licensing and production-quality approach.</w:t>
      </w:r>
    </w:p>
    <w:p w:rsidR="00794AF3" w:rsidRDefault="000C7E7C">
      <w:r>
        <w:rPr>
          <w:rFonts w:eastAsia="Arial" w:cs="Arial"/>
          <w:szCs w:val="21"/>
        </w:rPr>
        <w:t xml:space="preserve">7. Project schedule and </w:t>
      </w:r>
      <w:r>
        <w:rPr>
          <w:rFonts w:eastAsia="Arial" w:cs="Arial"/>
          <w:szCs w:val="21"/>
        </w:rPr>
        <w:t>capacity.</w:t>
      </w:r>
    </w:p>
    <w:p w:rsidR="00794AF3" w:rsidRDefault="000C7E7C">
      <w:r>
        <w:rPr>
          <w:rFonts w:eastAsia="Arial" w:cs="Arial"/>
          <w:szCs w:val="21"/>
        </w:rPr>
        <w:t>8. Completed pricing schedule.</w:t>
      </w:r>
    </w:p>
    <w:p w:rsidR="00794AF3" w:rsidRDefault="000C7E7C">
      <w:r>
        <w:rPr>
          <w:rFonts w:eastAsia="Arial" w:cs="Arial"/>
          <w:szCs w:val="21"/>
        </w:rPr>
        <w:t>9. References.</w:t>
      </w:r>
    </w:p>
    <w:p w:rsidR="00794AF3" w:rsidRDefault="000C7E7C">
      <w:r>
        <w:rPr>
          <w:rFonts w:eastAsia="Arial" w:cs="Arial"/>
          <w:szCs w:val="21"/>
        </w:rPr>
        <w:t>10. Exceptions, assumptions and proposed contract deviations.</w:t>
      </w:r>
    </w:p>
    <w:p w:rsidR="00794AF3" w:rsidRDefault="000C7E7C">
      <w:pPr>
        <w:pStyle w:val="Heading2"/>
      </w:pPr>
      <w:r>
        <w:rPr>
          <w:rFonts w:ascii="Arial" w:eastAsia="Arial" w:hAnsi="Arial" w:cs="Arial"/>
          <w:szCs w:val="24"/>
        </w:rPr>
        <w:t>15.1 Proposal Format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880"/>
        <w:gridCol w:w="6768"/>
      </w:tblGrid>
      <w:tr w:rsidR="00794AF3">
        <w:trPr>
          <w:tblHeader/>
          <w:jc w:val="center"/>
        </w:trPr>
        <w:tc>
          <w:tcPr>
            <w:tcW w:w="2880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0B2A4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b/>
                <w:color w:val="FFFFFF"/>
                <w:sz w:val="18"/>
                <w:szCs w:val="18"/>
              </w:rPr>
              <w:t>Requirement</w:t>
            </w:r>
          </w:p>
        </w:tc>
        <w:tc>
          <w:tcPr>
            <w:tcW w:w="6768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0B2A4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b/>
                <w:color w:val="FFFFFF"/>
                <w:sz w:val="18"/>
                <w:szCs w:val="18"/>
              </w:rPr>
              <w:t>Instruction</w:t>
            </w:r>
          </w:p>
        </w:tc>
      </w:tr>
      <w:tr w:rsidR="00794AF3">
        <w:trPr>
          <w:jc w:val="center"/>
        </w:trPr>
        <w:tc>
          <w:tcPr>
            <w:tcW w:w="2880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>File format</w:t>
            </w:r>
          </w:p>
        </w:tc>
        <w:tc>
          <w:tcPr>
            <w:tcW w:w="6768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>[PDF / PORTAL FORM / OTHER]</w:t>
            </w:r>
          </w:p>
        </w:tc>
      </w:tr>
      <w:tr w:rsidR="00794AF3">
        <w:trPr>
          <w:jc w:val="center"/>
        </w:trPr>
        <w:tc>
          <w:tcPr>
            <w:tcW w:w="2880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5F8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>Page limit</w:t>
            </w:r>
          </w:p>
        </w:tc>
        <w:tc>
          <w:tcPr>
            <w:tcW w:w="6768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5F8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>[LIMIT / N/A]</w:t>
            </w:r>
          </w:p>
        </w:tc>
      </w:tr>
      <w:tr w:rsidR="00794AF3">
        <w:trPr>
          <w:jc w:val="center"/>
        </w:trPr>
        <w:tc>
          <w:tcPr>
            <w:tcW w:w="2880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>Portfolio</w:t>
            </w:r>
          </w:p>
        </w:tc>
        <w:tc>
          <w:tcPr>
            <w:tcW w:w="6768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 xml:space="preserve">[LINK / </w:t>
            </w:r>
            <w:r>
              <w:rPr>
                <w:rFonts w:eastAsia="Arial" w:cs="Arial"/>
                <w:sz w:val="18"/>
                <w:szCs w:val="18"/>
              </w:rPr>
              <w:t>ATTACHMENT / LIMITS]</w:t>
            </w:r>
          </w:p>
        </w:tc>
      </w:tr>
      <w:tr w:rsidR="00794AF3">
        <w:trPr>
          <w:jc w:val="center"/>
        </w:trPr>
        <w:tc>
          <w:tcPr>
            <w:tcW w:w="2880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5F8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>File naming</w:t>
            </w:r>
          </w:p>
        </w:tc>
        <w:tc>
          <w:tcPr>
            <w:tcW w:w="6768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5F8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>[CONVENTION]</w:t>
            </w:r>
          </w:p>
        </w:tc>
      </w:tr>
      <w:tr w:rsidR="00794AF3">
        <w:trPr>
          <w:jc w:val="center"/>
        </w:trPr>
        <w:tc>
          <w:tcPr>
            <w:tcW w:w="2880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>Submission method</w:t>
            </w:r>
          </w:p>
        </w:tc>
        <w:tc>
          <w:tcPr>
            <w:tcW w:w="6768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>[PORTAL / EMAIL]</w:t>
            </w:r>
          </w:p>
        </w:tc>
      </w:tr>
      <w:tr w:rsidR="00794AF3">
        <w:trPr>
          <w:jc w:val="center"/>
        </w:trPr>
        <w:tc>
          <w:tcPr>
            <w:tcW w:w="2880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5F8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>Deadline</w:t>
            </w:r>
          </w:p>
        </w:tc>
        <w:tc>
          <w:tcPr>
            <w:tcW w:w="6768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5F8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>[DATE / TIME / TIME ZONE]</w:t>
            </w:r>
          </w:p>
        </w:tc>
      </w:tr>
    </w:tbl>
    <w:p w:rsidR="00794AF3" w:rsidRDefault="00794AF3"/>
    <w:p w:rsidR="00794AF3" w:rsidRDefault="000C7E7C">
      <w:pPr>
        <w:pStyle w:val="Heading1"/>
      </w:pPr>
      <w:bookmarkStart w:id="16" w:name="sec_16_Pricing_Schedule"/>
      <w:r>
        <w:rPr>
          <w:rFonts w:ascii="Arial" w:eastAsia="Arial" w:hAnsi="Arial" w:cs="Arial"/>
          <w:szCs w:val="32"/>
        </w:rPr>
        <w:t>16. Pricing Schedule</w:t>
      </w:r>
      <w:bookmarkEnd w:id="16"/>
    </w:p>
    <w:p w:rsidR="00794AF3" w:rsidRDefault="000C7E7C">
      <w:pPr>
        <w:pStyle w:val="Heading2"/>
      </w:pPr>
      <w:r>
        <w:rPr>
          <w:rFonts w:ascii="Arial" w:eastAsia="Arial" w:hAnsi="Arial" w:cs="Arial"/>
          <w:szCs w:val="24"/>
        </w:rPr>
        <w:t>16.1 Professional Fees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896"/>
        <w:gridCol w:w="2880"/>
        <w:gridCol w:w="1728"/>
      </w:tblGrid>
      <w:tr w:rsidR="00794AF3">
        <w:trPr>
          <w:tblHeader/>
          <w:jc w:val="center"/>
        </w:trPr>
        <w:tc>
          <w:tcPr>
            <w:tcW w:w="4896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0B2A4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b/>
                <w:color w:val="FFFFFF"/>
                <w:sz w:val="18"/>
                <w:szCs w:val="18"/>
              </w:rPr>
              <w:t>Workstream / Deliverable</w:t>
            </w:r>
          </w:p>
        </w:tc>
        <w:tc>
          <w:tcPr>
            <w:tcW w:w="2880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0B2A4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b/>
                <w:color w:val="FFFFFF"/>
                <w:sz w:val="18"/>
                <w:szCs w:val="18"/>
              </w:rPr>
              <w:t>Pricing Basis</w:t>
            </w:r>
          </w:p>
        </w:tc>
        <w:tc>
          <w:tcPr>
            <w:tcW w:w="1728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0B2A4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b/>
                <w:color w:val="FFFFFF"/>
                <w:sz w:val="18"/>
                <w:szCs w:val="18"/>
              </w:rPr>
              <w:t>Fee</w:t>
            </w:r>
          </w:p>
        </w:tc>
      </w:tr>
      <w:tr w:rsidR="00794AF3">
        <w:trPr>
          <w:jc w:val="center"/>
        </w:trPr>
        <w:tc>
          <w:tcPr>
            <w:tcW w:w="4896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>Discovery / creative strategy</w:t>
            </w:r>
          </w:p>
        </w:tc>
        <w:tc>
          <w:tcPr>
            <w:tcW w:w="2880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>Fixed / hourly</w:t>
            </w:r>
          </w:p>
        </w:tc>
        <w:tc>
          <w:tcPr>
            <w:tcW w:w="1728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>[$]</w:t>
            </w:r>
          </w:p>
        </w:tc>
      </w:tr>
      <w:tr w:rsidR="00794AF3">
        <w:trPr>
          <w:jc w:val="center"/>
        </w:trPr>
        <w:tc>
          <w:tcPr>
            <w:tcW w:w="4896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5F8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>Brand / visual system</w:t>
            </w:r>
          </w:p>
        </w:tc>
        <w:tc>
          <w:tcPr>
            <w:tcW w:w="2880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5F8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>Fixed / milestone</w:t>
            </w:r>
          </w:p>
        </w:tc>
        <w:tc>
          <w:tcPr>
            <w:tcW w:w="1728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5F8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>[$]</w:t>
            </w:r>
          </w:p>
        </w:tc>
      </w:tr>
      <w:tr w:rsidR="00794AF3">
        <w:trPr>
          <w:jc w:val="center"/>
        </w:trPr>
        <w:tc>
          <w:tcPr>
            <w:tcW w:w="4896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>Digital design</w:t>
            </w:r>
          </w:p>
        </w:tc>
        <w:tc>
          <w:tcPr>
            <w:tcW w:w="2880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>Per asset / package / retainer</w:t>
            </w:r>
          </w:p>
        </w:tc>
        <w:tc>
          <w:tcPr>
            <w:tcW w:w="1728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>[$]</w:t>
            </w:r>
          </w:p>
        </w:tc>
      </w:tr>
      <w:tr w:rsidR="00794AF3">
        <w:trPr>
          <w:jc w:val="center"/>
        </w:trPr>
        <w:tc>
          <w:tcPr>
            <w:tcW w:w="4896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5F8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>Print / publication design</w:t>
            </w:r>
          </w:p>
        </w:tc>
        <w:tc>
          <w:tcPr>
            <w:tcW w:w="2880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5F8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>Per deliverable / page / package</w:t>
            </w:r>
          </w:p>
        </w:tc>
        <w:tc>
          <w:tcPr>
            <w:tcW w:w="1728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5F8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>[$]</w:t>
            </w:r>
          </w:p>
        </w:tc>
      </w:tr>
      <w:tr w:rsidR="00794AF3">
        <w:trPr>
          <w:jc w:val="center"/>
        </w:trPr>
        <w:tc>
          <w:tcPr>
            <w:tcW w:w="4896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>Campaign creative</w:t>
            </w:r>
          </w:p>
        </w:tc>
        <w:tc>
          <w:tcPr>
            <w:tcW w:w="2880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>Fixed / campaign / retainer</w:t>
            </w:r>
          </w:p>
        </w:tc>
        <w:tc>
          <w:tcPr>
            <w:tcW w:w="1728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>[$]</w:t>
            </w:r>
          </w:p>
        </w:tc>
      </w:tr>
      <w:tr w:rsidR="00794AF3">
        <w:trPr>
          <w:jc w:val="center"/>
        </w:trPr>
        <w:tc>
          <w:tcPr>
            <w:tcW w:w="4896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5F8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>Templates / design system</w:t>
            </w:r>
          </w:p>
        </w:tc>
        <w:tc>
          <w:tcPr>
            <w:tcW w:w="2880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5F8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>Fixed</w:t>
            </w:r>
          </w:p>
        </w:tc>
        <w:tc>
          <w:tcPr>
            <w:tcW w:w="1728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5F8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>[$]</w:t>
            </w:r>
          </w:p>
        </w:tc>
      </w:tr>
      <w:tr w:rsidR="00794AF3">
        <w:trPr>
          <w:jc w:val="center"/>
        </w:trPr>
        <w:tc>
          <w:tcPr>
            <w:tcW w:w="4896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>Production adaptation</w:t>
            </w:r>
          </w:p>
        </w:tc>
        <w:tc>
          <w:tcPr>
            <w:tcW w:w="2880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>Per version / hourly / retainer</w:t>
            </w:r>
          </w:p>
        </w:tc>
        <w:tc>
          <w:tcPr>
            <w:tcW w:w="1728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>[$]</w:t>
            </w:r>
          </w:p>
        </w:tc>
      </w:tr>
      <w:tr w:rsidR="00794AF3">
        <w:trPr>
          <w:jc w:val="center"/>
        </w:trPr>
        <w:tc>
          <w:tcPr>
            <w:tcW w:w="4896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5F8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>Project management</w:t>
            </w:r>
          </w:p>
        </w:tc>
        <w:tc>
          <w:tcPr>
            <w:tcW w:w="2880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5F8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>Included / separate</w:t>
            </w:r>
          </w:p>
        </w:tc>
        <w:tc>
          <w:tcPr>
            <w:tcW w:w="1728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5F8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>[$]</w:t>
            </w:r>
          </w:p>
        </w:tc>
      </w:tr>
    </w:tbl>
    <w:p w:rsidR="00794AF3" w:rsidRDefault="00794AF3"/>
    <w:p w:rsidR="00794AF3" w:rsidRDefault="000C7E7C">
      <w:pPr>
        <w:pStyle w:val="Heading2"/>
      </w:pPr>
      <w:r>
        <w:rPr>
          <w:rFonts w:ascii="Arial" w:eastAsia="Arial" w:hAnsi="Arial" w:cs="Arial"/>
          <w:szCs w:val="24"/>
        </w:rPr>
        <w:t>16.2 Licensing &amp; Pass-Through Costs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600"/>
        <w:gridCol w:w="2160"/>
        <w:gridCol w:w="2015"/>
        <w:gridCol w:w="1872"/>
      </w:tblGrid>
      <w:tr w:rsidR="00794AF3">
        <w:trPr>
          <w:tblHeader/>
          <w:jc w:val="center"/>
        </w:trPr>
        <w:tc>
          <w:tcPr>
            <w:tcW w:w="3600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0B2A4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b/>
                <w:color w:val="FFFFFF"/>
                <w:sz w:val="18"/>
                <w:szCs w:val="18"/>
              </w:rPr>
              <w:t>Cost Category</w:t>
            </w:r>
          </w:p>
        </w:tc>
        <w:tc>
          <w:tcPr>
            <w:tcW w:w="2160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0B2A4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b/>
                <w:color w:val="FFFFFF"/>
                <w:sz w:val="18"/>
                <w:szCs w:val="18"/>
              </w:rPr>
              <w:t>Estimated / Actual</w:t>
            </w:r>
          </w:p>
        </w:tc>
        <w:tc>
          <w:tcPr>
            <w:tcW w:w="2015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0B2A4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b/>
                <w:color w:val="FFFFFF"/>
                <w:sz w:val="18"/>
                <w:szCs w:val="18"/>
              </w:rPr>
              <w:t>Markup / Fee</w:t>
            </w:r>
          </w:p>
        </w:tc>
        <w:tc>
          <w:tcPr>
            <w:tcW w:w="1872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0B2A4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b/>
                <w:color w:val="FFFFFF"/>
                <w:sz w:val="18"/>
                <w:szCs w:val="18"/>
              </w:rPr>
              <w:t>Approval Required?</w:t>
            </w:r>
          </w:p>
        </w:tc>
      </w:tr>
      <w:tr w:rsidR="00794AF3">
        <w:trPr>
          <w:jc w:val="center"/>
        </w:trPr>
        <w:tc>
          <w:tcPr>
            <w:tcW w:w="3600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>Stock photography / illustration</w:t>
            </w:r>
          </w:p>
        </w:tc>
        <w:tc>
          <w:tcPr>
            <w:tcW w:w="2160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>[$]</w:t>
            </w:r>
          </w:p>
        </w:tc>
        <w:tc>
          <w:tcPr>
            <w:tcW w:w="2015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 xml:space="preserve">[% / $ / </w:t>
            </w:r>
            <w:r>
              <w:rPr>
                <w:rFonts w:eastAsia="Arial" w:cs="Arial"/>
                <w:sz w:val="18"/>
                <w:szCs w:val="18"/>
              </w:rPr>
              <w:t>none]</w:t>
            </w:r>
          </w:p>
        </w:tc>
        <w:tc>
          <w:tcPr>
            <w:tcW w:w="1872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>[Y/N]</w:t>
            </w:r>
          </w:p>
        </w:tc>
      </w:tr>
      <w:tr w:rsidR="00794AF3">
        <w:trPr>
          <w:jc w:val="center"/>
        </w:trPr>
        <w:tc>
          <w:tcPr>
            <w:tcW w:w="3600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5F8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>Fonts / licenses</w:t>
            </w:r>
          </w:p>
        </w:tc>
        <w:tc>
          <w:tcPr>
            <w:tcW w:w="2160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5F8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>[$]</w:t>
            </w:r>
          </w:p>
        </w:tc>
        <w:tc>
          <w:tcPr>
            <w:tcW w:w="2015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5F8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>[% / $ / none]</w:t>
            </w:r>
          </w:p>
        </w:tc>
        <w:tc>
          <w:tcPr>
            <w:tcW w:w="1872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5F8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>[Y/N]</w:t>
            </w:r>
          </w:p>
        </w:tc>
      </w:tr>
      <w:tr w:rsidR="00794AF3">
        <w:trPr>
          <w:jc w:val="center"/>
        </w:trPr>
        <w:tc>
          <w:tcPr>
            <w:tcW w:w="3600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>Printing / fabrication</w:t>
            </w:r>
          </w:p>
        </w:tc>
        <w:tc>
          <w:tcPr>
            <w:tcW w:w="2160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>[$]</w:t>
            </w:r>
          </w:p>
        </w:tc>
        <w:tc>
          <w:tcPr>
            <w:tcW w:w="2015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>[% / $ / none]</w:t>
            </w:r>
          </w:p>
        </w:tc>
        <w:tc>
          <w:tcPr>
            <w:tcW w:w="1872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>[Y/N]</w:t>
            </w:r>
          </w:p>
        </w:tc>
      </w:tr>
      <w:tr w:rsidR="00794AF3">
        <w:trPr>
          <w:jc w:val="center"/>
        </w:trPr>
        <w:tc>
          <w:tcPr>
            <w:tcW w:w="3600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5F8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>Shipping / installation</w:t>
            </w:r>
          </w:p>
        </w:tc>
        <w:tc>
          <w:tcPr>
            <w:tcW w:w="2160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5F8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>[$]</w:t>
            </w:r>
          </w:p>
        </w:tc>
        <w:tc>
          <w:tcPr>
            <w:tcW w:w="2015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5F8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>[% / $ / none]</w:t>
            </w:r>
          </w:p>
        </w:tc>
        <w:tc>
          <w:tcPr>
            <w:tcW w:w="1872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5F8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>[Y/N]</w:t>
            </w:r>
          </w:p>
        </w:tc>
      </w:tr>
      <w:tr w:rsidR="00794AF3">
        <w:trPr>
          <w:jc w:val="center"/>
        </w:trPr>
        <w:tc>
          <w:tcPr>
            <w:tcW w:w="3600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>Other third-party costs</w:t>
            </w:r>
          </w:p>
        </w:tc>
        <w:tc>
          <w:tcPr>
            <w:tcW w:w="2160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>[$]</w:t>
            </w:r>
          </w:p>
        </w:tc>
        <w:tc>
          <w:tcPr>
            <w:tcW w:w="2015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>[% / $ / none]</w:t>
            </w:r>
          </w:p>
        </w:tc>
        <w:tc>
          <w:tcPr>
            <w:tcW w:w="1872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>[Y/N]</w:t>
            </w:r>
          </w:p>
        </w:tc>
      </w:tr>
    </w:tbl>
    <w:p w:rsidR="00794AF3" w:rsidRDefault="000C7E7C">
      <w:pPr>
        <w:pStyle w:val="Heading2"/>
      </w:pPr>
      <w:r>
        <w:rPr>
          <w:rFonts w:ascii="Arial" w:eastAsia="Arial" w:hAnsi="Arial" w:cs="Arial"/>
          <w:szCs w:val="24"/>
        </w:rPr>
        <w:lastRenderedPageBreak/>
        <w:t>16.3 Hourly / Out-of-Scope Rates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6912"/>
        <w:gridCol w:w="2592"/>
      </w:tblGrid>
      <w:tr w:rsidR="00794AF3">
        <w:trPr>
          <w:tblHeader/>
          <w:jc w:val="center"/>
        </w:trPr>
        <w:tc>
          <w:tcPr>
            <w:tcW w:w="6912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0B2A4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b/>
                <w:color w:val="FFFFFF"/>
                <w:sz w:val="18"/>
                <w:szCs w:val="18"/>
              </w:rPr>
              <w:t>Role</w:t>
            </w:r>
          </w:p>
        </w:tc>
        <w:tc>
          <w:tcPr>
            <w:tcW w:w="2592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0B2A4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b/>
                <w:color w:val="FFFFFF"/>
                <w:sz w:val="18"/>
                <w:szCs w:val="18"/>
              </w:rPr>
              <w:t>Hourly Rate</w:t>
            </w:r>
          </w:p>
        </w:tc>
      </w:tr>
      <w:tr w:rsidR="00794AF3">
        <w:trPr>
          <w:jc w:val="center"/>
        </w:trPr>
        <w:tc>
          <w:tcPr>
            <w:tcW w:w="6912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>Creative Director</w:t>
            </w:r>
          </w:p>
        </w:tc>
        <w:tc>
          <w:tcPr>
            <w:tcW w:w="2592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>[$]</w:t>
            </w:r>
          </w:p>
        </w:tc>
      </w:tr>
      <w:tr w:rsidR="00794AF3">
        <w:trPr>
          <w:jc w:val="center"/>
        </w:trPr>
        <w:tc>
          <w:tcPr>
            <w:tcW w:w="6912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5F8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>Art Director / Senior Designer</w:t>
            </w:r>
          </w:p>
        </w:tc>
        <w:tc>
          <w:tcPr>
            <w:tcW w:w="2592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5F8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>[$]</w:t>
            </w:r>
          </w:p>
        </w:tc>
      </w:tr>
      <w:tr w:rsidR="00794AF3">
        <w:trPr>
          <w:jc w:val="center"/>
        </w:trPr>
        <w:tc>
          <w:tcPr>
            <w:tcW w:w="6912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>Designer</w:t>
            </w:r>
          </w:p>
        </w:tc>
        <w:tc>
          <w:tcPr>
            <w:tcW w:w="2592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>[$]</w:t>
            </w:r>
          </w:p>
        </w:tc>
      </w:tr>
      <w:tr w:rsidR="00794AF3">
        <w:trPr>
          <w:jc w:val="center"/>
        </w:trPr>
        <w:tc>
          <w:tcPr>
            <w:tcW w:w="6912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5F8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>Production Designer</w:t>
            </w:r>
          </w:p>
        </w:tc>
        <w:tc>
          <w:tcPr>
            <w:tcW w:w="2592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5F8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>[$]</w:t>
            </w:r>
          </w:p>
        </w:tc>
      </w:tr>
      <w:tr w:rsidR="00794AF3">
        <w:trPr>
          <w:jc w:val="center"/>
        </w:trPr>
        <w:tc>
          <w:tcPr>
            <w:tcW w:w="6912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>Project Manager</w:t>
            </w:r>
          </w:p>
        </w:tc>
        <w:tc>
          <w:tcPr>
            <w:tcW w:w="2592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>[$]</w:t>
            </w:r>
          </w:p>
        </w:tc>
      </w:tr>
      <w:tr w:rsidR="00794AF3">
        <w:trPr>
          <w:jc w:val="center"/>
        </w:trPr>
        <w:tc>
          <w:tcPr>
            <w:tcW w:w="6912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5F8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>Other</w:t>
            </w:r>
          </w:p>
        </w:tc>
        <w:tc>
          <w:tcPr>
            <w:tcW w:w="2592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5F8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>[$]</w:t>
            </w:r>
          </w:p>
        </w:tc>
      </w:tr>
    </w:tbl>
    <w:p w:rsidR="00794AF3" w:rsidRDefault="00794AF3"/>
    <w:p w:rsidR="00794AF3" w:rsidRDefault="000C7E7C">
      <w:pPr>
        <w:pStyle w:val="Heading1"/>
      </w:pPr>
      <w:bookmarkStart w:id="17" w:name="sec_17_Evaluation_Methodology"/>
      <w:r>
        <w:rPr>
          <w:rFonts w:ascii="Arial" w:eastAsia="Arial" w:hAnsi="Arial" w:cs="Arial"/>
          <w:szCs w:val="32"/>
        </w:rPr>
        <w:t>17. Evaluation Methodology</w:t>
      </w:r>
      <w:bookmarkEnd w:id="17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920"/>
        <w:gridCol w:w="1584"/>
      </w:tblGrid>
      <w:tr w:rsidR="00794AF3">
        <w:trPr>
          <w:tblHeader/>
          <w:jc w:val="center"/>
        </w:trPr>
        <w:tc>
          <w:tcPr>
            <w:tcW w:w="7920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0B2A4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b/>
                <w:color w:val="FFFFFF"/>
                <w:sz w:val="18"/>
                <w:szCs w:val="18"/>
              </w:rPr>
              <w:t>Evaluation Category</w:t>
            </w:r>
          </w:p>
        </w:tc>
        <w:tc>
          <w:tcPr>
            <w:tcW w:w="1584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0B2A4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b/>
                <w:color w:val="FFFFFF"/>
                <w:sz w:val="18"/>
                <w:szCs w:val="18"/>
              </w:rPr>
              <w:t>Points</w:t>
            </w:r>
          </w:p>
        </w:tc>
      </w:tr>
      <w:tr w:rsidR="00794AF3">
        <w:trPr>
          <w:jc w:val="center"/>
        </w:trPr>
        <w:tc>
          <w:tcPr>
            <w:tcW w:w="7920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>Understanding of Requirements &amp; Creative Strategy</w:t>
            </w:r>
          </w:p>
        </w:tc>
        <w:tc>
          <w:tcPr>
            <w:tcW w:w="1584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>15</w:t>
            </w:r>
          </w:p>
        </w:tc>
      </w:tr>
      <w:tr w:rsidR="00794AF3">
        <w:trPr>
          <w:jc w:val="center"/>
        </w:trPr>
        <w:tc>
          <w:tcPr>
            <w:tcW w:w="7920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5F8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 xml:space="preserve">Portfolio </w:t>
            </w:r>
            <w:r>
              <w:rPr>
                <w:rFonts w:eastAsia="Arial" w:cs="Arial"/>
                <w:sz w:val="18"/>
                <w:szCs w:val="18"/>
              </w:rPr>
              <w:t>Quality &amp; Relevance</w:t>
            </w:r>
          </w:p>
        </w:tc>
        <w:tc>
          <w:tcPr>
            <w:tcW w:w="1584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5F8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>20</w:t>
            </w:r>
          </w:p>
        </w:tc>
      </w:tr>
      <w:tr w:rsidR="00794AF3">
        <w:trPr>
          <w:jc w:val="center"/>
        </w:trPr>
        <w:tc>
          <w:tcPr>
            <w:tcW w:w="7920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>Creative / Design Approach</w:t>
            </w:r>
          </w:p>
        </w:tc>
        <w:tc>
          <w:tcPr>
            <w:tcW w:w="1584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>15</w:t>
            </w:r>
          </w:p>
        </w:tc>
      </w:tr>
      <w:tr w:rsidR="00794AF3">
        <w:trPr>
          <w:jc w:val="center"/>
        </w:trPr>
        <w:tc>
          <w:tcPr>
            <w:tcW w:w="7920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5F8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>Proposed Team &amp; Capacity</w:t>
            </w:r>
          </w:p>
        </w:tc>
        <w:tc>
          <w:tcPr>
            <w:tcW w:w="1584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5F8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>10</w:t>
            </w:r>
          </w:p>
        </w:tc>
      </w:tr>
      <w:tr w:rsidR="00794AF3">
        <w:trPr>
          <w:jc w:val="center"/>
        </w:trPr>
        <w:tc>
          <w:tcPr>
            <w:tcW w:w="7920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>Production, Accessibility &amp; Quality Controls</w:t>
            </w:r>
          </w:p>
        </w:tc>
        <w:tc>
          <w:tcPr>
            <w:tcW w:w="1584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>10</w:t>
            </w:r>
          </w:p>
        </w:tc>
      </w:tr>
      <w:tr w:rsidR="00794AF3">
        <w:trPr>
          <w:jc w:val="center"/>
        </w:trPr>
        <w:tc>
          <w:tcPr>
            <w:tcW w:w="7920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5F8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>Project Management &amp; Governance</w:t>
            </w:r>
          </w:p>
        </w:tc>
        <w:tc>
          <w:tcPr>
            <w:tcW w:w="1584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5F8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>10</w:t>
            </w:r>
          </w:p>
        </w:tc>
      </w:tr>
      <w:tr w:rsidR="00794AF3">
        <w:trPr>
          <w:jc w:val="center"/>
        </w:trPr>
        <w:tc>
          <w:tcPr>
            <w:tcW w:w="7920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>Pricing / Total Cost</w:t>
            </w:r>
          </w:p>
        </w:tc>
        <w:tc>
          <w:tcPr>
            <w:tcW w:w="1584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>15</w:t>
            </w:r>
          </w:p>
        </w:tc>
      </w:tr>
      <w:tr w:rsidR="00794AF3">
        <w:trPr>
          <w:jc w:val="center"/>
        </w:trPr>
        <w:tc>
          <w:tcPr>
            <w:tcW w:w="7920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5F8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>Value-Added Capabilities</w:t>
            </w:r>
          </w:p>
        </w:tc>
        <w:tc>
          <w:tcPr>
            <w:tcW w:w="1584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5F8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>5</w:t>
            </w:r>
          </w:p>
        </w:tc>
      </w:tr>
      <w:tr w:rsidR="00794AF3">
        <w:trPr>
          <w:jc w:val="center"/>
        </w:trPr>
        <w:tc>
          <w:tcPr>
            <w:tcW w:w="7920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>Total</w:t>
            </w:r>
          </w:p>
        </w:tc>
        <w:tc>
          <w:tcPr>
            <w:tcW w:w="1584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>100</w:t>
            </w:r>
          </w:p>
        </w:tc>
      </w:tr>
    </w:tbl>
    <w:p w:rsidR="00794AF3" w:rsidRDefault="00794AF3"/>
    <w:p w:rsidR="00794AF3" w:rsidRDefault="000C7E7C">
      <w:pPr>
        <w:pStyle w:val="Heading2"/>
      </w:pPr>
      <w:r>
        <w:rPr>
          <w:rFonts w:ascii="Arial" w:eastAsia="Arial" w:hAnsi="Arial" w:cs="Arial"/>
          <w:szCs w:val="24"/>
        </w:rPr>
        <w:t>17.1 Scoring Guidance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015"/>
        <w:gridCol w:w="7488"/>
      </w:tblGrid>
      <w:tr w:rsidR="00794AF3">
        <w:trPr>
          <w:tblHeader/>
          <w:jc w:val="center"/>
        </w:trPr>
        <w:tc>
          <w:tcPr>
            <w:tcW w:w="2015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0B2A4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b/>
                <w:color w:val="FFFFFF"/>
                <w:sz w:val="18"/>
                <w:szCs w:val="18"/>
              </w:rPr>
              <w:t>Rating</w:t>
            </w:r>
          </w:p>
        </w:tc>
        <w:tc>
          <w:tcPr>
            <w:tcW w:w="7488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0B2A4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b/>
                <w:color w:val="FFFFFF"/>
                <w:sz w:val="18"/>
                <w:szCs w:val="18"/>
              </w:rPr>
              <w:t>Description</w:t>
            </w:r>
          </w:p>
        </w:tc>
      </w:tr>
      <w:tr w:rsidR="00794AF3">
        <w:trPr>
          <w:jc w:val="center"/>
        </w:trPr>
        <w:tc>
          <w:tcPr>
            <w:tcW w:w="2015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>5 — Exceptional</w:t>
            </w:r>
          </w:p>
        </w:tc>
        <w:tc>
          <w:tcPr>
            <w:tcW w:w="7488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>Materially exceeds requirements with clear evidence and low delivery risk.</w:t>
            </w:r>
          </w:p>
        </w:tc>
      </w:tr>
      <w:tr w:rsidR="00794AF3">
        <w:trPr>
          <w:jc w:val="center"/>
        </w:trPr>
        <w:tc>
          <w:tcPr>
            <w:tcW w:w="2015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5F8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>4 — Strong</w:t>
            </w:r>
          </w:p>
        </w:tc>
        <w:tc>
          <w:tcPr>
            <w:tcW w:w="7488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5F8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>Fully meets requirements with meaningful strengths.</w:t>
            </w:r>
          </w:p>
        </w:tc>
      </w:tr>
      <w:tr w:rsidR="00794AF3">
        <w:trPr>
          <w:jc w:val="center"/>
        </w:trPr>
        <w:tc>
          <w:tcPr>
            <w:tcW w:w="2015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>3 — Acceptable</w:t>
            </w:r>
          </w:p>
        </w:tc>
        <w:tc>
          <w:tcPr>
            <w:tcW w:w="7488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 xml:space="preserve">Meets requirements with manageable weaknesses or limited </w:t>
            </w:r>
            <w:r>
              <w:rPr>
                <w:rFonts w:eastAsia="Arial" w:cs="Arial"/>
                <w:sz w:val="18"/>
                <w:szCs w:val="18"/>
              </w:rPr>
              <w:t>differentiation.</w:t>
            </w:r>
          </w:p>
        </w:tc>
      </w:tr>
      <w:tr w:rsidR="00794AF3">
        <w:trPr>
          <w:jc w:val="center"/>
        </w:trPr>
        <w:tc>
          <w:tcPr>
            <w:tcW w:w="2015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5F8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>2 — Weak</w:t>
            </w:r>
          </w:p>
        </w:tc>
        <w:tc>
          <w:tcPr>
            <w:tcW w:w="7488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5F8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>Partially meets requirements or creates notable risk.</w:t>
            </w:r>
          </w:p>
        </w:tc>
      </w:tr>
      <w:tr w:rsidR="00794AF3">
        <w:trPr>
          <w:jc w:val="center"/>
        </w:trPr>
        <w:tc>
          <w:tcPr>
            <w:tcW w:w="2015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>1 — Poor</w:t>
            </w:r>
          </w:p>
        </w:tc>
        <w:tc>
          <w:tcPr>
            <w:tcW w:w="7488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>Major deficiencies or unsupported claims.</w:t>
            </w:r>
          </w:p>
        </w:tc>
      </w:tr>
      <w:tr w:rsidR="00794AF3">
        <w:trPr>
          <w:jc w:val="center"/>
        </w:trPr>
        <w:tc>
          <w:tcPr>
            <w:tcW w:w="2015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5F8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>0 — Non-responsive</w:t>
            </w:r>
          </w:p>
        </w:tc>
        <w:tc>
          <w:tcPr>
            <w:tcW w:w="7488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5F8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>Does not address the requirement or fails a mandatory condition.</w:t>
            </w:r>
          </w:p>
        </w:tc>
      </w:tr>
    </w:tbl>
    <w:p w:rsidR="00794AF3" w:rsidRDefault="00794AF3"/>
    <w:p w:rsidR="00794AF3" w:rsidRDefault="000C7E7C">
      <w:pPr>
        <w:pStyle w:val="Heading1"/>
      </w:pPr>
      <w:bookmarkStart w:id="18" w:name="sec_18_Commercial_Insurance_Contract_Re"/>
      <w:r>
        <w:rPr>
          <w:rFonts w:ascii="Arial" w:eastAsia="Arial" w:hAnsi="Arial" w:cs="Arial"/>
          <w:szCs w:val="32"/>
        </w:rPr>
        <w:t>18. Commercial, Insurance &amp; Contract</w:t>
      </w:r>
      <w:r>
        <w:rPr>
          <w:rFonts w:ascii="Arial" w:eastAsia="Arial" w:hAnsi="Arial" w:cs="Arial"/>
          <w:szCs w:val="32"/>
        </w:rPr>
        <w:t xml:space="preserve"> Requirements</w:t>
      </w:r>
      <w:bookmarkEnd w:id="18"/>
    </w:p>
    <w:p w:rsidR="00794AF3" w:rsidRDefault="000C7E7C">
      <w:pPr>
        <w:pStyle w:val="Heading2"/>
      </w:pPr>
      <w:r>
        <w:rPr>
          <w:rFonts w:ascii="Arial" w:eastAsia="Arial" w:hAnsi="Arial" w:cs="Arial"/>
          <w:szCs w:val="24"/>
        </w:rPr>
        <w:t>18.1 Illustrative Insurance Categories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328"/>
        <w:gridCol w:w="4176"/>
      </w:tblGrid>
      <w:tr w:rsidR="00794AF3">
        <w:trPr>
          <w:tblHeader/>
          <w:jc w:val="center"/>
        </w:trPr>
        <w:tc>
          <w:tcPr>
            <w:tcW w:w="5328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0B2A4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b/>
                <w:color w:val="FFFFFF"/>
                <w:sz w:val="18"/>
                <w:szCs w:val="18"/>
              </w:rPr>
              <w:t>Coverage</w:t>
            </w:r>
          </w:p>
        </w:tc>
        <w:tc>
          <w:tcPr>
            <w:tcW w:w="4176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0B2A4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b/>
                <w:color w:val="FFFFFF"/>
                <w:sz w:val="18"/>
                <w:szCs w:val="18"/>
              </w:rPr>
              <w:t>Requirement / Limit</w:t>
            </w:r>
          </w:p>
        </w:tc>
      </w:tr>
      <w:tr w:rsidR="00794AF3">
        <w:trPr>
          <w:jc w:val="center"/>
        </w:trPr>
        <w:tc>
          <w:tcPr>
            <w:tcW w:w="5328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>Commercial General Liability</w:t>
            </w:r>
          </w:p>
        </w:tc>
        <w:tc>
          <w:tcPr>
            <w:tcW w:w="4176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>[REQUIRED LIMIT / N/A]</w:t>
            </w:r>
          </w:p>
        </w:tc>
      </w:tr>
      <w:tr w:rsidR="00794AF3">
        <w:trPr>
          <w:jc w:val="center"/>
        </w:trPr>
        <w:tc>
          <w:tcPr>
            <w:tcW w:w="5328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5F8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>Professional Liability / Errors &amp; Omissions</w:t>
            </w:r>
          </w:p>
        </w:tc>
        <w:tc>
          <w:tcPr>
            <w:tcW w:w="4176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5F8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>[REQUIRED LIMIT / N/A]</w:t>
            </w:r>
          </w:p>
        </w:tc>
      </w:tr>
      <w:tr w:rsidR="00794AF3">
        <w:trPr>
          <w:jc w:val="center"/>
        </w:trPr>
        <w:tc>
          <w:tcPr>
            <w:tcW w:w="5328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>Cyber Liability</w:t>
            </w:r>
          </w:p>
        </w:tc>
        <w:tc>
          <w:tcPr>
            <w:tcW w:w="4176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>[REQUIRED LIMIT / N/A]</w:t>
            </w:r>
          </w:p>
        </w:tc>
      </w:tr>
      <w:tr w:rsidR="00794AF3">
        <w:trPr>
          <w:jc w:val="center"/>
        </w:trPr>
        <w:tc>
          <w:tcPr>
            <w:tcW w:w="5328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5F8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 xml:space="preserve">Workers’ </w:t>
            </w:r>
            <w:r>
              <w:rPr>
                <w:rFonts w:eastAsia="Arial" w:cs="Arial"/>
                <w:sz w:val="18"/>
                <w:szCs w:val="18"/>
              </w:rPr>
              <w:t>Compensation</w:t>
            </w:r>
          </w:p>
        </w:tc>
        <w:tc>
          <w:tcPr>
            <w:tcW w:w="4176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5F8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>As required by applicable law</w:t>
            </w:r>
          </w:p>
        </w:tc>
      </w:tr>
      <w:tr w:rsidR="00794AF3">
        <w:trPr>
          <w:jc w:val="center"/>
        </w:trPr>
        <w:tc>
          <w:tcPr>
            <w:tcW w:w="5328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>Automobile Liability</w:t>
            </w:r>
          </w:p>
        </w:tc>
        <w:tc>
          <w:tcPr>
            <w:tcW w:w="4176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>[IF APPLICABLE]</w:t>
            </w:r>
          </w:p>
        </w:tc>
      </w:tr>
    </w:tbl>
    <w:p w:rsidR="00794AF3" w:rsidRDefault="00794AF3"/>
    <w:p w:rsidR="00794AF3" w:rsidRDefault="000C7E7C">
      <w:pPr>
        <w:pStyle w:val="Heading2"/>
      </w:pPr>
      <w:r>
        <w:rPr>
          <w:rFonts w:ascii="Arial" w:eastAsia="Arial" w:hAnsi="Arial" w:cs="Arial"/>
          <w:szCs w:val="24"/>
        </w:rPr>
        <w:lastRenderedPageBreak/>
        <w:t>18.2 Ownership, Source Files &amp; Licensing</w:t>
      </w:r>
    </w:p>
    <w:p w:rsidR="00794AF3" w:rsidRDefault="000C7E7C">
      <w:pPr>
        <w:pStyle w:val="ListBullet"/>
      </w:pPr>
      <w:r>
        <w:rPr>
          <w:rFonts w:eastAsia="Arial" w:cs="Arial"/>
          <w:szCs w:val="21"/>
        </w:rPr>
        <w:t>Final ownership, license rights and source-file transfer must be stated explicitly in the contract.</w:t>
      </w:r>
    </w:p>
    <w:p w:rsidR="00794AF3" w:rsidRDefault="000C7E7C">
      <w:pPr>
        <w:pStyle w:val="ListBullet"/>
      </w:pPr>
      <w:r>
        <w:rPr>
          <w:rFonts w:eastAsia="Arial" w:cs="Arial"/>
          <w:szCs w:val="21"/>
        </w:rPr>
        <w:t xml:space="preserve">Vendor must identify </w:t>
      </w:r>
      <w:r>
        <w:rPr>
          <w:rFonts w:eastAsia="Arial" w:cs="Arial"/>
          <w:szCs w:val="21"/>
        </w:rPr>
        <w:t>pre-existing IP and third-party materials before use.</w:t>
      </w:r>
    </w:p>
    <w:p w:rsidR="00794AF3" w:rsidRDefault="000C7E7C">
      <w:pPr>
        <w:pStyle w:val="ListBullet"/>
      </w:pPr>
      <w:r>
        <w:rPr>
          <w:rFonts w:eastAsia="Arial" w:cs="Arial"/>
          <w:szCs w:val="21"/>
        </w:rPr>
        <w:t>Organization must receive an asset/license register for approved third-party materials where applicable.</w:t>
      </w:r>
    </w:p>
    <w:p w:rsidR="00794AF3" w:rsidRDefault="000C7E7C">
      <w:pPr>
        <w:pStyle w:val="ListBullet"/>
      </w:pPr>
      <w:r>
        <w:rPr>
          <w:rFonts w:eastAsia="Arial" w:cs="Arial"/>
          <w:szCs w:val="21"/>
        </w:rPr>
        <w:t>Editable files must be delivered in the agreed formats and organized for future use.</w:t>
      </w:r>
    </w:p>
    <w:p w:rsidR="00794AF3" w:rsidRDefault="000C7E7C">
      <w:pPr>
        <w:pStyle w:val="ListBullet"/>
      </w:pPr>
      <w:r>
        <w:rPr>
          <w:rFonts w:eastAsia="Arial" w:cs="Arial"/>
          <w:szCs w:val="21"/>
        </w:rPr>
        <w:t>The organiza</w:t>
      </w:r>
      <w:r>
        <w:rPr>
          <w:rFonts w:eastAsia="Arial" w:cs="Arial"/>
          <w:szCs w:val="21"/>
        </w:rPr>
        <w:t>tion must retain access to project files and approved deliverables at contract end.</w:t>
      </w:r>
    </w:p>
    <w:p w:rsidR="00794AF3" w:rsidRDefault="000C7E7C">
      <w:pPr>
        <w:pStyle w:val="ListBullet"/>
      </w:pPr>
      <w:r>
        <w:rPr>
          <w:rFonts w:eastAsia="Arial" w:cs="Arial"/>
          <w:szCs w:val="21"/>
        </w:rPr>
        <w:t>Use of organization confidential information or unpublished creative for portfolio/publicity requires written approval.</w:t>
      </w:r>
    </w:p>
    <w:p w:rsidR="00794AF3" w:rsidRDefault="000C7E7C">
      <w:pPr>
        <w:pStyle w:val="Heading2"/>
      </w:pPr>
      <w:r>
        <w:rPr>
          <w:rFonts w:ascii="Arial" w:eastAsia="Arial" w:hAnsi="Arial" w:cs="Arial"/>
          <w:szCs w:val="24"/>
        </w:rPr>
        <w:t>18.3 Warranties &amp; Representations</w:t>
      </w:r>
    </w:p>
    <w:p w:rsidR="00794AF3" w:rsidRDefault="000C7E7C">
      <w:pPr>
        <w:pStyle w:val="ListBullet"/>
      </w:pPr>
      <w:r>
        <w:rPr>
          <w:rFonts w:eastAsia="Arial" w:cs="Arial"/>
          <w:szCs w:val="21"/>
        </w:rPr>
        <w:t>Vendor should repr</w:t>
      </w:r>
      <w:r>
        <w:rPr>
          <w:rFonts w:eastAsia="Arial" w:cs="Arial"/>
          <w:szCs w:val="21"/>
        </w:rPr>
        <w:t>esent that it has the right to provide the contracted work and disclose third-party restrictions.</w:t>
      </w:r>
    </w:p>
    <w:p w:rsidR="00794AF3" w:rsidRDefault="000C7E7C">
      <w:pPr>
        <w:pStyle w:val="ListBullet"/>
      </w:pPr>
      <w:r>
        <w:rPr>
          <w:rFonts w:eastAsia="Arial" w:cs="Arial"/>
          <w:szCs w:val="21"/>
        </w:rPr>
        <w:t>Vendor-caused production errors and defective files should be corrected within the agreed remediation period.</w:t>
      </w:r>
    </w:p>
    <w:p w:rsidR="00794AF3" w:rsidRDefault="000C7E7C">
      <w:pPr>
        <w:pStyle w:val="ListBullet"/>
      </w:pPr>
      <w:r>
        <w:rPr>
          <w:rFonts w:eastAsia="Arial" w:cs="Arial"/>
          <w:szCs w:val="21"/>
        </w:rPr>
        <w:t>Any originality, non-infringement or AI-use repr</w:t>
      </w:r>
      <w:r>
        <w:rPr>
          <w:rFonts w:eastAsia="Arial" w:cs="Arial"/>
          <w:szCs w:val="21"/>
        </w:rPr>
        <w:t>esentations must be reviewed by counsel and tailored to project risk.</w:t>
      </w:r>
    </w:p>
    <w:p w:rsidR="00794AF3" w:rsidRDefault="000C7E7C">
      <w:pPr>
        <w:pStyle w:val="ListBullet"/>
      </w:pPr>
      <w:r>
        <w:rPr>
          <w:rFonts w:eastAsia="Arial" w:cs="Arial"/>
          <w:szCs w:val="21"/>
        </w:rPr>
        <w:t>All claims regarding accessibility or regulatory conformance should be supported by the agreed testing/review process.</w:t>
      </w:r>
    </w:p>
    <w:p w:rsidR="00794AF3" w:rsidRDefault="000C7E7C">
      <w:pPr>
        <w:pStyle w:val="Heading1"/>
      </w:pPr>
      <w:bookmarkStart w:id="19" w:name="sec_19_Submission_Questions_Addenda"/>
      <w:r>
        <w:rPr>
          <w:rFonts w:ascii="Arial" w:eastAsia="Arial" w:hAnsi="Arial" w:cs="Arial"/>
          <w:szCs w:val="32"/>
        </w:rPr>
        <w:t>19. Submission, Questions &amp; Addenda</w:t>
      </w:r>
      <w:bookmarkEnd w:id="19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880"/>
        <w:gridCol w:w="6768"/>
      </w:tblGrid>
      <w:tr w:rsidR="00794AF3">
        <w:trPr>
          <w:tblHeader/>
          <w:jc w:val="center"/>
        </w:trPr>
        <w:tc>
          <w:tcPr>
            <w:tcW w:w="2880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0B2A4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b/>
                <w:color w:val="FFFFFF"/>
                <w:sz w:val="18"/>
                <w:szCs w:val="18"/>
              </w:rPr>
              <w:t>Item</w:t>
            </w:r>
          </w:p>
        </w:tc>
        <w:tc>
          <w:tcPr>
            <w:tcW w:w="6768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0B2A4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b/>
                <w:color w:val="FFFFFF"/>
                <w:sz w:val="18"/>
                <w:szCs w:val="18"/>
              </w:rPr>
              <w:t>Requirement</w:t>
            </w:r>
          </w:p>
        </w:tc>
      </w:tr>
      <w:tr w:rsidR="00794AF3">
        <w:trPr>
          <w:jc w:val="center"/>
        </w:trPr>
        <w:tc>
          <w:tcPr>
            <w:tcW w:w="2880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>Questions</w:t>
            </w:r>
          </w:p>
        </w:tc>
        <w:tc>
          <w:tcPr>
            <w:tcW w:w="6768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>Submit to [CONTACT / PORTAL] by [DATE / TIME / TIME ZONE].</w:t>
            </w:r>
          </w:p>
        </w:tc>
      </w:tr>
      <w:tr w:rsidR="00794AF3">
        <w:trPr>
          <w:jc w:val="center"/>
        </w:trPr>
        <w:tc>
          <w:tcPr>
            <w:tcW w:w="2880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5F8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>Addenda</w:t>
            </w:r>
          </w:p>
        </w:tc>
        <w:tc>
          <w:tcPr>
            <w:tcW w:w="6768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5F8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>Written addenda will be issued through [METHOD].</w:t>
            </w:r>
          </w:p>
        </w:tc>
      </w:tr>
      <w:tr w:rsidR="00794AF3">
        <w:trPr>
          <w:jc w:val="center"/>
        </w:trPr>
        <w:tc>
          <w:tcPr>
            <w:tcW w:w="2880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>Proposal submission</w:t>
            </w:r>
          </w:p>
        </w:tc>
        <w:tc>
          <w:tcPr>
            <w:tcW w:w="6768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>Submit through [METHOD] by [DATE / TIME / TIME ZONE].</w:t>
            </w:r>
          </w:p>
        </w:tc>
      </w:tr>
      <w:tr w:rsidR="00794AF3">
        <w:trPr>
          <w:jc w:val="center"/>
        </w:trPr>
        <w:tc>
          <w:tcPr>
            <w:tcW w:w="2880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5F8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>Late proposals</w:t>
            </w:r>
          </w:p>
        </w:tc>
        <w:tc>
          <w:tcPr>
            <w:tcW w:w="6768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5F8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>[ENTITY-SPECIFIC POLICY].</w:t>
            </w:r>
          </w:p>
        </w:tc>
      </w:tr>
      <w:tr w:rsidR="00794AF3">
        <w:trPr>
          <w:jc w:val="center"/>
        </w:trPr>
        <w:tc>
          <w:tcPr>
            <w:tcW w:w="2880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>Proposal validity</w:t>
            </w:r>
          </w:p>
        </w:tc>
        <w:tc>
          <w:tcPr>
            <w:tcW w:w="6768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>[NUMBER] days or [ENTITY-SPECIFIC REQUIREMENT].</w:t>
            </w:r>
          </w:p>
        </w:tc>
      </w:tr>
      <w:tr w:rsidR="00794AF3">
        <w:trPr>
          <w:jc w:val="center"/>
        </w:trPr>
        <w:tc>
          <w:tcPr>
            <w:tcW w:w="2880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5F8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>Confidentiality / public records</w:t>
            </w:r>
          </w:p>
        </w:tc>
        <w:tc>
          <w:tcPr>
            <w:tcW w:w="6768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5F8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>[ENTITY-SPECIFIC LANGUAGE].</w:t>
            </w:r>
          </w:p>
        </w:tc>
      </w:tr>
    </w:tbl>
    <w:p w:rsidR="00794AF3" w:rsidRDefault="00794AF3"/>
    <w:p w:rsidR="00794AF3" w:rsidRDefault="000C7E7C">
      <w:pPr>
        <w:pStyle w:val="Heading1"/>
      </w:pPr>
      <w:bookmarkStart w:id="20" w:name="sec_20_Appendices_Response_Forms"/>
      <w:r>
        <w:rPr>
          <w:rFonts w:ascii="Arial" w:eastAsia="Arial" w:hAnsi="Arial" w:cs="Arial"/>
          <w:szCs w:val="32"/>
        </w:rPr>
        <w:t>20. Appendices &amp; Response Forms</w:t>
      </w:r>
      <w:bookmarkEnd w:id="20"/>
    </w:p>
    <w:p w:rsidR="00794AF3" w:rsidRDefault="000C7E7C">
      <w:pPr>
        <w:pStyle w:val="Heading2"/>
      </w:pPr>
      <w:r>
        <w:rPr>
          <w:rFonts w:ascii="Arial" w:eastAsia="Arial" w:hAnsi="Arial" w:cs="Arial"/>
          <w:szCs w:val="24"/>
        </w:rPr>
        <w:t>Appendix A — Bidder Response Checklist</w:t>
      </w:r>
    </w:p>
    <w:p w:rsidR="00794AF3" w:rsidRDefault="000C7E7C">
      <w:pPr>
        <w:spacing w:after="40"/>
        <w:ind w:left="72"/>
      </w:pPr>
      <w:r>
        <w:rPr>
          <w:rFonts w:eastAsia="Arial" w:cs="Arial"/>
          <w:szCs w:val="21"/>
        </w:rPr>
        <w:t>☐</w:t>
      </w:r>
      <w:r>
        <w:rPr>
          <w:rFonts w:eastAsia="Arial" w:cs="Arial"/>
          <w:szCs w:val="21"/>
        </w:rPr>
        <w:t xml:space="preserve"> Executive summary</w:t>
      </w:r>
    </w:p>
    <w:p w:rsidR="00794AF3" w:rsidRDefault="000C7E7C">
      <w:pPr>
        <w:spacing w:after="40"/>
        <w:ind w:left="72"/>
      </w:pPr>
      <w:r>
        <w:rPr>
          <w:rFonts w:eastAsia="Arial" w:cs="Arial"/>
          <w:szCs w:val="21"/>
        </w:rPr>
        <w:t>☐</w:t>
      </w:r>
      <w:r>
        <w:rPr>
          <w:rFonts w:eastAsia="Arial" w:cs="Arial"/>
          <w:szCs w:val="21"/>
        </w:rPr>
        <w:t xml:space="preserve"> Creative approach / methodology</w:t>
      </w:r>
    </w:p>
    <w:p w:rsidR="00794AF3" w:rsidRDefault="000C7E7C">
      <w:pPr>
        <w:spacing w:after="40"/>
        <w:ind w:left="72"/>
      </w:pPr>
      <w:r>
        <w:rPr>
          <w:rFonts w:eastAsia="Arial" w:cs="Arial"/>
          <w:szCs w:val="21"/>
        </w:rPr>
        <w:t>☐</w:t>
      </w:r>
      <w:r>
        <w:rPr>
          <w:rFonts w:eastAsia="Arial" w:cs="Arial"/>
          <w:szCs w:val="21"/>
        </w:rPr>
        <w:t xml:space="preserve"> Relevant </w:t>
      </w:r>
      <w:r>
        <w:rPr>
          <w:rFonts w:eastAsia="Arial" w:cs="Arial"/>
          <w:szCs w:val="21"/>
        </w:rPr>
        <w:t>portfolio and case studies</w:t>
      </w:r>
    </w:p>
    <w:p w:rsidR="00794AF3" w:rsidRDefault="000C7E7C">
      <w:pPr>
        <w:spacing w:after="40"/>
        <w:ind w:left="72"/>
      </w:pPr>
      <w:r>
        <w:rPr>
          <w:rFonts w:eastAsia="Arial" w:cs="Arial"/>
          <w:szCs w:val="21"/>
        </w:rPr>
        <w:t>☐</w:t>
      </w:r>
      <w:r>
        <w:rPr>
          <w:rFonts w:eastAsia="Arial" w:cs="Arial"/>
          <w:szCs w:val="21"/>
        </w:rPr>
        <w:t xml:space="preserve"> Proposed team</w:t>
      </w:r>
    </w:p>
    <w:p w:rsidR="00794AF3" w:rsidRDefault="000C7E7C">
      <w:pPr>
        <w:spacing w:after="40"/>
        <w:ind w:left="72"/>
      </w:pPr>
      <w:r>
        <w:rPr>
          <w:rFonts w:eastAsia="Arial" w:cs="Arial"/>
          <w:szCs w:val="21"/>
        </w:rPr>
        <w:t>☐</w:t>
      </w:r>
      <w:r>
        <w:rPr>
          <w:rFonts w:eastAsia="Arial" w:cs="Arial"/>
          <w:szCs w:val="21"/>
        </w:rPr>
        <w:t xml:space="preserve"> Schedule / capacity</w:t>
      </w:r>
    </w:p>
    <w:p w:rsidR="00794AF3" w:rsidRDefault="000C7E7C">
      <w:pPr>
        <w:spacing w:after="40"/>
        <w:ind w:left="72"/>
      </w:pPr>
      <w:r>
        <w:rPr>
          <w:rFonts w:eastAsia="Arial" w:cs="Arial"/>
          <w:szCs w:val="21"/>
        </w:rPr>
        <w:t>☐</w:t>
      </w:r>
      <w:r>
        <w:rPr>
          <w:rFonts w:eastAsia="Arial" w:cs="Arial"/>
          <w:szCs w:val="21"/>
        </w:rPr>
        <w:t xml:space="preserve"> Accessibility and production approach</w:t>
      </w:r>
    </w:p>
    <w:p w:rsidR="00794AF3" w:rsidRDefault="000C7E7C">
      <w:pPr>
        <w:spacing w:after="40"/>
        <w:ind w:left="72"/>
      </w:pPr>
      <w:r>
        <w:rPr>
          <w:rFonts w:eastAsia="Arial" w:cs="Arial"/>
          <w:szCs w:val="21"/>
        </w:rPr>
        <w:t>☐</w:t>
      </w:r>
      <w:r>
        <w:rPr>
          <w:rFonts w:eastAsia="Arial" w:cs="Arial"/>
          <w:szCs w:val="21"/>
        </w:rPr>
        <w:t xml:space="preserve"> Completed pricing schedule</w:t>
      </w:r>
    </w:p>
    <w:p w:rsidR="00794AF3" w:rsidRDefault="000C7E7C">
      <w:pPr>
        <w:spacing w:after="40"/>
        <w:ind w:left="72"/>
      </w:pPr>
      <w:r>
        <w:rPr>
          <w:rFonts w:eastAsia="Arial" w:cs="Arial"/>
          <w:szCs w:val="21"/>
        </w:rPr>
        <w:t>☐</w:t>
      </w:r>
      <w:r>
        <w:rPr>
          <w:rFonts w:eastAsia="Arial" w:cs="Arial"/>
          <w:szCs w:val="21"/>
        </w:rPr>
        <w:t xml:space="preserve"> References</w:t>
      </w:r>
    </w:p>
    <w:p w:rsidR="00794AF3" w:rsidRDefault="000C7E7C">
      <w:pPr>
        <w:spacing w:after="40"/>
        <w:ind w:left="72"/>
      </w:pPr>
      <w:r>
        <w:rPr>
          <w:rFonts w:eastAsia="Arial" w:cs="Arial"/>
          <w:szCs w:val="21"/>
        </w:rPr>
        <w:t>☐</w:t>
      </w:r>
      <w:r>
        <w:rPr>
          <w:rFonts w:eastAsia="Arial" w:cs="Arial"/>
          <w:szCs w:val="21"/>
        </w:rPr>
        <w:t xml:space="preserve"> Exceptions / assumptions</w:t>
      </w:r>
    </w:p>
    <w:p w:rsidR="00794AF3" w:rsidRDefault="000C7E7C">
      <w:pPr>
        <w:spacing w:after="40"/>
        <w:ind w:left="72"/>
      </w:pPr>
      <w:r>
        <w:rPr>
          <w:rFonts w:eastAsia="Arial" w:cs="Arial"/>
          <w:szCs w:val="21"/>
        </w:rPr>
        <w:t>☐</w:t>
      </w:r>
      <w:r>
        <w:rPr>
          <w:rFonts w:eastAsia="Arial" w:cs="Arial"/>
          <w:szCs w:val="21"/>
        </w:rPr>
        <w:t xml:space="preserve"> Required forms and certifications</w:t>
      </w:r>
    </w:p>
    <w:p w:rsidR="00671B0C" w:rsidRDefault="00671B0C">
      <w:pPr>
        <w:spacing w:after="200" w:line="276" w:lineRule="auto"/>
        <w:rPr>
          <w:rFonts w:eastAsia="Arial" w:cs="Arial"/>
          <w:b/>
          <w:bCs/>
          <w:color w:val="0A66D8"/>
          <w:sz w:val="24"/>
          <w:szCs w:val="24"/>
        </w:rPr>
      </w:pPr>
      <w:r>
        <w:rPr>
          <w:rFonts w:eastAsia="Arial" w:cs="Arial"/>
          <w:szCs w:val="24"/>
        </w:rPr>
        <w:br w:type="page"/>
      </w:r>
    </w:p>
    <w:p w:rsidR="00794AF3" w:rsidRDefault="000C7E7C">
      <w:pPr>
        <w:pStyle w:val="Heading2"/>
      </w:pPr>
      <w:r>
        <w:rPr>
          <w:rFonts w:ascii="Arial" w:eastAsia="Arial" w:hAnsi="Arial" w:cs="Arial"/>
          <w:szCs w:val="24"/>
        </w:rPr>
        <w:lastRenderedPageBreak/>
        <w:t>Appendix B — Requirements Compliance Matrix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40"/>
        <w:gridCol w:w="4031"/>
        <w:gridCol w:w="1728"/>
        <w:gridCol w:w="1152"/>
        <w:gridCol w:w="1728"/>
      </w:tblGrid>
      <w:tr w:rsidR="00794AF3">
        <w:trPr>
          <w:tblHeader/>
          <w:jc w:val="center"/>
        </w:trPr>
        <w:tc>
          <w:tcPr>
            <w:tcW w:w="1440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0B2A4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b/>
                <w:color w:val="FFFFFF"/>
                <w:sz w:val="18"/>
                <w:szCs w:val="18"/>
              </w:rPr>
              <w:t>Re</w:t>
            </w:r>
            <w:r>
              <w:rPr>
                <w:rFonts w:eastAsia="Arial" w:cs="Arial"/>
                <w:b/>
                <w:color w:val="FFFFFF"/>
                <w:sz w:val="18"/>
                <w:szCs w:val="18"/>
              </w:rPr>
              <w:t>quirement ID</w:t>
            </w:r>
          </w:p>
        </w:tc>
        <w:tc>
          <w:tcPr>
            <w:tcW w:w="4031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0B2A4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b/>
                <w:color w:val="FFFFFF"/>
                <w:sz w:val="18"/>
                <w:szCs w:val="18"/>
              </w:rPr>
              <w:t>Requirement</w:t>
            </w:r>
          </w:p>
        </w:tc>
        <w:tc>
          <w:tcPr>
            <w:tcW w:w="1728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0B2A4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b/>
                <w:color w:val="FFFFFF"/>
                <w:sz w:val="18"/>
                <w:szCs w:val="18"/>
              </w:rPr>
              <w:t>Mandatory / Rated</w:t>
            </w:r>
          </w:p>
        </w:tc>
        <w:tc>
          <w:tcPr>
            <w:tcW w:w="1152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0B2A4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b/>
                <w:color w:val="FFFFFF"/>
                <w:sz w:val="18"/>
                <w:szCs w:val="18"/>
              </w:rPr>
              <w:t>Comply?</w:t>
            </w:r>
          </w:p>
        </w:tc>
        <w:tc>
          <w:tcPr>
            <w:tcW w:w="1728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0B2A4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b/>
                <w:color w:val="FFFFFF"/>
                <w:sz w:val="18"/>
                <w:szCs w:val="18"/>
              </w:rPr>
              <w:t>Bidder Notes</w:t>
            </w:r>
          </w:p>
        </w:tc>
      </w:tr>
      <w:tr w:rsidR="00794AF3">
        <w:trPr>
          <w:jc w:val="center"/>
        </w:trPr>
        <w:tc>
          <w:tcPr>
            <w:tcW w:w="1440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>GD-001</w:t>
            </w:r>
          </w:p>
        </w:tc>
        <w:tc>
          <w:tcPr>
            <w:tcW w:w="4031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>[REQUIREMENT]</w:t>
            </w:r>
          </w:p>
        </w:tc>
        <w:tc>
          <w:tcPr>
            <w:tcW w:w="1728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>[M/R]</w:t>
            </w:r>
          </w:p>
        </w:tc>
        <w:tc>
          <w:tcPr>
            <w:tcW w:w="1152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>[Y/N/PARTIAL]</w:t>
            </w:r>
          </w:p>
        </w:tc>
        <w:tc>
          <w:tcPr>
            <w:tcW w:w="1728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794AF3">
            <w:pPr>
              <w:spacing w:after="0"/>
            </w:pPr>
          </w:p>
        </w:tc>
      </w:tr>
      <w:tr w:rsidR="00794AF3">
        <w:trPr>
          <w:jc w:val="center"/>
        </w:trPr>
        <w:tc>
          <w:tcPr>
            <w:tcW w:w="1440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5F8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>GD-002</w:t>
            </w:r>
          </w:p>
        </w:tc>
        <w:tc>
          <w:tcPr>
            <w:tcW w:w="4031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5F8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>[REQUIREMENT]</w:t>
            </w:r>
          </w:p>
        </w:tc>
        <w:tc>
          <w:tcPr>
            <w:tcW w:w="1728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5F8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>[M/R]</w:t>
            </w:r>
          </w:p>
        </w:tc>
        <w:tc>
          <w:tcPr>
            <w:tcW w:w="1152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5F8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>[Y/N/PARTIAL]</w:t>
            </w:r>
          </w:p>
        </w:tc>
        <w:tc>
          <w:tcPr>
            <w:tcW w:w="1728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5F8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794AF3">
            <w:pPr>
              <w:spacing w:after="0"/>
            </w:pPr>
          </w:p>
        </w:tc>
      </w:tr>
      <w:tr w:rsidR="00794AF3">
        <w:trPr>
          <w:jc w:val="center"/>
        </w:trPr>
        <w:tc>
          <w:tcPr>
            <w:tcW w:w="1440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>GD-003</w:t>
            </w:r>
          </w:p>
        </w:tc>
        <w:tc>
          <w:tcPr>
            <w:tcW w:w="4031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>[REQUIREMENT]</w:t>
            </w:r>
          </w:p>
        </w:tc>
        <w:tc>
          <w:tcPr>
            <w:tcW w:w="1728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>[M/R]</w:t>
            </w:r>
          </w:p>
        </w:tc>
        <w:tc>
          <w:tcPr>
            <w:tcW w:w="1152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>[Y/N/PARTIAL]</w:t>
            </w:r>
          </w:p>
        </w:tc>
        <w:tc>
          <w:tcPr>
            <w:tcW w:w="1728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794AF3">
            <w:pPr>
              <w:spacing w:after="0"/>
            </w:pPr>
          </w:p>
        </w:tc>
      </w:tr>
    </w:tbl>
    <w:p w:rsidR="00794AF3" w:rsidRDefault="00794AF3"/>
    <w:p w:rsidR="00794AF3" w:rsidRDefault="000C7E7C">
      <w:pPr>
        <w:pStyle w:val="Heading2"/>
      </w:pPr>
      <w:r>
        <w:rPr>
          <w:rFonts w:ascii="Arial" w:eastAsia="Arial" w:hAnsi="Arial" w:cs="Arial"/>
          <w:szCs w:val="24"/>
        </w:rPr>
        <w:t>Appendix C — Reference Form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311"/>
        <w:gridCol w:w="6336"/>
      </w:tblGrid>
      <w:tr w:rsidR="00794AF3">
        <w:trPr>
          <w:tblHeader/>
          <w:jc w:val="center"/>
        </w:trPr>
        <w:tc>
          <w:tcPr>
            <w:tcW w:w="3311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0B2A4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b/>
                <w:color w:val="FFFFFF"/>
                <w:sz w:val="18"/>
                <w:szCs w:val="18"/>
              </w:rPr>
              <w:t>Field</w:t>
            </w:r>
          </w:p>
        </w:tc>
        <w:tc>
          <w:tcPr>
            <w:tcW w:w="6336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0B2A4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b/>
                <w:color w:val="FFFFFF"/>
                <w:sz w:val="18"/>
                <w:szCs w:val="18"/>
              </w:rPr>
              <w:t>Response</w:t>
            </w:r>
          </w:p>
        </w:tc>
      </w:tr>
      <w:tr w:rsidR="00794AF3">
        <w:trPr>
          <w:jc w:val="center"/>
        </w:trPr>
        <w:tc>
          <w:tcPr>
            <w:tcW w:w="3311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 xml:space="preserve">Client / </w:t>
            </w:r>
            <w:r>
              <w:rPr>
                <w:rFonts w:eastAsia="Arial" w:cs="Arial"/>
                <w:sz w:val="18"/>
                <w:szCs w:val="18"/>
              </w:rPr>
              <w:t>Organization</w:t>
            </w:r>
          </w:p>
        </w:tc>
        <w:tc>
          <w:tcPr>
            <w:tcW w:w="6336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794AF3">
            <w:pPr>
              <w:spacing w:after="0"/>
            </w:pPr>
          </w:p>
        </w:tc>
      </w:tr>
      <w:tr w:rsidR="00794AF3">
        <w:trPr>
          <w:jc w:val="center"/>
        </w:trPr>
        <w:tc>
          <w:tcPr>
            <w:tcW w:w="3311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5F8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>Project / Scope</w:t>
            </w:r>
          </w:p>
        </w:tc>
        <w:tc>
          <w:tcPr>
            <w:tcW w:w="6336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5F8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794AF3">
            <w:pPr>
              <w:spacing w:after="0"/>
            </w:pPr>
          </w:p>
        </w:tc>
      </w:tr>
      <w:tr w:rsidR="00794AF3">
        <w:trPr>
          <w:jc w:val="center"/>
        </w:trPr>
        <w:tc>
          <w:tcPr>
            <w:tcW w:w="3311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>Contract Value / Range</w:t>
            </w:r>
          </w:p>
        </w:tc>
        <w:tc>
          <w:tcPr>
            <w:tcW w:w="6336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794AF3">
            <w:pPr>
              <w:spacing w:after="0"/>
            </w:pPr>
          </w:p>
        </w:tc>
      </w:tr>
      <w:tr w:rsidR="00794AF3">
        <w:trPr>
          <w:jc w:val="center"/>
        </w:trPr>
        <w:tc>
          <w:tcPr>
            <w:tcW w:w="3311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5F8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>Reference Contact</w:t>
            </w:r>
          </w:p>
        </w:tc>
        <w:tc>
          <w:tcPr>
            <w:tcW w:w="6336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5F8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794AF3">
            <w:pPr>
              <w:spacing w:after="0"/>
            </w:pPr>
          </w:p>
        </w:tc>
      </w:tr>
      <w:tr w:rsidR="00794AF3">
        <w:trPr>
          <w:jc w:val="center"/>
        </w:trPr>
        <w:tc>
          <w:tcPr>
            <w:tcW w:w="3311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>Email / Phone</w:t>
            </w:r>
          </w:p>
        </w:tc>
        <w:tc>
          <w:tcPr>
            <w:tcW w:w="6336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794AF3">
            <w:pPr>
              <w:spacing w:after="0"/>
            </w:pPr>
          </w:p>
        </w:tc>
      </w:tr>
      <w:tr w:rsidR="00794AF3">
        <w:trPr>
          <w:jc w:val="center"/>
        </w:trPr>
        <w:tc>
          <w:tcPr>
            <w:tcW w:w="3311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5F8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>Dates of Engagement</w:t>
            </w:r>
          </w:p>
        </w:tc>
        <w:tc>
          <w:tcPr>
            <w:tcW w:w="6336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5F8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794AF3">
            <w:pPr>
              <w:spacing w:after="0"/>
            </w:pPr>
          </w:p>
        </w:tc>
      </w:tr>
    </w:tbl>
    <w:p w:rsidR="00794AF3" w:rsidRDefault="00794AF3"/>
    <w:p w:rsidR="00794AF3" w:rsidRDefault="000C7E7C">
      <w:pPr>
        <w:pStyle w:val="Heading2"/>
      </w:pPr>
      <w:r>
        <w:rPr>
          <w:rFonts w:ascii="Arial" w:eastAsia="Arial" w:hAnsi="Arial" w:cs="Arial"/>
          <w:szCs w:val="24"/>
        </w:rPr>
        <w:t>Appendix D — Exceptions &amp; Assumptions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160"/>
        <w:gridCol w:w="4031"/>
        <w:gridCol w:w="3456"/>
      </w:tblGrid>
      <w:tr w:rsidR="00794AF3">
        <w:trPr>
          <w:tblHeader/>
          <w:jc w:val="center"/>
        </w:trPr>
        <w:tc>
          <w:tcPr>
            <w:tcW w:w="2160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0B2A4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b/>
                <w:color w:val="FFFFFF"/>
                <w:sz w:val="18"/>
                <w:szCs w:val="18"/>
              </w:rPr>
              <w:t>RFP Section</w:t>
            </w:r>
          </w:p>
        </w:tc>
        <w:tc>
          <w:tcPr>
            <w:tcW w:w="4031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0B2A4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b/>
                <w:color w:val="FFFFFF"/>
                <w:sz w:val="18"/>
                <w:szCs w:val="18"/>
              </w:rPr>
              <w:t>Exception / Assumption</w:t>
            </w:r>
          </w:p>
        </w:tc>
        <w:tc>
          <w:tcPr>
            <w:tcW w:w="3456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0B2A4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b/>
                <w:color w:val="FFFFFF"/>
                <w:sz w:val="18"/>
                <w:szCs w:val="18"/>
              </w:rPr>
              <w:t>Impact on Scope / Price / Schedule</w:t>
            </w:r>
          </w:p>
        </w:tc>
      </w:tr>
      <w:tr w:rsidR="00794AF3">
        <w:trPr>
          <w:jc w:val="center"/>
        </w:trPr>
        <w:tc>
          <w:tcPr>
            <w:tcW w:w="2160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794AF3">
            <w:pPr>
              <w:spacing w:after="0"/>
            </w:pPr>
          </w:p>
        </w:tc>
        <w:tc>
          <w:tcPr>
            <w:tcW w:w="4031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794AF3">
            <w:pPr>
              <w:spacing w:after="0"/>
            </w:pPr>
          </w:p>
        </w:tc>
        <w:tc>
          <w:tcPr>
            <w:tcW w:w="3456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794AF3">
            <w:pPr>
              <w:spacing w:after="0"/>
            </w:pPr>
          </w:p>
        </w:tc>
      </w:tr>
      <w:tr w:rsidR="00794AF3">
        <w:trPr>
          <w:jc w:val="center"/>
        </w:trPr>
        <w:tc>
          <w:tcPr>
            <w:tcW w:w="2160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5F8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794AF3">
            <w:pPr>
              <w:spacing w:after="0"/>
            </w:pPr>
          </w:p>
        </w:tc>
        <w:tc>
          <w:tcPr>
            <w:tcW w:w="4031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5F8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794AF3">
            <w:pPr>
              <w:spacing w:after="0"/>
            </w:pPr>
          </w:p>
        </w:tc>
        <w:tc>
          <w:tcPr>
            <w:tcW w:w="3456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5F8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794AF3">
            <w:pPr>
              <w:spacing w:after="0"/>
            </w:pPr>
          </w:p>
        </w:tc>
      </w:tr>
      <w:tr w:rsidR="00794AF3">
        <w:trPr>
          <w:jc w:val="center"/>
        </w:trPr>
        <w:tc>
          <w:tcPr>
            <w:tcW w:w="2160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794AF3">
            <w:pPr>
              <w:spacing w:after="0"/>
            </w:pPr>
          </w:p>
        </w:tc>
        <w:tc>
          <w:tcPr>
            <w:tcW w:w="4031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794AF3">
            <w:pPr>
              <w:spacing w:after="0"/>
            </w:pPr>
          </w:p>
        </w:tc>
        <w:tc>
          <w:tcPr>
            <w:tcW w:w="3456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794AF3">
            <w:pPr>
              <w:spacing w:after="0"/>
            </w:pPr>
          </w:p>
        </w:tc>
      </w:tr>
    </w:tbl>
    <w:p w:rsidR="00794AF3" w:rsidRDefault="00794AF3"/>
    <w:p w:rsidR="00794AF3" w:rsidRDefault="000C7E7C">
      <w:pPr>
        <w:pStyle w:val="Heading2"/>
      </w:pPr>
      <w:r>
        <w:rPr>
          <w:rFonts w:ascii="Arial" w:eastAsia="Arial" w:hAnsi="Arial" w:cs="Arial"/>
          <w:szCs w:val="24"/>
        </w:rPr>
        <w:t xml:space="preserve">Appendix E — </w:t>
      </w:r>
      <w:r>
        <w:rPr>
          <w:rFonts w:ascii="Arial" w:eastAsia="Arial" w:hAnsi="Arial" w:cs="Arial"/>
          <w:szCs w:val="24"/>
        </w:rPr>
        <w:t>Vendor Questions Log (Internal Use)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864"/>
        <w:gridCol w:w="3888"/>
        <w:gridCol w:w="3888"/>
        <w:gridCol w:w="1152"/>
      </w:tblGrid>
      <w:tr w:rsidR="00794AF3">
        <w:trPr>
          <w:tblHeader/>
          <w:jc w:val="center"/>
        </w:trPr>
        <w:tc>
          <w:tcPr>
            <w:tcW w:w="864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0B2A4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b/>
                <w:color w:val="FFFFFF"/>
                <w:sz w:val="18"/>
                <w:szCs w:val="18"/>
              </w:rPr>
              <w:t>#</w:t>
            </w:r>
          </w:p>
        </w:tc>
        <w:tc>
          <w:tcPr>
            <w:tcW w:w="3888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0B2A4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b/>
                <w:color w:val="FFFFFF"/>
                <w:sz w:val="18"/>
                <w:szCs w:val="18"/>
              </w:rPr>
              <w:t>Vendor Question</w:t>
            </w:r>
          </w:p>
        </w:tc>
        <w:tc>
          <w:tcPr>
            <w:tcW w:w="3888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0B2A4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b/>
                <w:color w:val="FFFFFF"/>
                <w:sz w:val="18"/>
                <w:szCs w:val="18"/>
              </w:rPr>
              <w:t>Organization Response</w:t>
            </w:r>
          </w:p>
        </w:tc>
        <w:tc>
          <w:tcPr>
            <w:tcW w:w="1152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0B2A4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b/>
                <w:color w:val="FFFFFF"/>
                <w:sz w:val="18"/>
                <w:szCs w:val="18"/>
              </w:rPr>
              <w:t>Addendum Ref.</w:t>
            </w:r>
          </w:p>
        </w:tc>
      </w:tr>
      <w:tr w:rsidR="00794AF3">
        <w:trPr>
          <w:jc w:val="center"/>
        </w:trPr>
        <w:tc>
          <w:tcPr>
            <w:tcW w:w="864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>1</w:t>
            </w:r>
          </w:p>
        </w:tc>
        <w:tc>
          <w:tcPr>
            <w:tcW w:w="3888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794AF3">
            <w:pPr>
              <w:spacing w:after="0"/>
            </w:pPr>
          </w:p>
        </w:tc>
        <w:tc>
          <w:tcPr>
            <w:tcW w:w="3888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794AF3">
            <w:pPr>
              <w:spacing w:after="0"/>
            </w:pPr>
          </w:p>
        </w:tc>
        <w:tc>
          <w:tcPr>
            <w:tcW w:w="1152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794AF3">
            <w:pPr>
              <w:spacing w:after="0"/>
            </w:pPr>
          </w:p>
        </w:tc>
      </w:tr>
      <w:tr w:rsidR="00794AF3">
        <w:trPr>
          <w:jc w:val="center"/>
        </w:trPr>
        <w:tc>
          <w:tcPr>
            <w:tcW w:w="864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5F8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>2</w:t>
            </w:r>
          </w:p>
        </w:tc>
        <w:tc>
          <w:tcPr>
            <w:tcW w:w="3888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5F8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794AF3">
            <w:pPr>
              <w:spacing w:after="0"/>
            </w:pPr>
          </w:p>
        </w:tc>
        <w:tc>
          <w:tcPr>
            <w:tcW w:w="3888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5F8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794AF3">
            <w:pPr>
              <w:spacing w:after="0"/>
            </w:pPr>
          </w:p>
        </w:tc>
        <w:tc>
          <w:tcPr>
            <w:tcW w:w="1152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5F8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794AF3">
            <w:pPr>
              <w:spacing w:after="0"/>
            </w:pPr>
          </w:p>
        </w:tc>
      </w:tr>
      <w:tr w:rsidR="00794AF3">
        <w:trPr>
          <w:jc w:val="center"/>
        </w:trPr>
        <w:tc>
          <w:tcPr>
            <w:tcW w:w="864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0C7E7C">
            <w:pPr>
              <w:spacing w:after="0"/>
            </w:pPr>
            <w:r>
              <w:rPr>
                <w:rFonts w:eastAsia="Arial" w:cs="Arial"/>
                <w:sz w:val="18"/>
                <w:szCs w:val="18"/>
              </w:rPr>
              <w:t>3</w:t>
            </w:r>
          </w:p>
        </w:tc>
        <w:tc>
          <w:tcPr>
            <w:tcW w:w="3888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794AF3">
            <w:pPr>
              <w:spacing w:after="0"/>
            </w:pPr>
          </w:p>
        </w:tc>
        <w:tc>
          <w:tcPr>
            <w:tcW w:w="3888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794AF3">
            <w:pPr>
              <w:spacing w:after="0"/>
            </w:pPr>
          </w:p>
        </w:tc>
        <w:tc>
          <w:tcPr>
            <w:tcW w:w="1152" w:type="dxa"/>
            <w:tcBorders>
              <w:top w:val="single" w:sz="4" w:space="0" w:color="C7D5E6"/>
              <w:left w:val="single" w:sz="4" w:space="0" w:color="C7D5E6"/>
              <w:bottom w:val="single" w:sz="4" w:space="0" w:color="C7D5E6"/>
              <w:right w:val="single" w:sz="4" w:space="0" w:color="C7D5E6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94AF3" w:rsidRDefault="00794AF3">
            <w:pPr>
              <w:spacing w:after="0"/>
            </w:pPr>
          </w:p>
        </w:tc>
      </w:tr>
    </w:tbl>
    <w:p w:rsidR="00794AF3" w:rsidRDefault="00794AF3"/>
    <w:p w:rsidR="00671B0C" w:rsidRDefault="00671B0C">
      <w:pPr>
        <w:spacing w:after="200" w:line="276" w:lineRule="auto"/>
        <w:rPr>
          <w:rFonts w:eastAsia="Arial" w:cs="Arial"/>
          <w:b/>
          <w:bCs/>
          <w:color w:val="0A66D8"/>
          <w:sz w:val="24"/>
          <w:szCs w:val="24"/>
        </w:rPr>
      </w:pPr>
      <w:r>
        <w:rPr>
          <w:rFonts w:eastAsia="Arial" w:cs="Arial"/>
          <w:szCs w:val="24"/>
        </w:rPr>
        <w:br w:type="page"/>
      </w:r>
    </w:p>
    <w:p w:rsidR="00794AF3" w:rsidRDefault="000C7E7C">
      <w:pPr>
        <w:pStyle w:val="Heading2"/>
      </w:pPr>
      <w:bookmarkStart w:id="21" w:name="_GoBack"/>
      <w:bookmarkEnd w:id="21"/>
      <w:r>
        <w:rPr>
          <w:rFonts w:ascii="Arial" w:eastAsia="Arial" w:hAnsi="Arial" w:cs="Arial"/>
          <w:szCs w:val="24"/>
        </w:rPr>
        <w:lastRenderedPageBreak/>
        <w:t>Appendix F — Final Pre-Issue Quality Check</w:t>
      </w:r>
    </w:p>
    <w:p w:rsidR="00794AF3" w:rsidRDefault="000C7E7C">
      <w:pPr>
        <w:spacing w:after="40"/>
        <w:ind w:left="72"/>
      </w:pPr>
      <w:r>
        <w:rPr>
          <w:rFonts w:eastAsia="Arial" w:cs="Arial"/>
          <w:szCs w:val="21"/>
        </w:rPr>
        <w:t>☐</w:t>
      </w:r>
      <w:r>
        <w:rPr>
          <w:rFonts w:eastAsia="Arial" w:cs="Arial"/>
          <w:szCs w:val="21"/>
        </w:rPr>
        <w:t xml:space="preserve"> Scope, deliverables and acceptance criteria align.</w:t>
      </w:r>
    </w:p>
    <w:p w:rsidR="00794AF3" w:rsidRDefault="000C7E7C">
      <w:pPr>
        <w:spacing w:after="40"/>
        <w:ind w:left="72"/>
      </w:pPr>
      <w:r>
        <w:rPr>
          <w:rFonts w:eastAsia="Arial" w:cs="Arial"/>
          <w:szCs w:val="21"/>
        </w:rPr>
        <w:t>☐</w:t>
      </w:r>
      <w:r>
        <w:rPr>
          <w:rFonts w:eastAsia="Arial" w:cs="Arial"/>
          <w:szCs w:val="21"/>
        </w:rPr>
        <w:t xml:space="preserve"> Pricing form captures all material creative, </w:t>
      </w:r>
      <w:r>
        <w:rPr>
          <w:rFonts w:eastAsia="Arial" w:cs="Arial"/>
          <w:szCs w:val="21"/>
        </w:rPr>
        <w:t>production and licensing cost categories.</w:t>
      </w:r>
    </w:p>
    <w:p w:rsidR="00794AF3" w:rsidRDefault="000C7E7C">
      <w:pPr>
        <w:spacing w:after="40"/>
        <w:ind w:left="72"/>
      </w:pPr>
      <w:r>
        <w:rPr>
          <w:rFonts w:eastAsia="Arial" w:cs="Arial"/>
          <w:szCs w:val="21"/>
        </w:rPr>
        <w:t>☐</w:t>
      </w:r>
      <w:r>
        <w:rPr>
          <w:rFonts w:eastAsia="Arial" w:cs="Arial"/>
          <w:szCs w:val="21"/>
        </w:rPr>
        <w:t xml:space="preserve"> Evaluation weights total 100 and match proposal instructions.</w:t>
      </w:r>
    </w:p>
    <w:p w:rsidR="00794AF3" w:rsidRDefault="000C7E7C">
      <w:pPr>
        <w:spacing w:after="40"/>
        <w:ind w:left="72"/>
      </w:pPr>
      <w:r>
        <w:rPr>
          <w:rFonts w:eastAsia="Arial" w:cs="Arial"/>
          <w:szCs w:val="21"/>
        </w:rPr>
        <w:t>☐</w:t>
      </w:r>
      <w:r>
        <w:rPr>
          <w:rFonts w:eastAsia="Arial" w:cs="Arial"/>
          <w:szCs w:val="21"/>
        </w:rPr>
        <w:t xml:space="preserve"> Every mandatory requirement is necessary and testable.</w:t>
      </w:r>
    </w:p>
    <w:p w:rsidR="00794AF3" w:rsidRDefault="000C7E7C">
      <w:pPr>
        <w:spacing w:after="40"/>
        <w:ind w:left="72"/>
      </w:pPr>
      <w:r>
        <w:rPr>
          <w:rFonts w:eastAsia="Arial" w:cs="Arial"/>
          <w:szCs w:val="21"/>
        </w:rPr>
        <w:t>☐</w:t>
      </w:r>
      <w:r>
        <w:rPr>
          <w:rFonts w:eastAsia="Arial" w:cs="Arial"/>
          <w:szCs w:val="21"/>
        </w:rPr>
        <w:t xml:space="preserve"> Accessibility, licensing, IP and production requirements were reviewed by appropriate </w:t>
      </w:r>
      <w:r>
        <w:rPr>
          <w:rFonts w:eastAsia="Arial" w:cs="Arial"/>
          <w:szCs w:val="21"/>
        </w:rPr>
        <w:t>stakeholders.</w:t>
      </w:r>
    </w:p>
    <w:p w:rsidR="00794AF3" w:rsidRDefault="000C7E7C">
      <w:pPr>
        <w:spacing w:after="40"/>
        <w:ind w:left="72"/>
      </w:pPr>
      <w:r>
        <w:rPr>
          <w:rFonts w:eastAsia="Arial" w:cs="Arial"/>
          <w:szCs w:val="21"/>
        </w:rPr>
        <w:t>☐</w:t>
      </w:r>
      <w:r>
        <w:rPr>
          <w:rFonts w:eastAsia="Arial" w:cs="Arial"/>
          <w:szCs w:val="21"/>
        </w:rPr>
        <w:t xml:space="preserve"> Known brand assets, source files, production constraints and approval dependencies are disclosed sufficiently for pricing.</w:t>
      </w:r>
    </w:p>
    <w:p w:rsidR="00794AF3" w:rsidRDefault="000C7E7C">
      <w:pPr>
        <w:spacing w:after="40"/>
        <w:ind w:left="72"/>
      </w:pPr>
      <w:r>
        <w:rPr>
          <w:rFonts w:eastAsia="Arial" w:cs="Arial"/>
          <w:szCs w:val="21"/>
        </w:rPr>
        <w:t>☐</w:t>
      </w:r>
      <w:r>
        <w:rPr>
          <w:rFonts w:eastAsia="Arial" w:cs="Arial"/>
          <w:szCs w:val="21"/>
        </w:rPr>
        <w:t xml:space="preserve"> Dates are consistent throughout the RFP.</w:t>
      </w:r>
    </w:p>
    <w:p w:rsidR="00794AF3" w:rsidRDefault="000C7E7C">
      <w:pPr>
        <w:spacing w:after="40"/>
        <w:ind w:left="72"/>
      </w:pPr>
      <w:r>
        <w:rPr>
          <w:rFonts w:eastAsia="Arial" w:cs="Arial"/>
          <w:szCs w:val="21"/>
        </w:rPr>
        <w:t>☐</w:t>
      </w:r>
      <w:r>
        <w:rPr>
          <w:rFonts w:eastAsia="Arial" w:cs="Arial"/>
          <w:szCs w:val="21"/>
        </w:rPr>
        <w:t xml:space="preserve"> Insurance and contract terms are approved.</w:t>
      </w:r>
    </w:p>
    <w:p w:rsidR="00794AF3" w:rsidRDefault="000C7E7C">
      <w:pPr>
        <w:spacing w:after="40"/>
        <w:ind w:left="72"/>
      </w:pPr>
      <w:r>
        <w:rPr>
          <w:rFonts w:eastAsia="Arial" w:cs="Arial"/>
          <w:szCs w:val="21"/>
        </w:rPr>
        <w:t>☐</w:t>
      </w:r>
      <w:r>
        <w:rPr>
          <w:rFonts w:eastAsia="Arial" w:cs="Arial"/>
          <w:szCs w:val="21"/>
        </w:rPr>
        <w:t xml:space="preserve"> Submission instructions and</w:t>
      </w:r>
      <w:r>
        <w:rPr>
          <w:rFonts w:eastAsia="Arial" w:cs="Arial"/>
          <w:szCs w:val="21"/>
        </w:rPr>
        <w:t xml:space="preserve"> time zone are unambiguous.</w:t>
      </w:r>
    </w:p>
    <w:p w:rsidR="00794AF3" w:rsidRDefault="000C7E7C">
      <w:pPr>
        <w:spacing w:after="40"/>
        <w:ind w:left="72"/>
      </w:pPr>
      <w:r>
        <w:rPr>
          <w:rFonts w:eastAsia="Arial" w:cs="Arial"/>
          <w:szCs w:val="21"/>
        </w:rPr>
        <w:t>☐</w:t>
      </w:r>
      <w:r>
        <w:rPr>
          <w:rFonts w:eastAsia="Arial" w:cs="Arial"/>
          <w:szCs w:val="21"/>
        </w:rPr>
        <w:t xml:space="preserve"> All bracketed placeholders are completed or intentionally retained.</w:t>
      </w:r>
    </w:p>
    <w:p w:rsidR="00794AF3" w:rsidRDefault="000C7E7C">
      <w:r>
        <w:br w:type="page"/>
      </w:r>
    </w:p>
    <w:p w:rsidR="00794AF3" w:rsidRDefault="000C7E7C">
      <w:pPr>
        <w:jc w:val="center"/>
      </w:pPr>
      <w:r>
        <w:rPr>
          <w:rFonts w:eastAsia="Arial" w:cs="Arial"/>
          <w:noProof/>
          <w:szCs w:val="21"/>
        </w:rPr>
        <w:lastRenderedPageBreak/>
        <w:drawing>
          <wp:inline distT="0" distB="0" distL="0" distR="0">
            <wp:extent cx="3474720" cy="154432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houghtMedia-logo-2026(1)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474720" cy="1544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94AF3" w:rsidRDefault="000C7E7C">
      <w:pPr>
        <w:jc w:val="center"/>
      </w:pPr>
      <w:r>
        <w:rPr>
          <w:rFonts w:eastAsia="Arial" w:cs="Arial"/>
          <w:b/>
          <w:color w:val="0B2A4A"/>
          <w:sz w:val="36"/>
          <w:szCs w:val="36"/>
        </w:rPr>
        <w:t>THOUGHT MEDIA™</w:t>
      </w:r>
    </w:p>
    <w:p w:rsidR="00794AF3" w:rsidRDefault="000C7E7C">
      <w:pPr>
        <w:jc w:val="center"/>
      </w:pPr>
      <w:r>
        <w:rPr>
          <w:rFonts w:eastAsia="Arial" w:cs="Arial"/>
          <w:b/>
          <w:color w:val="0A66D8"/>
          <w:szCs w:val="21"/>
        </w:rPr>
        <w:t>RFP Writing • Requirements Gathering • Scope of Work Development • Procurement Advisory</w:t>
      </w:r>
    </w:p>
    <w:p w:rsidR="00794AF3" w:rsidRDefault="000C7E7C">
      <w:pPr>
        <w:jc w:val="center"/>
      </w:pPr>
      <w:r>
        <w:rPr>
          <w:rFonts w:eastAsia="Arial" w:cs="Arial"/>
          <w:szCs w:val="21"/>
        </w:rPr>
        <w:t>For complex enterprise and public-sector procuremen</w:t>
      </w:r>
      <w:r>
        <w:rPr>
          <w:rFonts w:eastAsia="Arial" w:cs="Arial"/>
          <w:szCs w:val="21"/>
        </w:rPr>
        <w:t>ts, Thought Media™ can help develop a requirements-specific RFP from discovery through final solicitation structure.</w:t>
      </w:r>
    </w:p>
    <w:p w:rsidR="00794AF3" w:rsidRDefault="000C7E7C">
      <w:pPr>
        <w:jc w:val="center"/>
      </w:pPr>
      <w:hyperlink r:id="rId11">
        <w:r>
          <w:rPr>
            <w:rFonts w:eastAsia="Arial" w:cs="Arial"/>
            <w:b/>
            <w:color w:val="0A66D8"/>
            <w:szCs w:val="21"/>
            <w:u w:val="single"/>
          </w:rPr>
          <w:t>thoughtmedia.com</w:t>
        </w:r>
      </w:hyperlink>
    </w:p>
    <w:p w:rsidR="00794AF3" w:rsidRDefault="000C7E7C">
      <w:pPr>
        <w:jc w:val="center"/>
      </w:pPr>
      <w:hyperlink r:id="rId12">
        <w:r>
          <w:rPr>
            <w:rFonts w:eastAsia="Arial" w:cs="Arial"/>
            <w:b/>
            <w:color w:val="0A66D8"/>
            <w:szCs w:val="21"/>
            <w:u w:val="single"/>
          </w:rPr>
          <w:t>Contact us for c</w:t>
        </w:r>
        <w:r>
          <w:rPr>
            <w:rFonts w:eastAsia="Arial" w:cs="Arial"/>
            <w:b/>
            <w:color w:val="0A66D8"/>
            <w:szCs w:val="21"/>
            <w:u w:val="single"/>
          </w:rPr>
          <w:t>ustom RFP writing services</w:t>
        </w:r>
      </w:hyperlink>
    </w:p>
    <w:p w:rsidR="00794AF3" w:rsidRDefault="000C7E7C">
      <w:pPr>
        <w:jc w:val="center"/>
      </w:pPr>
      <w:r>
        <w:rPr>
          <w:rFonts w:eastAsia="Arial" w:cs="Arial"/>
          <w:b/>
          <w:color w:val="0B2A4A"/>
          <w:szCs w:val="21"/>
        </w:rPr>
        <w:t>1 (800) 916 3864 x9902</w:t>
      </w:r>
    </w:p>
    <w:p w:rsidR="00794AF3" w:rsidRDefault="00794AF3"/>
    <w:p w:rsidR="00794AF3" w:rsidRDefault="00794AF3"/>
    <w:sectPr w:rsidR="00794AF3" w:rsidSect="00034616">
      <w:headerReference w:type="default" r:id="rId13"/>
      <w:footerReference w:type="default" r:id="rId14"/>
      <w:pgSz w:w="12240" w:h="15840"/>
      <w:pgMar w:top="936" w:right="979" w:bottom="893" w:left="979" w:header="403" w:footer="40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C7E7C" w:rsidRDefault="000C7E7C">
      <w:pPr>
        <w:spacing w:after="0" w:line="240" w:lineRule="auto"/>
      </w:pPr>
      <w:r>
        <w:separator/>
      </w:r>
    </w:p>
  </w:endnote>
  <w:endnote w:type="continuationSeparator" w:id="0">
    <w:p w:rsidR="000C7E7C" w:rsidRDefault="000C7E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4AF3" w:rsidRDefault="000C7E7C">
    <w:pPr>
      <w:pStyle w:val="Footer"/>
      <w:jc w:val="center"/>
    </w:pPr>
    <w:r>
      <w:rPr>
        <w:color w:val="6B7280"/>
        <w:sz w:val="16"/>
      </w:rPr>
      <w:t xml:space="preserve">Thought Media™  •  Enterprise &amp; Public Sector Procurement  •  Page </w:t>
    </w:r>
    <w:r>
      <w:fldChar w:fldCharType="begin"/>
    </w:r>
    <w:r>
      <w:instrText xml:space="preserve"> PAGE </w:instrText>
    </w:r>
    <w:r>
      <w:fldChar w:fldCharType="separate"/>
    </w:r>
    <w:r w:rsidR="00671B0C">
      <w:rPr>
        <w:noProof/>
      </w:rPr>
      <w:t>16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C7E7C" w:rsidRDefault="000C7E7C">
      <w:pPr>
        <w:spacing w:after="0" w:line="240" w:lineRule="auto"/>
      </w:pPr>
      <w:r>
        <w:separator/>
      </w:r>
    </w:p>
  </w:footnote>
  <w:footnote w:type="continuationSeparator" w:id="0">
    <w:p w:rsidR="000C7E7C" w:rsidRDefault="000C7E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4AF3" w:rsidRDefault="000C7E7C">
    <w:pPr>
      <w:pStyle w:val="Header"/>
      <w:jc w:val="center"/>
    </w:pPr>
    <w:r>
      <w:rPr>
        <w:rFonts w:eastAsia="Arial" w:cs="Arial"/>
        <w:b/>
        <w:color w:val="0B2A4A"/>
        <w:sz w:val="18"/>
        <w:szCs w:val="18"/>
      </w:rPr>
      <w:t>THOUGHT MEDIA™  |  GRAPHIC DESIGN RFP TEMPLATE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0C7E7C"/>
    <w:rsid w:val="0015074B"/>
    <w:rsid w:val="0029639D"/>
    <w:rsid w:val="00326F90"/>
    <w:rsid w:val="00671B0C"/>
    <w:rsid w:val="00794AF3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2" w:lineRule="auto"/>
    </w:pPr>
    <w:rPr>
      <w:rFonts w:ascii="Arial" w:hAnsi="Arial"/>
      <w:color w:val="1F2937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/>
      <w:outlineLvl w:val="0"/>
    </w:pPr>
    <w:rPr>
      <w:rFonts w:asciiTheme="majorHAnsi" w:eastAsiaTheme="majorEastAsia" w:hAnsiTheme="majorHAnsi" w:cstheme="majorBidi"/>
      <w:b/>
      <w:bCs/>
      <w:color w:val="0B2A4A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/>
      <w:outlineLvl w:val="1"/>
    </w:pPr>
    <w:rPr>
      <w:rFonts w:asciiTheme="majorHAnsi" w:eastAsiaTheme="majorEastAsia" w:hAnsiTheme="majorHAnsi" w:cstheme="majorBidi"/>
      <w:b/>
      <w:bCs/>
      <w:color w:val="0A66D8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/>
      <w:b/>
      <w:bCs/>
      <w:color w:val="123D6B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40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40"/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mallNote">
    <w:name w:val="Small Note"/>
    <w:rPr>
      <w:rFonts w:ascii="Arial" w:hAnsi="Arial"/>
      <w:color w:val="566573"/>
      <w:sz w:val="18"/>
    </w:rPr>
  </w:style>
  <w:style w:type="paragraph" w:customStyle="1" w:styleId="AIInstruction">
    <w:name w:val="AI Instruction"/>
    <w:pPr>
      <w:spacing w:before="80" w:after="100"/>
    </w:pPr>
    <w:rPr>
      <w:rFonts w:ascii="Arial" w:hAnsi="Arial"/>
      <w:color w:val="0B2A4A"/>
      <w:sz w:val="19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71B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1B0C"/>
    <w:rPr>
      <w:rFonts w:ascii="Tahoma" w:hAnsi="Tahoma" w:cs="Tahoma"/>
      <w:color w:val="1F2937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2" w:lineRule="auto"/>
    </w:pPr>
    <w:rPr>
      <w:rFonts w:ascii="Arial" w:hAnsi="Arial"/>
      <w:color w:val="1F2937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/>
      <w:outlineLvl w:val="0"/>
    </w:pPr>
    <w:rPr>
      <w:rFonts w:asciiTheme="majorHAnsi" w:eastAsiaTheme="majorEastAsia" w:hAnsiTheme="majorHAnsi" w:cstheme="majorBidi"/>
      <w:b/>
      <w:bCs/>
      <w:color w:val="0B2A4A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/>
      <w:outlineLvl w:val="1"/>
    </w:pPr>
    <w:rPr>
      <w:rFonts w:asciiTheme="majorHAnsi" w:eastAsiaTheme="majorEastAsia" w:hAnsiTheme="majorHAnsi" w:cstheme="majorBidi"/>
      <w:b/>
      <w:bCs/>
      <w:color w:val="0A66D8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/>
      <w:b/>
      <w:bCs/>
      <w:color w:val="123D6B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40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40"/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mallNote">
    <w:name w:val="Small Note"/>
    <w:rPr>
      <w:rFonts w:ascii="Arial" w:hAnsi="Arial"/>
      <w:color w:val="566573"/>
      <w:sz w:val="18"/>
    </w:rPr>
  </w:style>
  <w:style w:type="paragraph" w:customStyle="1" w:styleId="AIInstruction">
    <w:name w:val="AI Instruction"/>
    <w:pPr>
      <w:spacing w:before="80" w:after="100"/>
    </w:pPr>
    <w:rPr>
      <w:rFonts w:ascii="Arial" w:hAnsi="Arial"/>
      <w:color w:val="0B2A4A"/>
      <w:sz w:val="19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71B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1B0C"/>
    <w:rPr>
      <w:rFonts w:ascii="Tahoma" w:hAnsi="Tahoma" w:cs="Tahoma"/>
      <w:color w:val="1F2937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www.thoughtmedia.com/contact/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thoughtmedia.com/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s://www.thoughtmedia.com/contact/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441DF28-7097-4A2D-8A32-FB07E07C05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16</Pages>
  <Words>4099</Words>
  <Characters>23365</Characters>
  <Application>Microsoft Office Word</Application>
  <DocSecurity>0</DocSecurity>
  <Lines>194</Lines>
  <Paragraphs>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27410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Admin</cp:lastModifiedBy>
  <cp:revision>2</cp:revision>
  <dcterms:created xsi:type="dcterms:W3CDTF">2013-12-23T23:15:00Z</dcterms:created>
  <dcterms:modified xsi:type="dcterms:W3CDTF">2026-11-02T17:19:00Z</dcterms:modified>
  <cp:category/>
</cp:coreProperties>
</file>