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cs="Arial"/>
          <w:sz w:val="21"/>
        </w:rPr>
        <w:drawing>
          <wp:inline xmlns:a="http://schemas.openxmlformats.org/drawingml/2006/main" xmlns:pic="http://schemas.openxmlformats.org/drawingml/2006/picture">
            <wp:extent cx="5257800" cy="2336800"/>
            <wp:docPr id="1" name="Picture 1"/>
            <wp:cNvGraphicFramePr>
              <a:graphicFrameLocks noChangeAspect="1"/>
            </wp:cNvGraphicFramePr>
            <a:graphic>
              <a:graphicData uri="http://schemas.openxmlformats.org/drawingml/2006/picture">
                <pic:pic>
                  <pic:nvPicPr>
                    <pic:cNvPr id="0" name="ThoughtMedia-logo-2026(1).jpg"/>
                    <pic:cNvPicPr/>
                  </pic:nvPicPr>
                  <pic:blipFill>
                    <a:blip r:embed="rId9"/>
                    <a:stretch>
                      <a:fillRect/>
                    </a:stretch>
                  </pic:blipFill>
                  <pic:spPr>
                    <a:xfrm>
                      <a:off x="0" y="0"/>
                      <a:ext cx="5257800" cy="2336800"/>
                    </a:xfrm>
                    <a:prstGeom prst="rect"/>
                  </pic:spPr>
                </pic:pic>
              </a:graphicData>
            </a:graphic>
          </wp:inline>
        </w:drawing>
      </w:r>
    </w:p>
    <w:p>
      <w:pPr>
        <w:jc w:val="center"/>
      </w:pPr>
      <w:r>
        <w:rPr>
          <w:rFonts w:ascii="Arial" w:hAnsi="Arial" w:eastAsia="Arial" w:cs="Arial"/>
          <w:b/>
          <w:color w:val="0B2A4A"/>
          <w:sz w:val="50"/>
        </w:rPr>
        <w:t>MANAGED HOSTING &amp; CLOUD SERVICES</w:t>
      </w:r>
    </w:p>
    <w:p>
      <w:pPr>
        <w:jc w:val="center"/>
      </w:pPr>
      <w:r>
        <w:rPr>
          <w:rFonts w:ascii="Arial" w:hAnsi="Arial" w:eastAsia="Arial" w:cs="Arial"/>
          <w:b/>
          <w:color w:val="0A66D8"/>
          <w:sz w:val="40"/>
        </w:rPr>
        <w:t>REQUEST FOR PROPOSAL TEMPLATE</w:t>
      </w:r>
    </w:p>
    <w:p>
      <w:pPr>
        <w:jc w:val="center"/>
      </w:pPr>
      <w:r>
        <w:rPr>
          <w:rFonts w:ascii="Arial" w:hAnsi="Arial" w:eastAsia="Arial" w:cs="Arial"/>
          <w:b w:val="0"/>
          <w:color w:val="4B5563"/>
          <w:sz w:val="24"/>
        </w:rPr>
        <w:t>Enterprise &amp; Public Sector Procurement</w:t>
      </w:r>
    </w:p>
    <w:p>
      <w:pPr>
        <w:jc w:val="center"/>
      </w:pPr>
      <w:r>
        <w:rPr>
          <w:rFonts w:ascii="Arial" w:hAnsi="Arial" w:eastAsia="Arial" w:cs="Arial"/>
          <w:b/>
          <w:color w:val="0B2A4A"/>
          <w:sz w:val="22"/>
        </w:rPr>
        <w:t>AI PROMPT-READY EDITION</w:t>
      </w:r>
    </w:p>
    <w:p>
      <w:pPr>
        <w:jc w:val="center"/>
      </w:pPr>
      <w:r>
        <w:rPr>
          <w:rFonts w:ascii="Arial" w:hAnsi="Arial" w:eastAsia="Arial" w:cs="Arial"/>
          <w:b w:val="0"/>
          <w:color w:val="4B5563"/>
          <w:sz w:val="19"/>
        </w:rPr>
        <w:t>Embedded instructions for ChatGPT, Copilot, Gemini, Claude, Perplexity and enterprise AI assistants</w:t>
      </w:r>
    </w:p>
    <w:p/>
    <w:tbl>
      <w:tblPr>
        <w:tblW w:type="auto" w:w="0"/>
        <w:jc w:val="center"/>
        <w:tblLayout w:type="fixed"/>
        <w:tblLook w:firstColumn="1" w:firstRow="1" w:lastColumn="0" w:lastRow="0" w:noHBand="0" w:noVBand="1" w:val="04A0"/>
      </w:tblPr>
      <w:tblGrid>
        <w:gridCol w:w="5112"/>
        <w:gridCol w:w="5112"/>
      </w:tblGrid>
      <w:tr>
        <w:tc>
          <w:tcPr>
            <w:tcW w:type="dxa" w:w="3240"/>
            <w:shd w:fill="F3F6F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vAlign w:val="center"/>
          </w:tcPr>
          <w:p>
            <w:r>
              <w:rPr>
                <w:rFonts w:ascii="Arial" w:hAnsi="Arial" w:eastAsia="Arial" w:cs="Arial"/>
                <w:b/>
                <w:color w:val="0B2A4A"/>
                <w:sz w:val="19"/>
              </w:rPr>
              <w:t>Issuing Organization</w:t>
            </w:r>
          </w:p>
        </w:tc>
        <w:tc>
          <w:tcPr>
            <w:tcW w:type="dxa" w:w="6480"/>
            <w:tcMar>
              <w:top w:w="80" w:type="dxa"/>
              <w:start w:w="90" w:type="dxa"/>
              <w:bottom w:w="80" w:type="dxa"/>
              <w:end w:w="90" w:type="dxa"/>
            </w:tcMar>
            <w:shd w:fill="F3F6FA"/>
            <w:tcBorders>
              <w:top w:val="single" w:sz="4" w:color="B7C5D4"/>
              <w:left w:val="single" w:sz="4" w:color="B7C5D4"/>
              <w:bottom w:val="single" w:sz="4" w:color="B7C5D4"/>
              <w:right w:val="single" w:sz="4" w:color="B7C5D4"/>
              <w:insideH w:val="single" w:sz="4" w:color="B7C5D4"/>
              <w:insideV w:val="single" w:sz="4" w:color="B7C5D4"/>
            </w:tcBorders>
            <w:vAlign w:val="center"/>
          </w:tcPr>
          <w:p>
            <w:r>
              <w:rPr>
                <w:rFonts w:ascii="Arial" w:hAnsi="Arial" w:eastAsia="Arial" w:cs="Arial"/>
                <w:b w:val="0"/>
                <w:sz w:val="19"/>
              </w:rPr>
              <w:t>[ORGANIZATION NAME]</w:t>
            </w:r>
          </w:p>
        </w:tc>
      </w:tr>
      <w:tr>
        <w:tc>
          <w:tcPr>
            <w:tcW w:type="dxa" w:w="3240"/>
            <w:shd w:fill="FFFFFF"/>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vAlign w:val="center"/>
          </w:tcPr>
          <w:p>
            <w:r>
              <w:rPr>
                <w:rFonts w:ascii="Arial" w:hAnsi="Arial" w:eastAsia="Arial" w:cs="Arial"/>
                <w:b/>
                <w:color w:val="0B2A4A"/>
                <w:sz w:val="19"/>
              </w:rPr>
              <w:t>RFP / Solicitation No.</w:t>
            </w:r>
          </w:p>
        </w:tc>
        <w:tc>
          <w:tcPr>
            <w:tcW w:type="dxa" w:w="6480"/>
            <w:tcMar>
              <w:top w:w="80" w:type="dxa"/>
              <w:start w:w="90" w:type="dxa"/>
              <w:bottom w:w="80" w:type="dxa"/>
              <w:end w:w="90" w:type="dxa"/>
            </w:tcMar>
            <w:shd w:fill="FFFFFF"/>
            <w:tcBorders>
              <w:top w:val="single" w:sz="4" w:color="B7C5D4"/>
              <w:left w:val="single" w:sz="4" w:color="B7C5D4"/>
              <w:bottom w:val="single" w:sz="4" w:color="B7C5D4"/>
              <w:right w:val="single" w:sz="4" w:color="B7C5D4"/>
              <w:insideH w:val="single" w:sz="4" w:color="B7C5D4"/>
              <w:insideV w:val="single" w:sz="4" w:color="B7C5D4"/>
            </w:tcBorders>
            <w:vAlign w:val="center"/>
          </w:tcPr>
          <w:p>
            <w:r>
              <w:rPr>
                <w:rFonts w:ascii="Arial" w:hAnsi="Arial" w:eastAsia="Arial" w:cs="Arial"/>
                <w:b w:val="0"/>
                <w:sz w:val="19"/>
              </w:rPr>
              <w:t>[RFP NUMBER]</w:t>
            </w:r>
          </w:p>
        </w:tc>
      </w:tr>
      <w:tr>
        <w:tc>
          <w:tcPr>
            <w:tcW w:type="dxa" w:w="3240"/>
            <w:shd w:fill="F3F6F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vAlign w:val="center"/>
          </w:tcPr>
          <w:p>
            <w:r>
              <w:rPr>
                <w:rFonts w:ascii="Arial" w:hAnsi="Arial" w:eastAsia="Arial" w:cs="Arial"/>
                <w:b/>
                <w:color w:val="0B2A4A"/>
                <w:sz w:val="19"/>
              </w:rPr>
              <w:t>Project Name</w:t>
            </w:r>
          </w:p>
        </w:tc>
        <w:tc>
          <w:tcPr>
            <w:tcW w:type="dxa" w:w="6480"/>
            <w:tcMar>
              <w:top w:w="80" w:type="dxa"/>
              <w:start w:w="90" w:type="dxa"/>
              <w:bottom w:w="80" w:type="dxa"/>
              <w:end w:w="90" w:type="dxa"/>
            </w:tcMar>
            <w:shd w:fill="F3F6FA"/>
            <w:tcBorders>
              <w:top w:val="single" w:sz="4" w:color="B7C5D4"/>
              <w:left w:val="single" w:sz="4" w:color="B7C5D4"/>
              <w:bottom w:val="single" w:sz="4" w:color="B7C5D4"/>
              <w:right w:val="single" w:sz="4" w:color="B7C5D4"/>
              <w:insideH w:val="single" w:sz="4" w:color="B7C5D4"/>
              <w:insideV w:val="single" w:sz="4" w:color="B7C5D4"/>
            </w:tcBorders>
            <w:vAlign w:val="center"/>
          </w:tcPr>
          <w:p>
            <w:r>
              <w:rPr>
                <w:rFonts w:ascii="Arial" w:hAnsi="Arial" w:eastAsia="Arial" w:cs="Arial"/>
                <w:b w:val="0"/>
                <w:sz w:val="19"/>
              </w:rPr>
              <w:t>[PROJECT NAME]</w:t>
            </w:r>
          </w:p>
        </w:tc>
      </w:tr>
      <w:tr>
        <w:tc>
          <w:tcPr>
            <w:tcW w:type="dxa" w:w="3240"/>
            <w:shd w:fill="FFFFFF"/>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vAlign w:val="center"/>
          </w:tcPr>
          <w:p>
            <w:r>
              <w:rPr>
                <w:rFonts w:ascii="Arial" w:hAnsi="Arial" w:eastAsia="Arial" w:cs="Arial"/>
                <w:b/>
                <w:color w:val="0B2A4A"/>
                <w:sz w:val="19"/>
              </w:rPr>
              <w:t>Issue Date</w:t>
            </w:r>
          </w:p>
        </w:tc>
        <w:tc>
          <w:tcPr>
            <w:tcW w:type="dxa" w:w="6480"/>
            <w:tcMar>
              <w:top w:w="80" w:type="dxa"/>
              <w:start w:w="90" w:type="dxa"/>
              <w:bottom w:w="80" w:type="dxa"/>
              <w:end w:w="90" w:type="dxa"/>
            </w:tcMar>
            <w:shd w:fill="FFFFFF"/>
            <w:tcBorders>
              <w:top w:val="single" w:sz="4" w:color="B7C5D4"/>
              <w:left w:val="single" w:sz="4" w:color="B7C5D4"/>
              <w:bottom w:val="single" w:sz="4" w:color="B7C5D4"/>
              <w:right w:val="single" w:sz="4" w:color="B7C5D4"/>
              <w:insideH w:val="single" w:sz="4" w:color="B7C5D4"/>
              <w:insideV w:val="single" w:sz="4" w:color="B7C5D4"/>
            </w:tcBorders>
            <w:vAlign w:val="center"/>
          </w:tcPr>
          <w:p>
            <w:r>
              <w:rPr>
                <w:rFonts w:ascii="Arial" w:hAnsi="Arial" w:eastAsia="Arial" w:cs="Arial"/>
                <w:b w:val="0"/>
                <w:sz w:val="19"/>
              </w:rPr>
              <w:t>[DATE]</w:t>
            </w:r>
          </w:p>
        </w:tc>
      </w:tr>
      <w:tr>
        <w:tc>
          <w:tcPr>
            <w:tcW w:type="dxa" w:w="3240"/>
            <w:shd w:fill="F3F6F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vAlign w:val="center"/>
          </w:tcPr>
          <w:p>
            <w:r>
              <w:rPr>
                <w:rFonts w:ascii="Arial" w:hAnsi="Arial" w:eastAsia="Arial" w:cs="Arial"/>
                <w:b/>
                <w:color w:val="0B2A4A"/>
                <w:sz w:val="19"/>
              </w:rPr>
              <w:t>Proposal Due</w:t>
            </w:r>
          </w:p>
        </w:tc>
        <w:tc>
          <w:tcPr>
            <w:tcW w:type="dxa" w:w="6480"/>
            <w:tcMar>
              <w:top w:w="80" w:type="dxa"/>
              <w:start w:w="90" w:type="dxa"/>
              <w:bottom w:w="80" w:type="dxa"/>
              <w:end w:w="90" w:type="dxa"/>
            </w:tcMar>
            <w:shd w:fill="F3F6FA"/>
            <w:tcBorders>
              <w:top w:val="single" w:sz="4" w:color="B7C5D4"/>
              <w:left w:val="single" w:sz="4" w:color="B7C5D4"/>
              <w:bottom w:val="single" w:sz="4" w:color="B7C5D4"/>
              <w:right w:val="single" w:sz="4" w:color="B7C5D4"/>
              <w:insideH w:val="single" w:sz="4" w:color="B7C5D4"/>
              <w:insideV w:val="single" w:sz="4" w:color="B7C5D4"/>
            </w:tcBorders>
            <w:vAlign w:val="center"/>
          </w:tcPr>
          <w:p>
            <w:r>
              <w:rPr>
                <w:rFonts w:ascii="Arial" w:hAnsi="Arial" w:eastAsia="Arial" w:cs="Arial"/>
                <w:b w:val="0"/>
                <w:sz w:val="19"/>
              </w:rPr>
              <w:t>[DATE / TIME / TIME ZONE]</w:t>
            </w:r>
          </w:p>
        </w:tc>
      </w:tr>
    </w:tbl>
    <w:p/>
    <w:p>
      <w:pPr>
        <w:jc w:val="center"/>
      </w:pPr>
      <w:r>
        <w:rPr>
          <w:rFonts w:ascii="Arial" w:hAnsi="Arial" w:eastAsia="Arial" w:cs="Arial"/>
          <w:b/>
          <w:color w:val="0B2A4A"/>
          <w:sz w:val="20"/>
        </w:rPr>
        <w:t>Free professional template provided by Thought Media™</w:t>
      </w:r>
    </w:p>
    <w:p>
      <w:pPr>
        <w:jc w:val="center"/>
      </w:pPr>
      <w:r>
        <w:rPr>
          <w:rFonts w:ascii="Arial" w:hAnsi="Arial" w:eastAsia="Arial" w:cs="Arial"/>
          <w:sz w:val="19"/>
        </w:rPr>
        <w:t xml:space="preserve">Customize with your procurement, legal, risk, security and accessibility teams before release. </w:t>
      </w:r>
      <w:hyperlink r:id="rId10">
        <w:r>
          <w:rPr>
            <w:color w:val="0563C1"/>
            <w:u w:val="single"/>
          </w:rPr>
          <w:t>Contact us</w:t>
        </w:r>
      </w:hyperlink>
      <w:r>
        <w:rPr>
          <w:rFonts w:ascii="Arial" w:hAnsi="Arial" w:eastAsia="Arial" w:cs="Arial"/>
          <w:sz w:val="19"/>
        </w:rPr>
        <w:t xml:space="preserve"> for assistance with custom RFP writing services.</w:t>
      </w:r>
    </w:p>
    <w:p>
      <w:pPr>
        <w:jc w:val="center"/>
      </w:pPr>
      <w:r>
        <w:rPr>
          <w:rFonts w:ascii="Arial" w:hAnsi="Arial" w:eastAsia="Arial" w:cs="Arial"/>
          <w:color w:val="4B5563"/>
          <w:sz w:val="19"/>
        </w:rPr>
        <w:t>This template is a procurement-planning resource and should be adapted to the issuing organization’s policies, applicable law and contracting requirements.</w:t>
      </w:r>
    </w:p>
    <w:p>
      <w:r>
        <w:rPr>
          <w:rFonts w:ascii="Arial" w:hAnsi="Arial" w:eastAsia="Arial" w:cs="Arial"/>
          <w:sz w:val="21"/>
        </w:rPr>
        <w:br w:type="page"/>
      </w:r>
    </w:p>
    <w:p>
      <w:pPr>
        <w:pStyle w:val="Heading1"/>
      </w:pPr>
      <w:r>
        <w:rPr>
          <w:rFonts w:ascii="Arial" w:hAnsi="Arial" w:eastAsia="Arial" w:cs="Arial"/>
        </w:rPr>
        <w:t>How to Use This Template</w:t>
      </w:r>
    </w:p>
    <w:p>
      <w:r>
        <w:rPr>
          <w:rFonts w:ascii="Arial" w:hAnsi="Arial" w:eastAsia="Arial" w:cs="Arial"/>
          <w:sz w:val="21"/>
        </w:rPr>
        <w:t>This template is designed for U.S. enterprise and public-sector procurements involving managed website/application hosting, public cloud, private cloud, hybrid cloud, infrastructure operations, migrations, monitoring, cybersecurity, backup/disaster recovery, service desk support and ongoing managed services. Replace bracketed placeholders, remove non-applicable requirements, and obtain procurement/legal/security review before release.</w:t>
      </w:r>
    </w:p>
    <w:p>
      <w:r>
        <w:rPr>
          <w:rFonts w:ascii="Arial" w:hAnsi="Arial" w:eastAsia="Arial" w:cs="Arial"/>
          <w:sz w:val="21"/>
        </w:rPr>
        <w:t>Recommended workflow:</w:t>
      </w:r>
    </w:p>
    <w:p>
      <w:pPr>
        <w:pStyle w:val="ListNumber"/>
      </w:pPr>
      <w:r>
        <w:rPr>
          <w:rFonts w:ascii="Arial" w:hAnsi="Arial" w:eastAsia="Arial" w:cs="Arial"/>
          <w:sz w:val="21"/>
        </w:rPr>
        <w:t>Inventory workloads, dependencies, domains, DNS, certificates, databases, storage, network requirements and current hosting costs.</w:t>
      </w:r>
    </w:p>
    <w:p>
      <w:pPr>
        <w:pStyle w:val="ListNumber"/>
      </w:pPr>
      <w:r>
        <w:rPr>
          <w:rFonts w:ascii="Arial" w:hAnsi="Arial" w:eastAsia="Arial" w:cs="Arial"/>
          <w:sz w:val="21"/>
        </w:rPr>
        <w:t>Classify workload criticality, availability targets, recovery requirements, security/privacy obligations and data-location constraints.</w:t>
      </w:r>
    </w:p>
    <w:p>
      <w:pPr>
        <w:pStyle w:val="ListNumber"/>
      </w:pPr>
      <w:r>
        <w:rPr>
          <w:rFonts w:ascii="Arial" w:hAnsi="Arial" w:eastAsia="Arial" w:cs="Arial"/>
          <w:sz w:val="21"/>
        </w:rPr>
        <w:t>Decide the target hosting model and which responsibilities remain with the organization versus the managed service provider.</w:t>
      </w:r>
    </w:p>
    <w:p>
      <w:pPr>
        <w:pStyle w:val="ListNumber"/>
      </w:pPr>
      <w:r>
        <w:rPr>
          <w:rFonts w:ascii="Arial" w:hAnsi="Arial" w:eastAsia="Arial" w:cs="Arial"/>
          <w:sz w:val="21"/>
        </w:rPr>
        <w:t>Complete the Scope of Work, service levels, pricing schedule and evaluation model before publishing.</w:t>
      </w:r>
    </w:p>
    <w:p>
      <w:pPr>
        <w:pStyle w:val="ListNumber"/>
      </w:pPr>
      <w:r>
        <w:rPr>
          <w:rFonts w:ascii="Arial" w:hAnsi="Arial" w:eastAsia="Arial" w:cs="Arial"/>
          <w:sz w:val="21"/>
        </w:rPr>
        <w:t>Conduct procurement, legal, security, privacy, records and business-continuity review.</w:t>
      </w:r>
    </w:p>
    <w:p>
      <w:pPr>
        <w:pStyle w:val="ListNumber"/>
      </w:pPr>
      <w:r>
        <w:rPr>
          <w:rFonts w:ascii="Arial" w:hAnsi="Arial" w:eastAsia="Arial" w:cs="Arial"/>
          <w:sz w:val="21"/>
        </w:rPr>
        <w:t>Release the RFP with a defined bidder question period and addenda process.</w:t>
      </w:r>
    </w:p>
    <w:p>
      <w:pPr>
        <w:pStyle w:val="ListNumber"/>
      </w:pPr>
      <w:r>
        <w:rPr>
          <w:rFonts w:ascii="Arial" w:hAnsi="Arial" w:eastAsia="Arial" w:cs="Arial"/>
          <w:sz w:val="21"/>
        </w:rPr>
        <w:t>Evaluate proposals only against the published criteria and documented procurement rules.</w:t>
      </w:r>
    </w:p>
    <w:tbl>
      <w:tblPr>
        <w:tblW w:type="auto" w:w="0"/>
        <w:jc w:val="center"/>
        <w:tblLook w:firstColumn="1" w:firstRow="1" w:lastColumn="0" w:lastRow="0" w:noHBand="0" w:noVBand="1" w:val="04A0"/>
      </w:tblPr>
      <w:tblGrid>
        <w:gridCol w:w="10224"/>
      </w:tblGrid>
      <w:tr>
        <w:tc>
          <w:tcPr>
            <w:tcW w:type="dxa" w:w="10224"/>
            <w:shd w:fill="FFF4CC"/>
            <w:tcMar>
              <w:top w:w="100" w:type="dxa"/>
              <w:start w:w="120" w:type="dxa"/>
              <w:bottom w:w="100" w:type="dxa"/>
              <w:end w:w="12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sz w:val="18"/>
              </w:rPr>
              <w:t>IMPORTANT — PROCUREMENT ADAPTATION</w:t>
              <w:br/>
            </w:r>
            <w:r>
              <w:rPr>
                <w:rFonts w:ascii="Arial" w:hAnsi="Arial" w:eastAsia="Arial" w:cs="Arial"/>
                <w:sz w:val="18"/>
              </w:rPr>
              <w:t>Federal, state, local, education, health, utility and other public-sector entities may be subject to specific security, records, privacy, cloud, data-residency, continuity, contract and procurement requirements. Treat this document as a professional starting framework—not a substitute for entity-specific legal, security or procurement review.</w:t>
            </w:r>
          </w:p>
        </w:tc>
      </w:tr>
    </w:tbl>
    <w:p>
      <w:r>
        <w:br w:type="page"/>
      </w:r>
    </w:p>
    <w:p>
      <w:pPr>
        <w:pStyle w:val="Heading1"/>
      </w:pPr>
      <w:r>
        <w:rPr>
          <w:rFonts w:ascii="Arial" w:hAnsi="Arial" w:eastAsia="Arial" w:cs="Arial"/>
        </w:rPr>
        <w:t>AI Operating Instructions</w:t>
      </w:r>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Before drafting, ask the user for workloads, current providers, domains, applications, traffic, databases, storage, integrations, criticality, uptime needs, RTO/RPO, security controls, compliance obligations, data-location requirements, cloud preferences, migration timing, support expectations and budget model. Never invent SLAs, compliance requirements, insurance limits, cloud certifications or cost assumptions. Mark unresolved items as [TO BE CONFIRMED].</w:t>
            </w:r>
          </w:p>
        </w:tc>
      </w:tr>
    </w:tbl>
    <w:p/>
    <w:p>
      <w:pPr>
        <w:spacing w:after="40"/>
        <w:ind w:left="72"/>
      </w:pPr>
      <w:r>
        <w:rPr>
          <w:rFonts w:ascii="Arial" w:hAnsi="Arial" w:eastAsia="Arial" w:cs="Arial"/>
          <w:sz w:val="20"/>
        </w:rPr>
        <w:t>☐ Ask targeted questions when infrastructure facts are missing.</w:t>
      </w:r>
    </w:p>
    <w:p>
      <w:pPr>
        <w:spacing w:after="40"/>
        <w:ind w:left="72"/>
      </w:pPr>
      <w:r>
        <w:rPr>
          <w:rFonts w:ascii="Arial" w:hAnsi="Arial" w:eastAsia="Arial" w:cs="Arial"/>
          <w:sz w:val="20"/>
        </w:rPr>
        <w:t>☐ Separate organization-owned responsibilities from provider responsibilities.</w:t>
      </w:r>
    </w:p>
    <w:p>
      <w:pPr>
        <w:spacing w:after="40"/>
        <w:ind w:left="72"/>
      </w:pPr>
      <w:r>
        <w:rPr>
          <w:rFonts w:ascii="Arial" w:hAnsi="Arial" w:eastAsia="Arial" w:cs="Arial"/>
          <w:sz w:val="20"/>
        </w:rPr>
        <w:t>☐ Do not claim compliance merely because a cloud platform has a certification.</w:t>
      </w:r>
    </w:p>
    <w:p>
      <w:pPr>
        <w:spacing w:after="40"/>
        <w:ind w:left="72"/>
      </w:pPr>
      <w:r>
        <w:rPr>
          <w:rFonts w:ascii="Arial" w:hAnsi="Arial" w:eastAsia="Arial" w:cs="Arial"/>
          <w:sz w:val="20"/>
        </w:rPr>
        <w:t>☐ Flag legal, security, privacy, records, data-location, insurance and public-sector terms for human review.</w:t>
      </w:r>
    </w:p>
    <w:p>
      <w:pPr>
        <w:spacing w:after="40"/>
        <w:ind w:left="72"/>
      </w:pPr>
      <w:r>
        <w:rPr>
          <w:rFonts w:ascii="Arial" w:hAnsi="Arial" w:eastAsia="Arial" w:cs="Arial"/>
          <w:sz w:val="20"/>
        </w:rPr>
        <w:t>☐ When proposing SLAs, RTO/RPO or evaluation weights, explain the rationale and leave final values for approval.</w:t>
      </w:r>
    </w:p>
    <w:p>
      <w:pPr>
        <w:spacing w:after="40"/>
        <w:ind w:left="72"/>
      </w:pPr>
      <w:r>
        <w:rPr>
          <w:rFonts w:ascii="Arial" w:hAnsi="Arial" w:eastAsia="Arial" w:cs="Arial"/>
          <w:sz w:val="20"/>
        </w:rPr>
        <w:t>☐ Treat exit planning, data portability and credential transfer as mandatory considerations.</w:t>
      </w:r>
    </w:p>
    <w:p>
      <w:r>
        <w:br w:type="page"/>
      </w:r>
    </w:p>
    <w:p>
      <w:pPr>
        <w:pStyle w:val="Heading1"/>
      </w:pPr>
      <w:r>
        <w:rPr>
          <w:rFonts w:ascii="Arial" w:hAnsi="Arial" w:eastAsia="Arial" w:cs="Arial"/>
        </w:rPr>
        <w:t>Table of Contents</w:t>
      </w:r>
    </w:p>
    <w:p>
      <w:pPr>
        <w:jc w:val="center"/>
      </w:pPr>
      <w:r>
        <w:rPr>
          <w:rFonts w:ascii="Arial" w:hAnsi="Arial"/>
          <w:color w:val="4B5563"/>
          <w:sz w:val="18"/>
        </w:rPr>
        <w:t>Select a section title or page number to jump to that section.</w:t>
      </w:r>
    </w:p>
    <w:tbl>
      <w:tblPr>
        <w:tblW w:type="auto" w:w="0"/>
        <w:jc w:val="center"/>
        <w:tblLayout w:type="fixed"/>
        <w:tblLook w:firstColumn="1" w:firstRow="1" w:lastColumn="0" w:lastRow="0" w:noHBand="0" w:noVBand="1" w:val="04A0"/>
      </w:tblPr>
      <w:tblGrid>
        <w:gridCol w:w="5112"/>
        <w:gridCol w:w="5112"/>
      </w:tblGrid>
      <w:tr>
        <w:tc>
          <w:tcPr>
            <w:tcW w:type="dxa" w:w="864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Section</w:t>
            </w:r>
          </w:p>
        </w:tc>
        <w:tc>
          <w:tcPr>
            <w:tcW w:type="dxa" w:w="1007"/>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Page</w:t>
            </w:r>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procurement_administration" w:history="1">
              <w:r>
                <w:rPr>
                  <w:color w:val="123D6B"/>
                  <w:u w:val="single"/>
                  <w:sz w:val="18"/>
                </w:rPr>
                <w:t>1. Procurement Administration</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procurement_administration" w:history="1">
              <w:r>
                <w:rPr>
                  <w:color w:val="123D6B"/>
                  <w:u w:val="single"/>
                  <w:sz w:val="18"/>
                </w:rPr>
                <w:t>5</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organization_hosting_background" w:history="1">
              <w:r>
                <w:rPr>
                  <w:color w:val="123D6B"/>
                  <w:u w:val="single"/>
                  <w:sz w:val="18"/>
                </w:rPr>
                <w:t>2. Organization &amp; Hosting Background</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organization_hosting_background" w:history="1">
              <w:r>
                <w:rPr>
                  <w:color w:val="123D6B"/>
                  <w:u w:val="single"/>
                  <w:sz w:val="18"/>
                </w:rPr>
                <w:t>6</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project_objectives" w:history="1">
              <w:r>
                <w:rPr>
                  <w:color w:val="123D6B"/>
                  <w:u w:val="single"/>
                  <w:sz w:val="18"/>
                </w:rPr>
                <w:t>3. Project Objectives &amp; Success Measures</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project_objectives" w:history="1">
              <w:r>
                <w:rPr>
                  <w:color w:val="123D6B"/>
                  <w:u w:val="single"/>
                  <w:sz w:val="18"/>
                </w:rPr>
                <w:t>6</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current_environment" w:history="1">
              <w:r>
                <w:rPr>
                  <w:color w:val="123D6B"/>
                  <w:u w:val="single"/>
                  <w:sz w:val="18"/>
                </w:rPr>
                <w:t>4. Current Environment &amp; Workload Inventory</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current_environment" w:history="1">
              <w:r>
                <w:rPr>
                  <w:color w:val="123D6B"/>
                  <w:u w:val="single"/>
                  <w:sz w:val="18"/>
                </w:rPr>
                <w:t>7</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scope_of_work" w:history="1">
              <w:r>
                <w:rPr>
                  <w:color w:val="123D6B"/>
                  <w:u w:val="single"/>
                  <w:sz w:val="18"/>
                </w:rPr>
                <w:t>5. Scope of Work</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scope_of_work" w:history="1">
              <w:r>
                <w:rPr>
                  <w:color w:val="123D6B"/>
                  <w:u w:val="single"/>
                  <w:sz w:val="18"/>
                </w:rPr>
                <w:t>8</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target_architecture" w:history="1">
              <w:r>
                <w:rPr>
                  <w:color w:val="123D6B"/>
                  <w:u w:val="single"/>
                  <w:sz w:val="18"/>
                </w:rPr>
                <w:t>6. Target Architecture &amp; Hosting Model</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target_architecture" w:history="1">
              <w:r>
                <w:rPr>
                  <w:color w:val="123D6B"/>
                  <w:u w:val="single"/>
                  <w:sz w:val="18"/>
                </w:rPr>
                <w:t>9</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migration_transition" w:history="1">
              <w:r>
                <w:rPr>
                  <w:color w:val="123D6B"/>
                  <w:u w:val="single"/>
                  <w:sz w:val="18"/>
                </w:rPr>
                <w:t>7. Migration, Cutover &amp; Transition</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migration_transition" w:history="1">
              <w:r>
                <w:rPr>
                  <w:color w:val="123D6B"/>
                  <w:u w:val="single"/>
                  <w:sz w:val="18"/>
                </w:rPr>
                <w:t>9</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availability_slas" w:history="1">
              <w:r>
                <w:rPr>
                  <w:color w:val="123D6B"/>
                  <w:u w:val="single"/>
                  <w:sz w:val="18"/>
                </w:rPr>
                <w:t>8. Availability, SLAs &amp; Performance</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availability_slas" w:history="1">
              <w:r>
                <w:rPr>
                  <w:color w:val="123D6B"/>
                  <w:u w:val="single"/>
                  <w:sz w:val="18"/>
                </w:rPr>
                <w:t>10</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backup_dr" w:history="1">
              <w:r>
                <w:rPr>
                  <w:color w:val="123D6B"/>
                  <w:u w:val="single"/>
                  <w:sz w:val="18"/>
                </w:rPr>
                <w:t>9. Backup, Disaster Recovery &amp; Business Continuity</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backup_dr" w:history="1">
              <w:r>
                <w:rPr>
                  <w:color w:val="123D6B"/>
                  <w:u w:val="single"/>
                  <w:sz w:val="18"/>
                </w:rPr>
                <w:t>11</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security_privacy" w:history="1">
              <w:r>
                <w:rPr>
                  <w:color w:val="123D6B"/>
                  <w:u w:val="single"/>
                  <w:sz w:val="18"/>
                </w:rPr>
                <w:t>10. Cybersecurity, Privacy &amp; Compliance</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security_privacy" w:history="1">
              <w:r>
                <w:rPr>
                  <w:color w:val="123D6B"/>
                  <w:u w:val="single"/>
                  <w:sz w:val="18"/>
                </w:rPr>
                <w:t>11</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monitoring_incident" w:history="1">
              <w:r>
                <w:rPr>
                  <w:color w:val="123D6B"/>
                  <w:u w:val="single"/>
                  <w:sz w:val="18"/>
                </w:rPr>
                <w:t>11. Monitoring, Logging &amp; Incident Response</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monitoring_incident" w:history="1">
              <w:r>
                <w:rPr>
                  <w:color w:val="123D6B"/>
                  <w:u w:val="single"/>
                  <w:sz w:val="18"/>
                </w:rPr>
                <w:t>12</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operations_change" w:history="1">
              <w:r>
                <w:rPr>
                  <w:color w:val="123D6B"/>
                  <w:u w:val="single"/>
                  <w:sz w:val="18"/>
                </w:rPr>
                <w:t>12. Operations, Patching &amp; Change Management</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operations_change" w:history="1">
              <w:r>
                <w:rPr>
                  <w:color w:val="123D6B"/>
                  <w:u w:val="single"/>
                  <w:sz w:val="18"/>
                </w:rPr>
                <w:t>12</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support_escalation" w:history="1">
              <w:r>
                <w:rPr>
                  <w:color w:val="123D6B"/>
                  <w:u w:val="single"/>
                  <w:sz w:val="18"/>
                </w:rPr>
                <w:t>13. Support, Service Desk &amp; Escalation</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support_escalation" w:history="1">
              <w:r>
                <w:rPr>
                  <w:color w:val="123D6B"/>
                  <w:u w:val="single"/>
                  <w:sz w:val="18"/>
                </w:rPr>
                <w:t>13</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data_portability" w:history="1">
              <w:r>
                <w:rPr>
                  <w:color w:val="123D6B"/>
                  <w:u w:val="single"/>
                  <w:sz w:val="18"/>
                </w:rPr>
                <w:t>14. Data Residency, Portability &amp; Exit Planning</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data_portability" w:history="1">
              <w:r>
                <w:rPr>
                  <w:color w:val="123D6B"/>
                  <w:u w:val="single"/>
                  <w:sz w:val="18"/>
                </w:rPr>
                <w:t>13</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deliverables_acceptance" w:history="1">
              <w:r>
                <w:rPr>
                  <w:color w:val="123D6B"/>
                  <w:u w:val="single"/>
                  <w:sz w:val="18"/>
                </w:rPr>
                <w:t>15. Deliverables &amp; Acceptance Criteria</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deliverables_acceptance" w:history="1">
              <w:r>
                <w:rPr>
                  <w:color w:val="123D6B"/>
                  <w:u w:val="single"/>
                  <w:sz w:val="18"/>
                </w:rPr>
                <w:t>14</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schedule_governance" w:history="1">
              <w:r>
                <w:rPr>
                  <w:color w:val="123D6B"/>
                  <w:u w:val="single"/>
                  <w:sz w:val="18"/>
                </w:rPr>
                <w:t>16. Project Schedule &amp; Governance</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schedule_governance" w:history="1">
              <w:r>
                <w:rPr>
                  <w:color w:val="123D6B"/>
                  <w:u w:val="single"/>
                  <w:sz w:val="18"/>
                </w:rPr>
                <w:t>15</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bidder_qualifications" w:history="1">
              <w:r>
                <w:rPr>
                  <w:color w:val="123D6B"/>
                  <w:u w:val="single"/>
                  <w:sz w:val="18"/>
                </w:rPr>
                <w:t>17. Bidder Qualifications &amp; Key Personnel</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bidder_qualifications" w:history="1">
              <w:r>
                <w:rPr>
                  <w:color w:val="123D6B"/>
                  <w:u w:val="single"/>
                  <w:sz w:val="18"/>
                </w:rPr>
                <w:t>15</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proposal_instructions" w:history="1">
              <w:r>
                <w:rPr>
                  <w:color w:val="123D6B"/>
                  <w:u w:val="single"/>
                  <w:sz w:val="18"/>
                </w:rPr>
                <w:t>18. Proposal Response Instructions</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proposal_instructions" w:history="1">
              <w:r>
                <w:rPr>
                  <w:color w:val="123D6B"/>
                  <w:u w:val="single"/>
                  <w:sz w:val="18"/>
                </w:rPr>
                <w:t>16</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pricing_schedule" w:history="1">
              <w:r>
                <w:rPr>
                  <w:color w:val="123D6B"/>
                  <w:u w:val="single"/>
                  <w:sz w:val="18"/>
                </w:rPr>
                <w:t>19. Pricing Schedule</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pricing_schedule" w:history="1">
              <w:r>
                <w:rPr>
                  <w:color w:val="123D6B"/>
                  <w:u w:val="single"/>
                  <w:sz w:val="18"/>
                </w:rPr>
                <w:t>16</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evaluation_methodology" w:history="1">
              <w:r>
                <w:rPr>
                  <w:color w:val="123D6B"/>
                  <w:u w:val="single"/>
                  <w:sz w:val="18"/>
                </w:rPr>
                <w:t>20. Evaluation Methodology</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evaluation_methodology" w:history="1">
              <w:r>
                <w:rPr>
                  <w:color w:val="123D6B"/>
                  <w:u w:val="single"/>
                  <w:sz w:val="18"/>
                </w:rPr>
                <w:t>18</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commercial_requirements" w:history="1">
              <w:r>
                <w:rPr>
                  <w:color w:val="123D6B"/>
                  <w:u w:val="single"/>
                  <w:sz w:val="18"/>
                </w:rPr>
                <w:t>21. Commercial, Insurance &amp; Contract Requirements</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commercial_requirements" w:history="1">
              <w:r>
                <w:rPr>
                  <w:color w:val="123D6B"/>
                  <w:u w:val="single"/>
                  <w:sz w:val="18"/>
                </w:rPr>
                <w:t>18</w:t>
              </w:r>
            </w:hyperlink>
          </w:p>
        </w:tc>
      </w:tr>
      <w:tr>
        <w:tc>
          <w:tcPr>
            <w:tcW w:type="dxa" w:w="8640"/>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hyperlink w:anchor="submission_addenda" w:history="1">
              <w:r>
                <w:rPr>
                  <w:color w:val="123D6B"/>
                  <w:u w:val="single"/>
                  <w:sz w:val="18"/>
                </w:rPr>
                <w:t>22. Submission, Questions &amp; Addenda</w:t>
              </w:r>
            </w:hyperlink>
          </w:p>
        </w:tc>
        <w:tc>
          <w:tcPr>
            <w:tcW w:type="dxa" w:w="1007"/>
            <w:shd w:fill="F3F6FA"/>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pPr>
              <w:jc w:val="right"/>
            </w:pPr>
            <w:hyperlink w:anchor="submission_addenda" w:history="1">
              <w:r>
                <w:rPr>
                  <w:color w:val="123D6B"/>
                  <w:u w:val="single"/>
                  <w:sz w:val="18"/>
                </w:rPr>
                <w:t>19</w:t>
              </w:r>
            </w:hyperlink>
          </w:p>
        </w:tc>
      </w:tr>
      <w:tr>
        <w:tc>
          <w:tcPr>
            <w:tcW w:type="dxa" w:w="8640"/>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hyperlink w:anchor="appendices_response_forms" w:history="1">
              <w:r>
                <w:rPr>
                  <w:color w:val="123D6B"/>
                  <w:u w:val="single"/>
                  <w:sz w:val="18"/>
                </w:rPr>
                <w:t>23. Appendices &amp; Response Forms</w:t>
              </w:r>
            </w:hyperlink>
          </w:p>
        </w:tc>
        <w:tc>
          <w:tcPr>
            <w:tcW w:type="dxa" w:w="1007"/>
            <w:tcMar>
              <w:top w:w="65" w:type="dxa"/>
              <w:start w:w="90" w:type="dxa"/>
              <w:bottom w:w="65" w:type="dxa"/>
              <w:end w:w="90" w:type="dxa"/>
            </w:tcMar>
            <w:tcBorders>
              <w:top w:val="single" w:sz="4" w:color="B7C5D4"/>
              <w:left w:val="single" w:sz="4" w:color="B7C5D4"/>
              <w:bottom w:val="single" w:sz="4" w:color="B7C5D4"/>
              <w:right w:val="single" w:sz="4" w:color="B7C5D4"/>
              <w:insideH w:val="single" w:sz="4" w:color="B7C5D4"/>
              <w:insideV w:val="single" w:sz="4" w:color="B7C5D4"/>
            </w:tcBorders>
            <w:shd w:fill="FFFFFF"/>
          </w:tcPr>
          <w:p>
            <w:pPr>
              <w:jc w:val="right"/>
            </w:pPr>
            <w:hyperlink w:anchor="appendices_response_forms" w:history="1">
              <w:r>
                <w:rPr>
                  <w:color w:val="123D6B"/>
                  <w:u w:val="single"/>
                  <w:sz w:val="18"/>
                </w:rPr>
                <w:t>20</w:t>
              </w:r>
            </w:hyperlink>
          </w:p>
        </w:tc>
      </w:tr>
    </w:tbl>
    <w:p>
      <w:r>
        <w:rPr>
          <w:rFonts w:ascii="Arial" w:hAnsi="Arial" w:eastAsia="Arial" w:cs="Arial"/>
          <w:sz w:val="21"/>
        </w:rPr>
        <w:br w:type="page"/>
      </w:r>
    </w:p>
    <w:p>
      <w:bookmarkStart w:id="100" w:name="procurement_administration"/>
      <w:pPr>
        <w:pStyle w:val="Heading1"/>
      </w:pPr>
      <w:r>
        <w:rPr>
          <w:rFonts w:ascii="Arial" w:hAnsi="Arial" w:eastAsia="Arial" w:cs="Arial"/>
        </w:rPr>
        <w:t>1. Procurement Administration</w:t>
      </w:r>
      <w:bookmarkEnd w:id="100"/>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Populate only with confirmed procurement facts. Ask for missing dates, contacts, solicitation number, submission method and time zone. Do not infer them.</w:t>
            </w:r>
          </w:p>
        </w:tc>
      </w:tr>
    </w:tbl>
    <w:p/>
    <w:tbl>
      <w:tblPr>
        <w:tblW w:type="auto" w:w="0"/>
        <w:jc w:val="center"/>
        <w:tblLayout w:type="fixed"/>
        <w:tblLook w:firstColumn="1" w:firstRow="1" w:lastColumn="0" w:lastRow="0" w:noHBand="0" w:noVBand="1" w:val="04A0"/>
      </w:tblPr>
      <w:tblGrid>
        <w:gridCol w:w="5112"/>
        <w:gridCol w:w="5112"/>
      </w:tblGrid>
      <w:tr>
        <w:trPr>
          <w:tblHeader w:val="true"/>
        </w:trPr>
        <w:tc>
          <w:tcPr>
            <w:tcW w:type="dxa" w:w="3311"/>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Field</w:t>
            </w:r>
          </w:p>
        </w:tc>
        <w:tc>
          <w:tcPr>
            <w:tcW w:type="dxa" w:w="6336"/>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Information</w:t>
            </w:r>
          </w:p>
        </w:tc>
      </w:tr>
      <w:tr>
        <w:tc>
          <w:tcPr>
            <w:tcW w:type="dxa" w:w="331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Issuing Organization</w:t>
            </w:r>
          </w:p>
        </w:tc>
        <w:tc>
          <w:tcPr>
            <w:tcW w:type="dxa" w:w="633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[ORGANIZATION LEGAL NAME]</w:t>
            </w:r>
          </w:p>
        </w:tc>
      </w:tr>
      <w:tr>
        <w:tc>
          <w:tcPr>
            <w:tcW w:type="dxa" w:w="331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RFP / Solicitation Number</w:t>
            </w:r>
          </w:p>
        </w:tc>
        <w:tc>
          <w:tcPr>
            <w:tcW w:type="dxa" w:w="633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[RFP NUMBER]</w:t>
            </w:r>
          </w:p>
        </w:tc>
      </w:tr>
      <w:tr>
        <w:tc>
          <w:tcPr>
            <w:tcW w:type="dxa" w:w="331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Project Name</w:t>
            </w:r>
          </w:p>
        </w:tc>
        <w:tc>
          <w:tcPr>
            <w:tcW w:type="dxa" w:w="633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[PROJECT NAME]</w:t>
            </w:r>
          </w:p>
        </w:tc>
      </w:tr>
      <w:tr>
        <w:tc>
          <w:tcPr>
            <w:tcW w:type="dxa" w:w="331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Procurement Contact</w:t>
            </w:r>
          </w:p>
        </w:tc>
        <w:tc>
          <w:tcPr>
            <w:tcW w:type="dxa" w:w="633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[NAME / TITLE / EMAIL]</w:t>
            </w:r>
          </w:p>
        </w:tc>
      </w:tr>
      <w:tr>
        <w:tc>
          <w:tcPr>
            <w:tcW w:type="dxa" w:w="331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Issue Date</w:t>
            </w:r>
          </w:p>
        </w:tc>
        <w:tc>
          <w:tcPr>
            <w:tcW w:type="dxa" w:w="633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r>
      <w:tr>
        <w:tc>
          <w:tcPr>
            <w:tcW w:type="dxa" w:w="331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Questions Due</w:t>
            </w:r>
          </w:p>
        </w:tc>
        <w:tc>
          <w:tcPr>
            <w:tcW w:type="dxa" w:w="633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 / TIME / TIME ZONE]</w:t>
            </w:r>
          </w:p>
        </w:tc>
      </w:tr>
      <w:tr>
        <w:tc>
          <w:tcPr>
            <w:tcW w:type="dxa" w:w="331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Proposal Due</w:t>
            </w:r>
          </w:p>
        </w:tc>
        <w:tc>
          <w:tcPr>
            <w:tcW w:type="dxa" w:w="633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 / TIME / TIME ZONE]</w:t>
            </w:r>
          </w:p>
        </w:tc>
      </w:tr>
      <w:tr>
        <w:tc>
          <w:tcPr>
            <w:tcW w:type="dxa" w:w="331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Submission Method</w:t>
            </w:r>
          </w:p>
        </w:tc>
        <w:tc>
          <w:tcPr>
            <w:tcW w:type="dxa" w:w="633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[PORTAL / EMAIL / OTHER]</w:t>
            </w:r>
          </w:p>
        </w:tc>
      </w:tr>
    </w:tbl>
    <w:p/>
    <w:p>
      <w:pPr>
        <w:pStyle w:val="Heading2"/>
      </w:pPr>
      <w:r>
        <w:rPr>
          <w:rFonts w:ascii="Arial" w:hAnsi="Arial" w:eastAsia="Arial" w:cs="Arial"/>
        </w:rPr>
        <w:t>1.1 Procurement Schedule</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446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Milestone</w:t>
            </w:r>
          </w:p>
        </w:tc>
        <w:tc>
          <w:tcPr>
            <w:tcW w:type="dxa" w:w="2015"/>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Target Date</w:t>
            </w:r>
          </w:p>
        </w:tc>
        <w:tc>
          <w:tcPr>
            <w:tcW w:type="dxa" w:w="316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Notes</w:t>
            </w:r>
          </w:p>
        </w:tc>
      </w:tr>
      <w:tr>
        <w:tc>
          <w:tcPr>
            <w:tcW w:type="dxa" w:w="446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RFP issued</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46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Pre-proposal conference / infrastructure briefing</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 / N/A]</w:t>
            </w:r>
          </w:p>
        </w:tc>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[Virtual / in-person / optional / mandatory]</w:t>
            </w:r>
          </w:p>
        </w:tc>
      </w:tr>
      <w:tr>
        <w:tc>
          <w:tcPr>
            <w:tcW w:type="dxa" w:w="446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Bidder questions due</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46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Responses / final addendum</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w:t>
            </w:r>
          </w:p>
        </w:tc>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446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Proposals due</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46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Technical interviews / solution reviews</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 RANGE]</w:t>
            </w:r>
          </w:p>
        </w:tc>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If applicable</w:t>
            </w:r>
          </w:p>
        </w:tc>
      </w:tr>
      <w:tr>
        <w:tc>
          <w:tcPr>
            <w:tcW w:type="dxa" w:w="446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Anticipated award</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46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Transition / kickoff</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w:t>
            </w:r>
          </w:p>
        </w:tc>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bl>
    <w:p/>
    <w:p>
      <w:pPr>
        <w:pStyle w:val="Heading2"/>
      </w:pPr>
      <w:r>
        <w:rPr>
          <w:rFonts w:ascii="Arial" w:hAnsi="Arial" w:eastAsia="Arial" w:cs="Arial"/>
        </w:rPr>
        <w:t>1.2 Procurement Rules &amp; Communications</w:t>
      </w:r>
    </w:p>
    <w:p>
      <w:pPr>
        <w:pStyle w:val="ListBullet"/>
      </w:pPr>
      <w:r>
        <w:rPr>
          <w:rFonts w:ascii="Arial" w:hAnsi="Arial" w:eastAsia="Arial" w:cs="Arial"/>
          <w:sz w:val="21"/>
        </w:rPr>
        <w:t>All communications regarding this RFP must be directed to the designated procurement contact unless otherwise stated.</w:t>
      </w:r>
    </w:p>
    <w:p>
      <w:pPr>
        <w:pStyle w:val="ListBullet"/>
      </w:pPr>
      <w:r>
        <w:rPr>
          <w:rFonts w:ascii="Arial" w:hAnsi="Arial" w:eastAsia="Arial" w:cs="Arial"/>
          <w:sz w:val="21"/>
        </w:rPr>
        <w:t>Oral interpretations are non-binding unless confirmed through a written addendum.</w:t>
      </w:r>
    </w:p>
    <w:p>
      <w:pPr>
        <w:pStyle w:val="ListBullet"/>
      </w:pPr>
      <w:r>
        <w:rPr>
          <w:rFonts w:ascii="Arial" w:hAnsi="Arial" w:eastAsia="Arial" w:cs="Arial"/>
          <w:sz w:val="21"/>
        </w:rPr>
        <w:t>Bidders are responsible for monitoring the designated procurement portal or distribution method for addenda.</w:t>
      </w:r>
    </w:p>
    <w:p>
      <w:pPr>
        <w:pStyle w:val="ListBullet"/>
      </w:pPr>
      <w:r>
        <w:rPr>
          <w:rFonts w:ascii="Arial" w:hAnsi="Arial" w:eastAsia="Arial" w:cs="Arial"/>
          <w:sz w:val="21"/>
        </w:rPr>
        <w:t>Any assumptions affecting SLA, architecture, migration effort, security scope or pricing must be explicitly identified.</w:t>
      </w:r>
    </w:p>
    <w:p>
      <w:pPr>
        <w:pStyle w:val="ListBullet"/>
      </w:pPr>
      <w:r>
        <w:rPr>
          <w:rFonts w:ascii="Arial" w:hAnsi="Arial" w:eastAsia="Arial" w:cs="Arial"/>
          <w:sz w:val="21"/>
        </w:rPr>
        <w:t>Replace reservation-of-rights language with organization-approved procurement language.</w:t>
      </w:r>
    </w:p>
    <w:p>
      <w:bookmarkStart w:id="101" w:name="organization_hosting_background"/>
      <w:pPr>
        <w:pStyle w:val="Heading1"/>
      </w:pPr>
      <w:r>
        <w:rPr>
          <w:rFonts w:ascii="Arial" w:hAnsi="Arial" w:eastAsia="Arial" w:cs="Arial"/>
        </w:rPr>
        <w:t>2. Organization &amp; Hosting Background</w:t>
      </w:r>
      <w:bookmarkEnd w:id="101"/>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Draft a concise organization and hosting context using only supplied facts. Include mission, users, digital services, current hosting model, pain points, upcoming changes and procurement drivers. Ask for missing facts.</w:t>
            </w:r>
          </w:p>
        </w:tc>
      </w:tr>
    </w:tbl>
    <w:p/>
    <w:p>
      <w:r>
        <w:rPr>
          <w:rFonts w:ascii="Arial" w:hAnsi="Arial" w:eastAsia="Arial" w:cs="Arial"/>
          <w:sz w:val="21"/>
        </w:rPr>
        <w:t>[ORGANIZATION NAME] is [brief factual description]. The organization currently operates [WEBSITES / APPLICATIONS / PORTALS / APIs / DATA SERVICES] using [CURRENT PROVIDERS / DATA CENTERS / CLOUD PLATFORMS]. This procurement seeks a qualified managed hosting/cloud partner to provide secure, reliable and scalable infrastructure and operational services for [PROJECT / WORKLOADS].</w:t>
      </w:r>
    </w:p>
    <w:p>
      <w:pPr>
        <w:pStyle w:val="Heading2"/>
      </w:pPr>
      <w:r>
        <w:rPr>
          <w:rFonts w:ascii="Arial" w:hAnsi="Arial" w:eastAsia="Arial" w:cs="Arial"/>
        </w:rPr>
        <w:t>2.1 Project Drivers</w:t>
      </w:r>
    </w:p>
    <w:p>
      <w:pPr>
        <w:pStyle w:val="ListBullet"/>
      </w:pPr>
      <w:r>
        <w:rPr>
          <w:rFonts w:ascii="Arial" w:hAnsi="Arial" w:eastAsia="Arial" w:cs="Arial"/>
          <w:sz w:val="21"/>
        </w:rPr>
        <w:t>[CURRENT CONTRACT EXPIRY / REPROCUREMENT]</w:t>
      </w:r>
    </w:p>
    <w:p>
      <w:pPr>
        <w:pStyle w:val="ListBullet"/>
      </w:pPr>
      <w:r>
        <w:rPr>
          <w:rFonts w:ascii="Arial" w:hAnsi="Arial" w:eastAsia="Arial" w:cs="Arial"/>
          <w:sz w:val="21"/>
        </w:rPr>
        <w:t>[PERFORMANCE / RELIABILITY ISSUES]</w:t>
      </w:r>
    </w:p>
    <w:p>
      <w:pPr>
        <w:pStyle w:val="ListBullet"/>
      </w:pPr>
      <w:r>
        <w:rPr>
          <w:rFonts w:ascii="Arial" w:hAnsi="Arial" w:eastAsia="Arial" w:cs="Arial"/>
          <w:sz w:val="21"/>
        </w:rPr>
        <w:t>[SECURITY / COMPLIANCE REQUIREMENTS]</w:t>
      </w:r>
    </w:p>
    <w:p>
      <w:pPr>
        <w:pStyle w:val="ListBullet"/>
      </w:pPr>
      <w:r>
        <w:rPr>
          <w:rFonts w:ascii="Arial" w:hAnsi="Arial" w:eastAsia="Arial" w:cs="Arial"/>
          <w:sz w:val="21"/>
        </w:rPr>
        <w:t>[CLOUD MODERNIZATION / DATA CENTER EXIT]</w:t>
      </w:r>
    </w:p>
    <w:p>
      <w:pPr>
        <w:pStyle w:val="ListBullet"/>
      </w:pPr>
      <w:r>
        <w:rPr>
          <w:rFonts w:ascii="Arial" w:hAnsi="Arial" w:eastAsia="Arial" w:cs="Arial"/>
          <w:sz w:val="21"/>
        </w:rPr>
        <w:t>[GROWTH / SCALABILITY]</w:t>
      </w:r>
    </w:p>
    <w:p>
      <w:pPr>
        <w:pStyle w:val="ListBullet"/>
      </w:pPr>
      <w:r>
        <w:rPr>
          <w:rFonts w:ascii="Arial" w:hAnsi="Arial" w:eastAsia="Arial" w:cs="Arial"/>
          <w:sz w:val="21"/>
        </w:rPr>
        <w:t>[NEED FOR 24x7 MONITORING / SUPPORT]</w:t>
      </w:r>
    </w:p>
    <w:p>
      <w:pPr>
        <w:pStyle w:val="ListBullet"/>
      </w:pPr>
      <w:r>
        <w:rPr>
          <w:rFonts w:ascii="Arial" w:hAnsi="Arial" w:eastAsia="Arial" w:cs="Arial"/>
          <w:sz w:val="21"/>
        </w:rPr>
        <w:t>[COST / GOVERNANCE / CONSOLIDATION]</w:t>
      </w:r>
    </w:p>
    <w:p>
      <w:pPr>
        <w:pStyle w:val="Heading2"/>
      </w:pPr>
      <w:r>
        <w:rPr>
          <w:rFonts w:ascii="Arial" w:hAnsi="Arial" w:eastAsia="Arial" w:cs="Arial"/>
        </w:rPr>
        <w:t>2.2 Stakeholders &amp; Service Owners</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88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Stakeholder</w:t>
            </w:r>
          </w:p>
        </w:tc>
        <w:tc>
          <w:tcPr>
            <w:tcW w:type="dxa" w:w="244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Role</w:t>
            </w:r>
          </w:p>
        </w:tc>
        <w:tc>
          <w:tcPr>
            <w:tcW w:type="dxa" w:w="4031"/>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Primary Needs / Concerns</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Executive Sponsor</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[ROLE]</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Availability, risk, cost, outcomes</w:t>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IT / Infrastructure</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[ROLE]</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Architecture, operations, support</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Cybersecurity</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[ROLE]</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Controls, monitoring, incident response</w:t>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Application / Web Owners</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[ROLE]</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Performance, releases, support</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Procurement / Legal</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[ROLE]</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Commercial, contractual, vendor risk</w:t>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Business / Public Users</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[GROUPS]</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Availability, speed, trust</w:t>
            </w:r>
          </w:p>
        </w:tc>
      </w:tr>
    </w:tbl>
    <w:p/>
    <w:p>
      <w:bookmarkStart w:id="102" w:name="project_objectives"/>
      <w:pPr>
        <w:pStyle w:val="Heading1"/>
      </w:pPr>
      <w:r>
        <w:rPr>
          <w:rFonts w:ascii="Arial" w:hAnsi="Arial" w:eastAsia="Arial" w:cs="Arial"/>
        </w:rPr>
        <w:t>3. Project Objectives &amp; Success Measures</w:t>
      </w:r>
      <w:bookmarkEnd w:id="102"/>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Convert stated hosting outcomes into 6–10 measurable objectives. Do not invent numeric SLA or cost targets. Mark unknown values [TARGET TO BE CONFIRMED].</w:t>
            </w:r>
          </w:p>
        </w:tc>
      </w:tr>
    </w:tbl>
    <w:p/>
    <w:p>
      <w:pPr>
        <w:spacing w:after="40"/>
        <w:ind w:left="72"/>
      </w:pPr>
      <w:r>
        <w:rPr>
          <w:rFonts w:ascii="Arial" w:hAnsi="Arial" w:eastAsia="Arial" w:cs="Arial"/>
          <w:sz w:val="20"/>
        </w:rPr>
        <w:t>☐ Provide a secure, resilient and supportable hosting environment.</w:t>
      </w:r>
    </w:p>
    <w:p>
      <w:pPr>
        <w:spacing w:after="40"/>
        <w:ind w:left="72"/>
      </w:pPr>
      <w:r>
        <w:rPr>
          <w:rFonts w:ascii="Arial" w:hAnsi="Arial" w:eastAsia="Arial" w:cs="Arial"/>
          <w:sz w:val="20"/>
        </w:rPr>
        <w:t>☐ Meet approved availability and performance objectives.</w:t>
      </w:r>
    </w:p>
    <w:p>
      <w:pPr>
        <w:spacing w:after="40"/>
        <w:ind w:left="72"/>
      </w:pPr>
      <w:r>
        <w:rPr>
          <w:rFonts w:ascii="Arial" w:hAnsi="Arial" w:eastAsia="Arial" w:cs="Arial"/>
          <w:sz w:val="20"/>
        </w:rPr>
        <w:t>☐ Establish documented backup, disaster-recovery and business-continuity capabilities.</w:t>
      </w:r>
    </w:p>
    <w:p>
      <w:pPr>
        <w:spacing w:after="40"/>
        <w:ind w:left="72"/>
      </w:pPr>
      <w:r>
        <w:rPr>
          <w:rFonts w:ascii="Arial" w:hAnsi="Arial" w:eastAsia="Arial" w:cs="Arial"/>
          <w:sz w:val="20"/>
        </w:rPr>
        <w:t>☐ Improve infrastructure monitoring, logging and operational visibility.</w:t>
      </w:r>
    </w:p>
    <w:p>
      <w:pPr>
        <w:spacing w:after="40"/>
        <w:ind w:left="72"/>
      </w:pPr>
      <w:r>
        <w:rPr>
          <w:rFonts w:ascii="Arial" w:hAnsi="Arial" w:eastAsia="Arial" w:cs="Arial"/>
          <w:sz w:val="20"/>
        </w:rPr>
        <w:t>☐ Provide predictable support, escalation and incident-response processes.</w:t>
      </w:r>
    </w:p>
    <w:p>
      <w:pPr>
        <w:spacing w:after="40"/>
        <w:ind w:left="72"/>
      </w:pPr>
      <w:r>
        <w:rPr>
          <w:rFonts w:ascii="Arial" w:hAnsi="Arial" w:eastAsia="Arial" w:cs="Arial"/>
          <w:sz w:val="20"/>
        </w:rPr>
        <w:t>☐ Enable controlled scaling for growth, campaigns and peak demand.</w:t>
      </w:r>
    </w:p>
    <w:p>
      <w:pPr>
        <w:spacing w:after="40"/>
        <w:ind w:left="72"/>
      </w:pPr>
      <w:r>
        <w:rPr>
          <w:rFonts w:ascii="Arial" w:hAnsi="Arial" w:eastAsia="Arial" w:cs="Arial"/>
          <w:sz w:val="20"/>
        </w:rPr>
        <w:t>☐ Maintain organization ownership of domains, data, configurations and transferable assets.</w:t>
      </w:r>
    </w:p>
    <w:p>
      <w:pPr>
        <w:spacing w:after="40"/>
        <w:ind w:left="72"/>
      </w:pPr>
      <w:r>
        <w:rPr>
          <w:rFonts w:ascii="Arial" w:hAnsi="Arial" w:eastAsia="Arial" w:cs="Arial"/>
          <w:sz w:val="20"/>
        </w:rPr>
        <w:t>☐ Support cloud and platform modernization where appropriate.</w:t>
      </w:r>
    </w:p>
    <w:p>
      <w:pPr>
        <w:spacing w:after="40"/>
        <w:ind w:left="72"/>
      </w:pPr>
      <w:r>
        <w:rPr>
          <w:rFonts w:ascii="Arial" w:hAnsi="Arial" w:eastAsia="Arial" w:cs="Arial"/>
          <w:sz w:val="20"/>
        </w:rPr>
        <w:t>☐ Reduce operational risk and avoid unnecessary vendor lock-in.</w:t>
      </w:r>
    </w:p>
    <w:p>
      <w:pPr>
        <w:pStyle w:val="Heading2"/>
      </w:pPr>
      <w:r>
        <w:rPr>
          <w:rFonts w:ascii="Arial" w:hAnsi="Arial" w:eastAsia="Arial" w:cs="Arial"/>
        </w:rPr>
        <w:t>3.1 Key Performance Indicators</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288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KPI / Measure</w:t>
            </w:r>
          </w:p>
        </w:tc>
        <w:tc>
          <w:tcPr>
            <w:tcW w:type="dxa" w:w="187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Baseline</w:t>
            </w:r>
          </w:p>
        </w:tc>
        <w:tc>
          <w:tcPr>
            <w:tcW w:type="dxa" w:w="244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Target / Threshold</w:t>
            </w:r>
          </w:p>
        </w:tc>
        <w:tc>
          <w:tcPr>
            <w:tcW w:type="dxa" w:w="230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Measurement Source</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Service availability</w:t>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[BASELINE]</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[TARGET %]</w:t>
            </w:r>
          </w:p>
        </w:tc>
        <w:tc>
          <w:tcPr>
            <w:tcW w:type="dxa" w:w="230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Monitoring / SLA report</w:t>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Critical incident response</w:t>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[BASELINE]</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w:t>
            </w:r>
          </w:p>
        </w:tc>
        <w:tc>
          <w:tcPr>
            <w:tcW w:type="dxa" w:w="230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Ticketing / incident data</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Backup success rate</w:t>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[BASELINE]</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[TARGET]</w:t>
            </w:r>
          </w:p>
        </w:tc>
        <w:tc>
          <w:tcPr>
            <w:tcW w:type="dxa" w:w="230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Backup reports</w:t>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Recovery test success</w:t>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[BASELINE]</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w:t>
            </w:r>
          </w:p>
        </w:tc>
        <w:tc>
          <w:tcPr>
            <w:tcW w:type="dxa" w:w="230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DR test results</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Performance / response time</w:t>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[BASELINE]</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[TARGET]</w:t>
            </w:r>
          </w:p>
        </w:tc>
        <w:tc>
          <w:tcPr>
            <w:tcW w:type="dxa" w:w="230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APM / synthetic monitoring</w:t>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Change success rate</w:t>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[BASELINE]</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w:t>
            </w:r>
          </w:p>
        </w:tc>
        <w:tc>
          <w:tcPr>
            <w:tcW w:type="dxa" w:w="230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Change records</w:t>
            </w:r>
          </w:p>
        </w:tc>
      </w:tr>
    </w:tbl>
    <w:p/>
    <w:p>
      <w:bookmarkStart w:id="103" w:name="current_environment"/>
      <w:pPr>
        <w:pStyle w:val="Heading1"/>
      </w:pPr>
      <w:r>
        <w:rPr>
          <w:rFonts w:ascii="Arial" w:hAnsi="Arial" w:eastAsia="Arial" w:cs="Arial"/>
        </w:rPr>
        <w:t>4. Current Environment &amp; Workload Inventory</w:t>
      </w:r>
      <w:bookmarkEnd w:id="103"/>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Build a workload inventory from confirmed systems. Ask for platform, environment, traffic, storage, database, dependencies, criticality, compliance, current host and support owner. Do not guess resource sizing.</w:t>
            </w:r>
          </w:p>
        </w:tc>
      </w:tr>
    </w:tbl>
    <w:p/>
    <w:p>
      <w:pPr>
        <w:pStyle w:val="Heading2"/>
      </w:pPr>
      <w:r>
        <w:rPr>
          <w:rFonts w:ascii="Arial" w:hAnsi="Arial" w:eastAsia="Arial" w:cs="Arial"/>
        </w:rPr>
        <w:t>4.1 Workload Inventory</w:t>
      </w:r>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trPr>
        <w:tc>
          <w:tcPr>
            <w:tcW w:type="dxa" w:w="244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Workload / Service</w:t>
            </w:r>
          </w:p>
        </w:tc>
        <w:tc>
          <w:tcPr>
            <w:tcW w:type="dxa" w:w="244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Technology / Platform</w:t>
            </w:r>
          </w:p>
        </w:tc>
        <w:tc>
          <w:tcPr>
            <w:tcW w:type="dxa" w:w="230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Environment / Scale</w:t>
            </w:r>
          </w:p>
        </w:tc>
        <w:tc>
          <w:tcPr>
            <w:tcW w:type="dxa" w:w="144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Criticality</w:t>
            </w:r>
          </w:p>
        </w:tc>
        <w:tc>
          <w:tcPr>
            <w:tcW w:type="dxa" w:w="172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Current Provider</w:t>
            </w:r>
          </w:p>
        </w:tc>
      </w:tr>
      <w:tr>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[WEBSITE / APP]</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[CMS / STACK]</w:t>
            </w:r>
          </w:p>
        </w:tc>
        <w:tc>
          <w:tcPr>
            <w:tcW w:type="dxa" w:w="230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[TRAFFIC / RESOURCES]</w:t>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[TIER]</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[PROVIDER]</w:t>
            </w:r>
          </w:p>
        </w:tc>
      </w:tr>
      <w:tr>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[DATABASE]</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[ENGINE / VERSION]</w:t>
            </w:r>
          </w:p>
        </w:tc>
        <w:tc>
          <w:tcPr>
            <w:tcW w:type="dxa" w:w="230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[SIZE / IOPS]</w:t>
            </w:r>
          </w:p>
        </w:tc>
        <w:tc>
          <w:tcPr>
            <w:tcW w:type="dxa" w:w="144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[TIER]</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[PROVIDER]</w:t>
            </w:r>
          </w:p>
        </w:tc>
      </w:tr>
      <w:tr>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[API / SERVICE]</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[STACK]</w:t>
            </w:r>
          </w:p>
        </w:tc>
        <w:tc>
          <w:tcPr>
            <w:tcW w:type="dxa" w:w="230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[LOAD]</w:t>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[TIER]</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[PROVIDER]</w:t>
            </w:r>
          </w:p>
        </w:tc>
      </w:tr>
      <w:tr>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[STORAGE / FILES]</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[TYPE]</w:t>
            </w:r>
          </w:p>
        </w:tc>
        <w:tc>
          <w:tcPr>
            <w:tcW w:type="dxa" w:w="230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[VOLUME]</w:t>
            </w:r>
          </w:p>
        </w:tc>
        <w:tc>
          <w:tcPr>
            <w:tcW w:type="dxa" w:w="144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[TIER]</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[PROVIDER]</w:t>
            </w:r>
          </w:p>
        </w:tc>
      </w:tr>
    </w:tbl>
    <w:p/>
    <w:p>
      <w:pPr>
        <w:pStyle w:val="Heading2"/>
      </w:pPr>
      <w:r>
        <w:rPr>
          <w:rFonts w:ascii="Arial" w:hAnsi="Arial" w:eastAsia="Arial" w:cs="Arial"/>
        </w:rPr>
        <w:t>4.2 Domains, DNS, Certificates &amp; Network Dependencies</w:t>
      </w:r>
    </w:p>
    <w:p>
      <w:pPr>
        <w:pStyle w:val="ListBullet"/>
      </w:pPr>
      <w:r>
        <w:rPr>
          <w:rFonts w:ascii="Arial" w:hAnsi="Arial" w:eastAsia="Arial" w:cs="Arial"/>
          <w:sz w:val="21"/>
        </w:rPr>
        <w:t>Document registrars, DNS providers, CDN/WAF, load balancers and certificate ownership.</w:t>
      </w:r>
    </w:p>
    <w:p>
      <w:pPr>
        <w:pStyle w:val="ListBullet"/>
      </w:pPr>
      <w:r>
        <w:rPr>
          <w:rFonts w:ascii="Arial" w:hAnsi="Arial" w:eastAsia="Arial" w:cs="Arial"/>
          <w:sz w:val="21"/>
        </w:rPr>
        <w:t>Identify IP allowlists, VPNs, private connections, firewall rules and third-party endpoints.</w:t>
      </w:r>
    </w:p>
    <w:p>
      <w:pPr>
        <w:pStyle w:val="ListBullet"/>
      </w:pPr>
      <w:r>
        <w:rPr>
          <w:rFonts w:ascii="Arial" w:hAnsi="Arial" w:eastAsia="Arial" w:cs="Arial"/>
          <w:sz w:val="21"/>
        </w:rPr>
        <w:t>Identify outbound email, webhook, API and payment dependencies.</w:t>
      </w:r>
    </w:p>
    <w:p>
      <w:pPr>
        <w:pStyle w:val="ListBullet"/>
      </w:pPr>
      <w:r>
        <w:rPr>
          <w:rFonts w:ascii="Arial" w:hAnsi="Arial" w:eastAsia="Arial" w:cs="Arial"/>
          <w:sz w:val="21"/>
        </w:rPr>
        <w:t>Document production, staging, development and disaster-recovery environments.</w:t>
      </w:r>
    </w:p>
    <w:p>
      <w:pPr>
        <w:pStyle w:val="Heading2"/>
      </w:pPr>
      <w:r>
        <w:rPr>
          <w:rFonts w:ascii="Arial" w:hAnsi="Arial" w:eastAsia="Arial" w:cs="Arial"/>
        </w:rPr>
        <w:t>4.3 Current Cost &amp; Contract Baseline</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316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Cost Category</w:t>
            </w:r>
          </w:p>
        </w:tc>
        <w:tc>
          <w:tcPr>
            <w:tcW w:type="dxa" w:w="244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Current Monthly / Annual Cost</w:t>
            </w:r>
          </w:p>
        </w:tc>
        <w:tc>
          <w:tcPr>
            <w:tcW w:type="dxa" w:w="216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Contract / Renewal Date</w:t>
            </w:r>
          </w:p>
        </w:tc>
        <w:tc>
          <w:tcPr>
            <w:tcW w:type="dxa" w:w="244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Notes</w:t>
            </w:r>
          </w:p>
        </w:tc>
      </w:tr>
      <w:tr>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Hosting / cloud</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[COST]</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Managed services</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[COST]</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CDN / WAF / security</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[COST]</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Backups / DR</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[COST]</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Licensing / monitoring</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[COST]</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bl>
    <w:p/>
    <w:p>
      <w:bookmarkStart w:id="104" w:name="scope_of_work"/>
      <w:pPr>
        <w:pStyle w:val="Heading1"/>
      </w:pPr>
      <w:r>
        <w:rPr>
          <w:rFonts w:ascii="Arial" w:hAnsi="Arial" w:eastAsia="Arial" w:cs="Arial"/>
        </w:rPr>
        <w:t>5. Scope of Work</w:t>
      </w:r>
      <w:bookmarkEnd w:id="104"/>
    </w:p>
    <w:p>
      <w:pPr>
        <w:pStyle w:val="Heading2"/>
      </w:pPr>
      <w:r>
        <w:rPr>
          <w:rFonts w:ascii="Arial" w:hAnsi="Arial" w:eastAsia="Arial" w:cs="Arial"/>
        </w:rPr>
        <w:t>5.1 Scope of Work Summary</w:t>
      </w:r>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Draft a 150–250 word executive Scope of Work Summary from confirmed workloads, target model, responsibilities, security, migration and support requirements. Then populate the workstream table. Do not add services not requested unless clearly labeled optional/vendor-proposed.</w:t>
            </w:r>
          </w:p>
        </w:tc>
      </w:tr>
    </w:tbl>
    <w:p/>
    <w:p>
      <w:r>
        <w:rPr>
          <w:rFonts w:ascii="Arial" w:hAnsi="Arial" w:eastAsia="Arial" w:cs="Arial"/>
          <w:sz w:val="21"/>
        </w:rPr>
        <w:t>The selected provider will design, transition, operate and support a managed hosting/cloud environment for [WORKLOADS]. Services may include architecture, cloud or server provisioning, migration, DNS/CDN/WAF, database and storage operations, monitoring, patching, backups, disaster recovery, security operations, incident response, performance management, support, reporting and exit assistance. The final responsibility matrix must be agreed before contract award.</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3456"/>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Workstream</w:t>
            </w:r>
          </w:p>
        </w:tc>
        <w:tc>
          <w:tcPr>
            <w:tcW w:type="dxa" w:w="115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Included?</w:t>
            </w:r>
          </w:p>
        </w:tc>
        <w:tc>
          <w:tcPr>
            <w:tcW w:type="dxa" w:w="475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Summary of Expected Work</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Discovery &amp; Architecture</w:t>
            </w:r>
          </w:p>
        </w:tc>
        <w:tc>
          <w:tcPr>
            <w:tcW w:type="dxa" w:w="11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[Y/N]</w:t>
            </w:r>
          </w:p>
        </w:tc>
        <w:tc>
          <w:tcPr>
            <w:tcW w:type="dxa" w:w="47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Assess workloads, dependencies, sizing and target design</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Environment Provisioning</w:t>
            </w:r>
          </w:p>
        </w:tc>
        <w:tc>
          <w:tcPr>
            <w:tcW w:type="dxa" w:w="11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[Y/N]</w:t>
            </w:r>
          </w:p>
        </w:tc>
        <w:tc>
          <w:tcPr>
            <w:tcW w:type="dxa" w:w="47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Cloud/server/network/security configuration</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Migration &amp; Cutover</w:t>
            </w:r>
          </w:p>
        </w:tc>
        <w:tc>
          <w:tcPr>
            <w:tcW w:type="dxa" w:w="11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[Y/N]</w:t>
            </w:r>
          </w:p>
        </w:tc>
        <w:tc>
          <w:tcPr>
            <w:tcW w:type="dxa" w:w="47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Plan, test, migrate, validate and rollback</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Managed Operations</w:t>
            </w:r>
          </w:p>
        </w:tc>
        <w:tc>
          <w:tcPr>
            <w:tcW w:type="dxa" w:w="11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[Y/N]</w:t>
            </w:r>
          </w:p>
        </w:tc>
        <w:tc>
          <w:tcPr>
            <w:tcW w:type="dxa" w:w="47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Monitoring, patching, capacity, incident/change management</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Backup &amp; Disaster Recovery</w:t>
            </w:r>
          </w:p>
        </w:tc>
        <w:tc>
          <w:tcPr>
            <w:tcW w:type="dxa" w:w="11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[Y/N]</w:t>
            </w:r>
          </w:p>
        </w:tc>
        <w:tc>
          <w:tcPr>
            <w:tcW w:type="dxa" w:w="47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Backup, restore, replication and recovery testing</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Security Services</w:t>
            </w:r>
          </w:p>
        </w:tc>
        <w:tc>
          <w:tcPr>
            <w:tcW w:type="dxa" w:w="11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[Y/N]</w:t>
            </w:r>
          </w:p>
        </w:tc>
        <w:tc>
          <w:tcPr>
            <w:tcW w:type="dxa" w:w="47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WAF, hardening, vulnerability response, logging</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Support &amp; Service Desk</w:t>
            </w:r>
          </w:p>
        </w:tc>
        <w:tc>
          <w:tcPr>
            <w:tcW w:type="dxa" w:w="11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[Y/N]</w:t>
            </w:r>
          </w:p>
        </w:tc>
        <w:tc>
          <w:tcPr>
            <w:tcW w:type="dxa" w:w="47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Ticketing, escalation, 24x7 coverage as required</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Exit / Transition Assistance</w:t>
            </w:r>
          </w:p>
        </w:tc>
        <w:tc>
          <w:tcPr>
            <w:tcW w:type="dxa" w:w="11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[Y/N]</w:t>
            </w:r>
          </w:p>
        </w:tc>
        <w:tc>
          <w:tcPr>
            <w:tcW w:type="dxa" w:w="47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Data/config export, credential transfer, handoff</w:t>
            </w:r>
          </w:p>
        </w:tc>
      </w:tr>
    </w:tbl>
    <w:p/>
    <w:p>
      <w:pPr>
        <w:pStyle w:val="Heading2"/>
      </w:pPr>
      <w:r>
        <w:rPr>
          <w:rFonts w:ascii="Arial" w:hAnsi="Arial" w:eastAsia="Arial" w:cs="Arial"/>
        </w:rPr>
        <w:t>5.2 Discovery, Assessment &amp; Architecture</w:t>
      </w:r>
    </w:p>
    <w:p>
      <w:pPr>
        <w:pStyle w:val="ListBullet"/>
      </w:pPr>
      <w:r>
        <w:rPr>
          <w:rFonts w:ascii="Arial" w:hAnsi="Arial" w:eastAsia="Arial" w:cs="Arial"/>
          <w:sz w:val="21"/>
        </w:rPr>
        <w:t>Validate workload inventory and technical dependencies.</w:t>
      </w:r>
    </w:p>
    <w:p>
      <w:pPr>
        <w:pStyle w:val="ListBullet"/>
      </w:pPr>
      <w:r>
        <w:rPr>
          <w:rFonts w:ascii="Arial" w:hAnsi="Arial" w:eastAsia="Arial" w:cs="Arial"/>
          <w:sz w:val="21"/>
        </w:rPr>
        <w:t>Assess current performance, security, availability and operational risks.</w:t>
      </w:r>
    </w:p>
    <w:p>
      <w:pPr>
        <w:pStyle w:val="ListBullet"/>
      </w:pPr>
      <w:r>
        <w:rPr>
          <w:rFonts w:ascii="Arial" w:hAnsi="Arial" w:eastAsia="Arial" w:cs="Arial"/>
          <w:sz w:val="21"/>
        </w:rPr>
        <w:t>Recommend target architecture with rationale, assumptions and cost model.</w:t>
      </w:r>
    </w:p>
    <w:p>
      <w:pPr>
        <w:pStyle w:val="ListBullet"/>
      </w:pPr>
      <w:r>
        <w:rPr>
          <w:rFonts w:ascii="Arial" w:hAnsi="Arial" w:eastAsia="Arial" w:cs="Arial"/>
          <w:sz w:val="21"/>
        </w:rPr>
        <w:t>Define responsibility matrix across organization, provider and cloud/platform vendors.</w:t>
      </w:r>
    </w:p>
    <w:p>
      <w:pPr>
        <w:pStyle w:val="ListBullet"/>
      </w:pPr>
      <w:r>
        <w:rPr>
          <w:rFonts w:ascii="Arial" w:hAnsi="Arial" w:eastAsia="Arial" w:cs="Arial"/>
          <w:sz w:val="21"/>
        </w:rPr>
        <w:t>Document migration waves, rollback strategy and operational readiness criteria.</w:t>
      </w:r>
    </w:p>
    <w:p>
      <w:pPr>
        <w:pStyle w:val="Heading2"/>
      </w:pPr>
      <w:r>
        <w:rPr>
          <w:rFonts w:ascii="Arial" w:hAnsi="Arial" w:eastAsia="Arial" w:cs="Arial"/>
        </w:rPr>
        <w:t>5.3 Infrastructure Provisioning &amp; Configuration</w:t>
      </w:r>
    </w:p>
    <w:p>
      <w:pPr>
        <w:pStyle w:val="ListBullet"/>
      </w:pPr>
      <w:r>
        <w:rPr>
          <w:rFonts w:ascii="Arial" w:hAnsi="Arial" w:eastAsia="Arial" w:cs="Arial"/>
          <w:sz w:val="21"/>
        </w:rPr>
        <w:t>Provision approved compute, container, serverless, database, storage and network resources.</w:t>
      </w:r>
    </w:p>
    <w:p>
      <w:pPr>
        <w:pStyle w:val="ListBullet"/>
      </w:pPr>
      <w:r>
        <w:rPr>
          <w:rFonts w:ascii="Arial" w:hAnsi="Arial" w:eastAsia="Arial" w:cs="Arial"/>
          <w:sz w:val="21"/>
        </w:rPr>
        <w:t>Configure production, staging, development and disaster-recovery environments as required.</w:t>
      </w:r>
    </w:p>
    <w:p>
      <w:pPr>
        <w:pStyle w:val="ListBullet"/>
      </w:pPr>
      <w:r>
        <w:rPr>
          <w:rFonts w:ascii="Arial" w:hAnsi="Arial" w:eastAsia="Arial" w:cs="Arial"/>
          <w:sz w:val="21"/>
        </w:rPr>
        <w:t>Configure DNS, CDN, WAF, load balancing, TLS/certificates and secrets management where included.</w:t>
      </w:r>
    </w:p>
    <w:p>
      <w:pPr>
        <w:pStyle w:val="ListBullet"/>
      </w:pPr>
      <w:r>
        <w:rPr>
          <w:rFonts w:ascii="Arial" w:hAnsi="Arial" w:eastAsia="Arial" w:cs="Arial"/>
          <w:sz w:val="21"/>
        </w:rPr>
        <w:t>Apply infrastructure-as-code and configuration-management practices where appropriate.</w:t>
      </w:r>
    </w:p>
    <w:p>
      <w:pPr>
        <w:pStyle w:val="ListBullet"/>
      </w:pPr>
      <w:r>
        <w:rPr>
          <w:rFonts w:ascii="Arial" w:hAnsi="Arial" w:eastAsia="Arial" w:cs="Arial"/>
          <w:sz w:val="21"/>
        </w:rPr>
        <w:t>Maintain documented asset and configuration inventories.</w:t>
      </w:r>
    </w:p>
    <w:p>
      <w:pPr>
        <w:pStyle w:val="Heading2"/>
      </w:pPr>
      <w:r>
        <w:rPr>
          <w:rFonts w:ascii="Arial" w:hAnsi="Arial" w:eastAsia="Arial" w:cs="Arial"/>
        </w:rPr>
        <w:t>5.4 Managed Operations</w:t>
      </w:r>
    </w:p>
    <w:p>
      <w:pPr>
        <w:pStyle w:val="ListBullet"/>
      </w:pPr>
      <w:r>
        <w:rPr>
          <w:rFonts w:ascii="Arial" w:hAnsi="Arial" w:eastAsia="Arial" w:cs="Arial"/>
          <w:sz w:val="21"/>
        </w:rPr>
        <w:t>24x7 or defined-hours infrastructure monitoring.</w:t>
      </w:r>
    </w:p>
    <w:p>
      <w:pPr>
        <w:pStyle w:val="ListBullet"/>
      </w:pPr>
      <w:r>
        <w:rPr>
          <w:rFonts w:ascii="Arial" w:hAnsi="Arial" w:eastAsia="Arial" w:cs="Arial"/>
          <w:sz w:val="21"/>
        </w:rPr>
        <w:t>Operating-system and approved platform patching.</w:t>
      </w:r>
    </w:p>
    <w:p>
      <w:pPr>
        <w:pStyle w:val="ListBullet"/>
      </w:pPr>
      <w:r>
        <w:rPr>
          <w:rFonts w:ascii="Arial" w:hAnsi="Arial" w:eastAsia="Arial" w:cs="Arial"/>
          <w:sz w:val="21"/>
        </w:rPr>
        <w:t>Capacity and performance management.</w:t>
      </w:r>
    </w:p>
    <w:p>
      <w:pPr>
        <w:pStyle w:val="ListBullet"/>
      </w:pPr>
      <w:r>
        <w:rPr>
          <w:rFonts w:ascii="Arial" w:hAnsi="Arial" w:eastAsia="Arial" w:cs="Arial"/>
          <w:sz w:val="21"/>
        </w:rPr>
        <w:t>Incident, problem and change management.</w:t>
      </w:r>
    </w:p>
    <w:p>
      <w:pPr>
        <w:pStyle w:val="ListBullet"/>
      </w:pPr>
      <w:r>
        <w:rPr>
          <w:rFonts w:ascii="Arial" w:hAnsi="Arial" w:eastAsia="Arial" w:cs="Arial"/>
          <w:sz w:val="21"/>
        </w:rPr>
        <w:t>Backup/restore operations and scheduled recovery testing.</w:t>
      </w:r>
    </w:p>
    <w:p>
      <w:pPr>
        <w:pStyle w:val="ListBullet"/>
      </w:pPr>
      <w:r>
        <w:rPr>
          <w:rFonts w:ascii="Arial" w:hAnsi="Arial" w:eastAsia="Arial" w:cs="Arial"/>
          <w:sz w:val="21"/>
        </w:rPr>
        <w:t>Monthly/quarterly service reporting and service-review meetings.</w:t>
      </w:r>
    </w:p>
    <w:p>
      <w:bookmarkStart w:id="105" w:name="target_architecture"/>
      <w:pPr>
        <w:pStyle w:val="Heading1"/>
      </w:pPr>
      <w:r>
        <w:rPr>
          <w:rFonts w:ascii="Arial" w:hAnsi="Arial" w:eastAsia="Arial" w:cs="Arial"/>
        </w:rPr>
        <w:t>6. Target Architecture &amp; Hosting Model</w:t>
      </w:r>
      <w:bookmarkEnd w:id="105"/>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Summarize organization-approved platform preferences and constraints. If cloud/provider choice is open, ask whether bidders may propose AWS, Azure, Google Cloud, private cloud, colocation or hybrid designs. Require architecture rationale and cost implications rather than choosing on the user’s behalf.</w:t>
            </w:r>
          </w:p>
        </w:tc>
      </w:tr>
    </w:tbl>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88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Architecture Area</w:t>
            </w:r>
          </w:p>
        </w:tc>
        <w:tc>
          <w:tcPr>
            <w:tcW w:type="dxa" w:w="432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Requirement / Constraint</w:t>
            </w:r>
          </w:p>
        </w:tc>
        <w:tc>
          <w:tcPr>
            <w:tcW w:type="dxa" w:w="244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Vendor Response</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Hosting model</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[PUBLIC CLOUD / PRIVATE / HYBRID / OPEN]</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Cloud / provider</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[AWS / AZURE / GCP / OPEN]</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Regions / zones</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[REQUIREMENT]</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Compute model</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[VM / CONTAINER / SERVERLESS / OPEN]</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Database</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[ENGINE / MANAGED SERVICE / OPEN]</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CDN / edge</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[REQUIREMENT]</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WAF / DDoS</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[REQUIREMENT]</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Infrastructure as code</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[REQUIRED / PREFERRED]</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bl>
    <w:p/>
    <w:p>
      <w:pPr>
        <w:pStyle w:val="Heading2"/>
      </w:pPr>
      <w:r>
        <w:rPr>
          <w:rFonts w:ascii="Arial" w:hAnsi="Arial" w:eastAsia="Arial" w:cs="Arial"/>
        </w:rPr>
        <w:t>6.1 Architecture Principles</w:t>
      </w:r>
    </w:p>
    <w:p>
      <w:pPr>
        <w:spacing w:after="40"/>
        <w:ind w:left="72"/>
      </w:pPr>
      <w:r>
        <w:rPr>
          <w:rFonts w:ascii="Arial" w:hAnsi="Arial" w:eastAsia="Arial" w:cs="Arial"/>
          <w:sz w:val="20"/>
        </w:rPr>
        <w:t>☐ Avoid single points of failure for workloads designated highly available.</w:t>
      </w:r>
    </w:p>
    <w:p>
      <w:pPr>
        <w:spacing w:after="40"/>
        <w:ind w:left="72"/>
      </w:pPr>
      <w:r>
        <w:rPr>
          <w:rFonts w:ascii="Arial" w:hAnsi="Arial" w:eastAsia="Arial" w:cs="Arial"/>
          <w:sz w:val="20"/>
        </w:rPr>
        <w:t>☐ Use supported software versions and documented lifecycle policies.</w:t>
      </w:r>
    </w:p>
    <w:p>
      <w:pPr>
        <w:spacing w:after="40"/>
        <w:ind w:left="72"/>
      </w:pPr>
      <w:r>
        <w:rPr>
          <w:rFonts w:ascii="Arial" w:hAnsi="Arial" w:eastAsia="Arial" w:cs="Arial"/>
          <w:sz w:val="20"/>
        </w:rPr>
        <w:t>☐ Separate production from non-production environments.</w:t>
      </w:r>
    </w:p>
    <w:p>
      <w:pPr>
        <w:spacing w:after="40"/>
        <w:ind w:left="72"/>
      </w:pPr>
      <w:r>
        <w:rPr>
          <w:rFonts w:ascii="Arial" w:hAnsi="Arial" w:eastAsia="Arial" w:cs="Arial"/>
          <w:sz w:val="20"/>
        </w:rPr>
        <w:t>☐ Apply least-privilege identity and access controls.</w:t>
      </w:r>
    </w:p>
    <w:p>
      <w:pPr>
        <w:spacing w:after="40"/>
        <w:ind w:left="72"/>
      </w:pPr>
      <w:r>
        <w:rPr>
          <w:rFonts w:ascii="Arial" w:hAnsi="Arial" w:eastAsia="Arial" w:cs="Arial"/>
          <w:sz w:val="20"/>
        </w:rPr>
        <w:t>☐ Design for portability and documented exit/transition where practical.</w:t>
      </w:r>
    </w:p>
    <w:p>
      <w:pPr>
        <w:spacing w:after="40"/>
        <w:ind w:left="72"/>
      </w:pPr>
      <w:r>
        <w:rPr>
          <w:rFonts w:ascii="Arial" w:hAnsi="Arial" w:eastAsia="Arial" w:cs="Arial"/>
          <w:sz w:val="20"/>
        </w:rPr>
        <w:t>☐ Identify all third-party services, licenses and pass-through costs.</w:t>
      </w:r>
    </w:p>
    <w:p>
      <w:bookmarkStart w:id="106" w:name="migration_transition"/>
      <w:pPr>
        <w:pStyle w:val="Heading1"/>
      </w:pPr>
      <w:r>
        <w:rPr>
          <w:rFonts w:ascii="Arial" w:hAnsi="Arial" w:eastAsia="Arial" w:cs="Arial"/>
        </w:rPr>
        <w:t>7. Migration, Cutover &amp; Transition</w:t>
      </w:r>
      <w:bookmarkEnd w:id="106"/>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Create a migration plan only from confirmed systems and constraints. Ask for blackout periods, acceptable downtime, change windows, incumbent cooperation, DNS control, database size and rollback requirements. Do not promise zero downtime unless architecture supports it.</w:t>
            </w:r>
          </w:p>
        </w:tc>
      </w:tr>
    </w:tbl>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16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Migration Stage</w:t>
            </w:r>
          </w:p>
        </w:tc>
        <w:tc>
          <w:tcPr>
            <w:tcW w:type="dxa" w:w="432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Key Activities</w:t>
            </w:r>
          </w:p>
        </w:tc>
        <w:tc>
          <w:tcPr>
            <w:tcW w:type="dxa" w:w="316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Required Evidence / Approval</w:t>
            </w:r>
          </w:p>
        </w:tc>
      </w:tr>
      <w:tr>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Discovery</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Dependency mapping, sizing, inventory</w:t>
            </w:r>
          </w:p>
        </w:tc>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Validated migration plan</w:t>
            </w:r>
          </w:p>
        </w:tc>
      </w:tr>
      <w:tr>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Build</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Provision target environments</w:t>
            </w:r>
          </w:p>
        </w:tc>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Configuration review</w:t>
            </w:r>
          </w:p>
        </w:tc>
      </w:tr>
      <w:tr>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Test migration</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Copy data/content, validate apps</w:t>
            </w:r>
          </w:p>
        </w:tc>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Test results / defect log</w:t>
            </w:r>
          </w:p>
        </w:tc>
      </w:tr>
      <w:tr>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Cutover rehearsal</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Runbook, timing, rollback</w:t>
            </w:r>
          </w:p>
        </w:tc>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Go/no-go approval</w:t>
            </w:r>
          </w:p>
        </w:tc>
      </w:tr>
      <w:tr>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Production cutover</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DNS/data sync/deploy/validate</w:t>
            </w:r>
          </w:p>
        </w:tc>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Acceptance checklist</w:t>
            </w:r>
          </w:p>
        </w:tc>
      </w:tr>
      <w:tr>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Stabilization</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Hypercare and monitoring</w:t>
            </w:r>
          </w:p>
        </w:tc>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Post-migration report</w:t>
            </w:r>
          </w:p>
        </w:tc>
      </w:tr>
    </w:tbl>
    <w:p/>
    <w:p>
      <w:pPr>
        <w:pStyle w:val="Heading2"/>
      </w:pPr>
      <w:r>
        <w:rPr>
          <w:rFonts w:ascii="Arial" w:hAnsi="Arial" w:eastAsia="Arial" w:cs="Arial"/>
        </w:rPr>
        <w:t>7.1 Migration Requirements</w:t>
      </w:r>
    </w:p>
    <w:p>
      <w:pPr>
        <w:spacing w:after="40"/>
        <w:ind w:left="72"/>
      </w:pPr>
      <w:r>
        <w:rPr>
          <w:rFonts w:ascii="Arial" w:hAnsi="Arial" w:eastAsia="Arial" w:cs="Arial"/>
          <w:sz w:val="20"/>
        </w:rPr>
        <w:t>☐ Migration plan includes rollback procedures.</w:t>
      </w:r>
    </w:p>
    <w:p>
      <w:pPr>
        <w:spacing w:after="40"/>
        <w:ind w:left="72"/>
      </w:pPr>
      <w:r>
        <w:rPr>
          <w:rFonts w:ascii="Arial" w:hAnsi="Arial" w:eastAsia="Arial" w:cs="Arial"/>
          <w:sz w:val="20"/>
        </w:rPr>
        <w:t>☐ Data integrity must be validated before final acceptance.</w:t>
      </w:r>
    </w:p>
    <w:p>
      <w:pPr>
        <w:spacing w:after="40"/>
        <w:ind w:left="72"/>
      </w:pPr>
      <w:r>
        <w:rPr>
          <w:rFonts w:ascii="Arial" w:hAnsi="Arial" w:eastAsia="Arial" w:cs="Arial"/>
          <w:sz w:val="20"/>
        </w:rPr>
        <w:t>☐ DNS, certificate and domain ownership remains under approved organizational control.</w:t>
      </w:r>
    </w:p>
    <w:p>
      <w:pPr>
        <w:spacing w:after="40"/>
        <w:ind w:left="72"/>
      </w:pPr>
      <w:r>
        <w:rPr>
          <w:rFonts w:ascii="Arial" w:hAnsi="Arial" w:eastAsia="Arial" w:cs="Arial"/>
          <w:sz w:val="20"/>
        </w:rPr>
        <w:t>☐ Credentials and secrets must be transferred using approved secure methods.</w:t>
      </w:r>
    </w:p>
    <w:p>
      <w:pPr>
        <w:spacing w:after="40"/>
        <w:ind w:left="72"/>
      </w:pPr>
      <w:r>
        <w:rPr>
          <w:rFonts w:ascii="Arial" w:hAnsi="Arial" w:eastAsia="Arial" w:cs="Arial"/>
          <w:sz w:val="20"/>
        </w:rPr>
        <w:t>☐ Monitoring and backups must be operational before final cutover.</w:t>
      </w:r>
    </w:p>
    <w:p>
      <w:pPr>
        <w:spacing w:after="40"/>
        <w:ind w:left="72"/>
      </w:pPr>
      <w:r>
        <w:rPr>
          <w:rFonts w:ascii="Arial" w:hAnsi="Arial" w:eastAsia="Arial" w:cs="Arial"/>
          <w:sz w:val="20"/>
        </w:rPr>
        <w:t>☐ SEO/URL continuity must be considered for public websites when hosting changes coincide with platform changes.</w:t>
      </w:r>
    </w:p>
    <w:p>
      <w:bookmarkStart w:id="107" w:name="availability_slas"/>
      <w:pPr>
        <w:pStyle w:val="Heading1"/>
      </w:pPr>
      <w:r>
        <w:rPr>
          <w:rFonts w:ascii="Arial" w:hAnsi="Arial" w:eastAsia="Arial" w:cs="Arial"/>
        </w:rPr>
        <w:t>8. Availability, SLAs &amp; Performance</w:t>
      </w:r>
      <w:bookmarkEnd w:id="107"/>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Ask for workload criticality and business impact before suggesting SLA targets. Present proposed values as recommendations for approval, not facts. Define measurement method, exclusions, reporting and service-credit/remedy approach.</w:t>
            </w:r>
          </w:p>
        </w:tc>
      </w:tr>
    </w:tbl>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302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Service Level</w:t>
            </w:r>
          </w:p>
        </w:tc>
        <w:tc>
          <w:tcPr>
            <w:tcW w:type="dxa" w:w="259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Target</w:t>
            </w:r>
          </w:p>
        </w:tc>
        <w:tc>
          <w:tcPr>
            <w:tcW w:type="dxa" w:w="4031"/>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Measurement / Notes</w:t>
            </w:r>
          </w:p>
        </w:tc>
      </w:tr>
      <w:tr>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Production availability</w:t>
            </w:r>
          </w:p>
        </w:tc>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[e.g., 99.9% / TO BE CONFIRMED]</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Monthly, service-specific definition</w:t>
            </w:r>
          </w:p>
        </w:tc>
      </w:tr>
      <w:tr>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P1 acknowledgement</w:t>
            </w:r>
          </w:p>
        </w:tc>
        <w:tc>
          <w:tcPr>
            <w:tcW w:type="dxa" w:w="25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24x7 if required</w:t>
            </w:r>
          </w:p>
        </w:tc>
      </w:tr>
      <w:tr>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P1 technical engagement</w:t>
            </w:r>
          </w:p>
        </w:tc>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[TARGET]</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Named escalation path</w:t>
            </w:r>
          </w:p>
        </w:tc>
      </w:tr>
      <w:tr>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P2 acknowledgement</w:t>
            </w:r>
          </w:p>
        </w:tc>
        <w:tc>
          <w:tcPr>
            <w:tcW w:type="dxa" w:w="25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Restore request initiation</w:t>
            </w:r>
          </w:p>
        </w:tc>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[TARGET]</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By service tier</w:t>
            </w:r>
          </w:p>
        </w:tc>
      </w:tr>
      <w:tr>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Routine request response</w:t>
            </w:r>
          </w:p>
        </w:tc>
        <w:tc>
          <w:tcPr>
            <w:tcW w:type="dxa" w:w="25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Business hours / defined support window</w:t>
            </w:r>
          </w:p>
        </w:tc>
      </w:tr>
    </w:tbl>
    <w:p/>
    <w:p>
      <w:pPr>
        <w:pStyle w:val="Heading2"/>
      </w:pPr>
      <w:r>
        <w:rPr>
          <w:rFonts w:ascii="Arial" w:hAnsi="Arial" w:eastAsia="Arial" w:cs="Arial"/>
        </w:rPr>
        <w:t>8.1 Performance &amp; Capacity</w:t>
      </w:r>
    </w:p>
    <w:p>
      <w:pPr>
        <w:pStyle w:val="ListBullet"/>
      </w:pPr>
      <w:r>
        <w:rPr>
          <w:rFonts w:ascii="Arial" w:hAnsi="Arial" w:eastAsia="Arial" w:cs="Arial"/>
          <w:sz w:val="21"/>
        </w:rPr>
        <w:t>Define baseline and peak traffic expectations.</w:t>
      </w:r>
    </w:p>
    <w:p>
      <w:pPr>
        <w:pStyle w:val="ListBullet"/>
      </w:pPr>
      <w:r>
        <w:rPr>
          <w:rFonts w:ascii="Arial" w:hAnsi="Arial" w:eastAsia="Arial" w:cs="Arial"/>
          <w:sz w:val="21"/>
        </w:rPr>
        <w:t>Specify CPU, memory, storage, database and network monitoring thresholds.</w:t>
      </w:r>
    </w:p>
    <w:p>
      <w:pPr>
        <w:pStyle w:val="ListBullet"/>
      </w:pPr>
      <w:r>
        <w:rPr>
          <w:rFonts w:ascii="Arial" w:hAnsi="Arial" w:eastAsia="Arial" w:cs="Arial"/>
          <w:sz w:val="21"/>
        </w:rPr>
        <w:t>Require capacity forecasts and scaling recommendations.</w:t>
      </w:r>
    </w:p>
    <w:p>
      <w:pPr>
        <w:pStyle w:val="ListBullet"/>
      </w:pPr>
      <w:r>
        <w:rPr>
          <w:rFonts w:ascii="Arial" w:hAnsi="Arial" w:eastAsia="Arial" w:cs="Arial"/>
          <w:sz w:val="21"/>
        </w:rPr>
        <w:t>Require load/performance testing where material to the workload.</w:t>
      </w:r>
    </w:p>
    <w:p>
      <w:pPr>
        <w:pStyle w:val="ListBullet"/>
      </w:pPr>
      <w:r>
        <w:rPr>
          <w:rFonts w:ascii="Arial" w:hAnsi="Arial" w:eastAsia="Arial" w:cs="Arial"/>
          <w:sz w:val="21"/>
        </w:rPr>
        <w:t>Identify auto-scaling rules, quotas and cost safeguards where applicable.</w:t>
      </w:r>
    </w:p>
    <w:p>
      <w:bookmarkStart w:id="108" w:name="backup_dr"/>
      <w:pPr>
        <w:pStyle w:val="Heading1"/>
      </w:pPr>
      <w:r>
        <w:rPr>
          <w:rFonts w:ascii="Arial" w:hAnsi="Arial" w:eastAsia="Arial" w:cs="Arial"/>
        </w:rPr>
        <w:t>9. Backup, Disaster Recovery &amp; Business Continuity</w:t>
      </w:r>
      <w:bookmarkEnd w:id="108"/>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Ask the user to classify workloads and confirm recovery objectives. Do not invent RTO/RPO. Build a tiered table and flag values for business-continuity approval.</w:t>
            </w:r>
          </w:p>
        </w:tc>
      </w:tr>
    </w:tbl>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trPr>
        <w:tc>
          <w:tcPr>
            <w:tcW w:type="dxa" w:w="216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Workload Tier</w:t>
            </w:r>
          </w:p>
        </w:tc>
        <w:tc>
          <w:tcPr>
            <w:tcW w:type="dxa" w:w="144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RPO</w:t>
            </w:r>
          </w:p>
        </w:tc>
        <w:tc>
          <w:tcPr>
            <w:tcW w:type="dxa" w:w="144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RTO</w:t>
            </w:r>
          </w:p>
        </w:tc>
        <w:tc>
          <w:tcPr>
            <w:tcW w:type="dxa" w:w="360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Backup / Replication Approach</w:t>
            </w:r>
          </w:p>
        </w:tc>
        <w:tc>
          <w:tcPr>
            <w:tcW w:type="dxa" w:w="172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Test Frequency</w:t>
            </w:r>
          </w:p>
        </w:tc>
      </w:tr>
      <w:tr>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Tier 1 / Mission Critical</w:t>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[CONFIRM]</w:t>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[CONFIRM]</w:t>
            </w:r>
          </w:p>
        </w:tc>
        <w:tc>
          <w:tcPr>
            <w:tcW w:type="dxa" w:w="360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[APPROACH]</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[FREQUENCY]</w:t>
            </w:r>
          </w:p>
        </w:tc>
      </w:tr>
      <w:tr>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Tier 2 / Important</w:t>
            </w:r>
          </w:p>
        </w:tc>
        <w:tc>
          <w:tcPr>
            <w:tcW w:type="dxa" w:w="144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[CONFIRM]</w:t>
            </w:r>
          </w:p>
        </w:tc>
        <w:tc>
          <w:tcPr>
            <w:tcW w:type="dxa" w:w="144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[CONFIRM]</w:t>
            </w:r>
          </w:p>
        </w:tc>
        <w:tc>
          <w:tcPr>
            <w:tcW w:type="dxa" w:w="360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[APPROACH]</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[FREQUENCY]</w:t>
            </w:r>
          </w:p>
        </w:tc>
      </w:tr>
      <w:tr>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Tier 3 / Standard</w:t>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[CONFIRM]</w:t>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[CONFIRM]</w:t>
            </w:r>
          </w:p>
        </w:tc>
        <w:tc>
          <w:tcPr>
            <w:tcW w:type="dxa" w:w="360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[APPROACH]</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[FREQUENCY]</w:t>
            </w:r>
          </w:p>
        </w:tc>
      </w:tr>
    </w:tbl>
    <w:p/>
    <w:p>
      <w:pPr>
        <w:spacing w:after="40"/>
        <w:ind w:left="72"/>
      </w:pPr>
      <w:r>
        <w:rPr>
          <w:rFonts w:ascii="Arial" w:hAnsi="Arial" w:eastAsia="Arial" w:cs="Arial"/>
          <w:sz w:val="20"/>
        </w:rPr>
        <w:t>☐ Backups encrypted in transit and at rest where applicable.</w:t>
      </w:r>
    </w:p>
    <w:p>
      <w:pPr>
        <w:spacing w:after="40"/>
        <w:ind w:left="72"/>
      </w:pPr>
      <w:r>
        <w:rPr>
          <w:rFonts w:ascii="Arial" w:hAnsi="Arial" w:eastAsia="Arial" w:cs="Arial"/>
          <w:sz w:val="20"/>
        </w:rPr>
        <w:t>☐ Backup retention schedule documented.</w:t>
      </w:r>
    </w:p>
    <w:p>
      <w:pPr>
        <w:spacing w:after="40"/>
        <w:ind w:left="72"/>
      </w:pPr>
      <w:r>
        <w:rPr>
          <w:rFonts w:ascii="Arial" w:hAnsi="Arial" w:eastAsia="Arial" w:cs="Arial"/>
          <w:sz w:val="20"/>
        </w:rPr>
        <w:t>☐ At least one backup copy protected from routine production compromise where appropriate.</w:t>
      </w:r>
    </w:p>
    <w:p>
      <w:pPr>
        <w:spacing w:after="40"/>
        <w:ind w:left="72"/>
      </w:pPr>
      <w:r>
        <w:rPr>
          <w:rFonts w:ascii="Arial" w:hAnsi="Arial" w:eastAsia="Arial" w:cs="Arial"/>
          <w:sz w:val="20"/>
        </w:rPr>
        <w:t>☐ Restore procedures documented and tested.</w:t>
      </w:r>
    </w:p>
    <w:p>
      <w:pPr>
        <w:spacing w:after="40"/>
        <w:ind w:left="72"/>
      </w:pPr>
      <w:r>
        <w:rPr>
          <w:rFonts w:ascii="Arial" w:hAnsi="Arial" w:eastAsia="Arial" w:cs="Arial"/>
          <w:sz w:val="20"/>
        </w:rPr>
        <w:t>☐ DR dependencies and recovery sequencing documented.</w:t>
      </w:r>
    </w:p>
    <w:p>
      <w:pPr>
        <w:spacing w:after="40"/>
        <w:ind w:left="72"/>
      </w:pPr>
      <w:r>
        <w:rPr>
          <w:rFonts w:ascii="Arial" w:hAnsi="Arial" w:eastAsia="Arial" w:cs="Arial"/>
          <w:sz w:val="20"/>
        </w:rPr>
        <w:t>☐ Recovery exercises produce evidence, findings and remediation actions.</w:t>
      </w:r>
    </w:p>
    <w:p>
      <w:pPr>
        <w:spacing w:after="40"/>
        <w:ind w:left="72"/>
      </w:pPr>
      <w:r>
        <w:rPr>
          <w:rFonts w:ascii="Arial" w:hAnsi="Arial" w:eastAsia="Arial" w:cs="Arial"/>
          <w:sz w:val="20"/>
        </w:rPr>
        <w:t>☐ Provider reports backup failures and unresolved exceptions.</w:t>
      </w:r>
    </w:p>
    <w:p>
      <w:bookmarkStart w:id="109" w:name="security_privacy"/>
      <w:pPr>
        <w:pStyle w:val="Heading1"/>
      </w:pPr>
      <w:r>
        <w:rPr>
          <w:rFonts w:ascii="Arial" w:hAnsi="Arial" w:eastAsia="Arial" w:cs="Arial"/>
        </w:rPr>
        <w:t>10. Cybersecurity, Privacy &amp; Compliance</w:t>
      </w:r>
      <w:bookmarkEnd w:id="109"/>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Ask which security frameworks, privacy laws, contractual controls, records rules and certifications actually apply. Never state that a solution is compliant solely because a cloud provider has a certification. Flag requirements for security/legal review.</w:t>
            </w:r>
          </w:p>
        </w:tc>
      </w:tr>
    </w:tbl>
    <w:p/>
    <w:p>
      <w:pPr>
        <w:pStyle w:val="Heading2"/>
      </w:pPr>
      <w:r>
        <w:rPr>
          <w:rFonts w:ascii="Arial" w:hAnsi="Arial" w:eastAsia="Arial" w:cs="Arial"/>
        </w:rPr>
        <w:t>10.1 Minimum Security Controls</w:t>
      </w:r>
    </w:p>
    <w:p>
      <w:pPr>
        <w:spacing w:after="40"/>
        <w:ind w:left="72"/>
      </w:pPr>
      <w:r>
        <w:rPr>
          <w:rFonts w:ascii="Arial" w:hAnsi="Arial" w:eastAsia="Arial" w:cs="Arial"/>
          <w:sz w:val="20"/>
        </w:rPr>
        <w:t>☐ MFA for privileged administrative access.</w:t>
      </w:r>
    </w:p>
    <w:p>
      <w:pPr>
        <w:spacing w:after="40"/>
        <w:ind w:left="72"/>
      </w:pPr>
      <w:r>
        <w:rPr>
          <w:rFonts w:ascii="Arial" w:hAnsi="Arial" w:eastAsia="Arial" w:cs="Arial"/>
          <w:sz w:val="20"/>
        </w:rPr>
        <w:t>☐ Role-based / least-privilege access controls.</w:t>
      </w:r>
    </w:p>
    <w:p>
      <w:pPr>
        <w:spacing w:after="40"/>
        <w:ind w:left="72"/>
      </w:pPr>
      <w:r>
        <w:rPr>
          <w:rFonts w:ascii="Arial" w:hAnsi="Arial" w:eastAsia="Arial" w:cs="Arial"/>
          <w:sz w:val="20"/>
        </w:rPr>
        <w:t>☐ Encryption in transit and at rest where applicable.</w:t>
      </w:r>
    </w:p>
    <w:p>
      <w:pPr>
        <w:spacing w:after="40"/>
        <w:ind w:left="72"/>
      </w:pPr>
      <w:r>
        <w:rPr>
          <w:rFonts w:ascii="Arial" w:hAnsi="Arial" w:eastAsia="Arial" w:cs="Arial"/>
          <w:sz w:val="20"/>
        </w:rPr>
        <w:t>☐ Secure credential and secrets management.</w:t>
      </w:r>
    </w:p>
    <w:p>
      <w:pPr>
        <w:spacing w:after="40"/>
        <w:ind w:left="72"/>
      </w:pPr>
      <w:r>
        <w:rPr>
          <w:rFonts w:ascii="Arial" w:hAnsi="Arial" w:eastAsia="Arial" w:cs="Arial"/>
          <w:sz w:val="20"/>
        </w:rPr>
        <w:t>☐ Documented hardening baselines and patching process.</w:t>
      </w:r>
    </w:p>
    <w:p>
      <w:pPr>
        <w:spacing w:after="40"/>
        <w:ind w:left="72"/>
      </w:pPr>
      <w:r>
        <w:rPr>
          <w:rFonts w:ascii="Arial" w:hAnsi="Arial" w:eastAsia="Arial" w:cs="Arial"/>
          <w:sz w:val="20"/>
        </w:rPr>
        <w:t>☐ Vulnerability management and remediation workflow.</w:t>
      </w:r>
    </w:p>
    <w:p>
      <w:pPr>
        <w:spacing w:after="40"/>
        <w:ind w:left="72"/>
      </w:pPr>
      <w:r>
        <w:rPr>
          <w:rFonts w:ascii="Arial" w:hAnsi="Arial" w:eastAsia="Arial" w:cs="Arial"/>
          <w:sz w:val="20"/>
        </w:rPr>
        <w:t>☐ Web application firewall / DDoS controls where applicable.</w:t>
      </w:r>
    </w:p>
    <w:p>
      <w:pPr>
        <w:spacing w:after="40"/>
        <w:ind w:left="72"/>
      </w:pPr>
      <w:r>
        <w:rPr>
          <w:rFonts w:ascii="Arial" w:hAnsi="Arial" w:eastAsia="Arial" w:cs="Arial"/>
          <w:sz w:val="20"/>
        </w:rPr>
        <w:t>☐ Centralized security logging and time synchronization.</w:t>
      </w:r>
    </w:p>
    <w:p>
      <w:pPr>
        <w:spacing w:after="40"/>
        <w:ind w:left="72"/>
      </w:pPr>
      <w:r>
        <w:rPr>
          <w:rFonts w:ascii="Arial" w:hAnsi="Arial" w:eastAsia="Arial" w:cs="Arial"/>
          <w:sz w:val="20"/>
        </w:rPr>
        <w:t>☐ Incident notification and cooperation requirements.</w:t>
      </w:r>
    </w:p>
    <w:p>
      <w:pPr>
        <w:spacing w:after="40"/>
        <w:ind w:left="72"/>
      </w:pPr>
      <w:r>
        <w:rPr>
          <w:rFonts w:ascii="Arial" w:hAnsi="Arial" w:eastAsia="Arial" w:cs="Arial"/>
          <w:sz w:val="20"/>
        </w:rPr>
        <w:t>☐ Third-party/subprocessor disclosure where applicable.</w:t>
      </w:r>
    </w:p>
    <w:p>
      <w:pPr>
        <w:pStyle w:val="Heading2"/>
      </w:pPr>
      <w:r>
        <w:rPr>
          <w:rFonts w:ascii="Arial" w:hAnsi="Arial" w:eastAsia="Arial" w:cs="Arial"/>
        </w:rPr>
        <w:t>10.2 Compliance / Assurance Evidence</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4031"/>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Requirement / Evidence</w:t>
            </w:r>
          </w:p>
        </w:tc>
        <w:tc>
          <w:tcPr>
            <w:tcW w:type="dxa" w:w="144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Mandatory?</w:t>
            </w:r>
          </w:p>
        </w:tc>
        <w:tc>
          <w:tcPr>
            <w:tcW w:type="dxa" w:w="4031"/>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Vendor Response / Reference</w:t>
            </w:r>
          </w:p>
        </w:tc>
      </w:tr>
      <w:tr>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SOC 2 / equivalent assurance</w:t>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[Y/N]</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ISO 27001 / equivalent</w:t>
            </w:r>
          </w:p>
        </w:tc>
        <w:tc>
          <w:tcPr>
            <w:tcW w:type="dxa" w:w="144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[Y/N]</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Penetration / vulnerability testing</w:t>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[Y/N]</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Cybersecurity policies</w:t>
            </w:r>
          </w:p>
        </w:tc>
        <w:tc>
          <w:tcPr>
            <w:tcW w:type="dxa" w:w="144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[Y/N]</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Privacy / data processing terms</w:t>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[Y/N]</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Background checks / personnel controls</w:t>
            </w:r>
          </w:p>
        </w:tc>
        <w:tc>
          <w:tcPr>
            <w:tcW w:type="dxa" w:w="144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[Y/N]</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bl>
    <w:p/>
    <w:p>
      <w:bookmarkStart w:id="110" w:name="monitoring_incident"/>
      <w:pPr>
        <w:pStyle w:val="Heading1"/>
      </w:pPr>
      <w:r>
        <w:rPr>
          <w:rFonts w:ascii="Arial" w:hAnsi="Arial" w:eastAsia="Arial" w:cs="Arial"/>
        </w:rPr>
        <w:t>11. Monitoring, Logging &amp; Incident Response</w:t>
      </w:r>
      <w:bookmarkEnd w:id="110"/>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Define monitoring based on confirmed workloads. Ask which metrics, logs and alert destinations are required. Distinguish infrastructure monitoring from application performance monitoring and security monitoring.</w:t>
            </w:r>
          </w:p>
        </w:tc>
      </w:tr>
    </w:tbl>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88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Monitoring Domain</w:t>
            </w:r>
          </w:p>
        </w:tc>
        <w:tc>
          <w:tcPr>
            <w:tcW w:type="dxa" w:w="432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Minimum Requirement</w:t>
            </w:r>
          </w:p>
        </w:tc>
        <w:tc>
          <w:tcPr>
            <w:tcW w:type="dxa" w:w="244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Reporting / Retention</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Availability</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External + internal health checks</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[RETENTION]</w:t>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Infrastructure</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CPU, memory, disk, network</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[RETENTION]</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Application / APM</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[IF INCLUDED]</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[RETENTION]</w:t>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Database</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Connections, latency, capacity</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[RETENTION]</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Security logs</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Auth/admin/security events</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[RETENTION]</w:t>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Backup / jobs</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Success/failure/exception</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[RETENTION]</w:t>
            </w:r>
          </w:p>
        </w:tc>
      </w:tr>
    </w:tbl>
    <w:p/>
    <w:p>
      <w:pPr>
        <w:pStyle w:val="Heading2"/>
      </w:pPr>
      <w:r>
        <w:rPr>
          <w:rFonts w:ascii="Arial" w:hAnsi="Arial" w:eastAsia="Arial" w:cs="Arial"/>
        </w:rPr>
        <w:t>11.1 Incident Management</w:t>
      </w:r>
    </w:p>
    <w:p>
      <w:pPr>
        <w:pStyle w:val="ListBullet"/>
      </w:pPr>
      <w:r>
        <w:rPr>
          <w:rFonts w:ascii="Arial" w:hAnsi="Arial" w:eastAsia="Arial" w:cs="Arial"/>
          <w:sz w:val="21"/>
        </w:rPr>
        <w:t>Define severity levels and escalation paths.</w:t>
      </w:r>
    </w:p>
    <w:p>
      <w:pPr>
        <w:pStyle w:val="ListBullet"/>
      </w:pPr>
      <w:r>
        <w:rPr>
          <w:rFonts w:ascii="Arial" w:hAnsi="Arial" w:eastAsia="Arial" w:cs="Arial"/>
          <w:sz w:val="21"/>
        </w:rPr>
        <w:t>Require incident timeline, actions, customer communications and resolution record for material incidents.</w:t>
      </w:r>
    </w:p>
    <w:p>
      <w:pPr>
        <w:pStyle w:val="ListBullet"/>
      </w:pPr>
      <w:r>
        <w:rPr>
          <w:rFonts w:ascii="Arial" w:hAnsi="Arial" w:eastAsia="Arial" w:cs="Arial"/>
          <w:sz w:val="21"/>
        </w:rPr>
        <w:t>Require root-cause analysis for defined severity incidents.</w:t>
      </w:r>
    </w:p>
    <w:p>
      <w:pPr>
        <w:pStyle w:val="ListBullet"/>
      </w:pPr>
      <w:r>
        <w:rPr>
          <w:rFonts w:ascii="Arial" w:hAnsi="Arial" w:eastAsia="Arial" w:cs="Arial"/>
          <w:sz w:val="21"/>
        </w:rPr>
        <w:t>Require corrective-action tracking for recurring problems.</w:t>
      </w:r>
    </w:p>
    <w:p>
      <w:pPr>
        <w:pStyle w:val="ListBullet"/>
      </w:pPr>
      <w:r>
        <w:rPr>
          <w:rFonts w:ascii="Arial" w:hAnsi="Arial" w:eastAsia="Arial" w:cs="Arial"/>
          <w:sz w:val="21"/>
        </w:rPr>
        <w:t>Define breach/security-event notification separately from normal service incidents.</w:t>
      </w:r>
    </w:p>
    <w:p>
      <w:bookmarkStart w:id="111" w:name="operations_change"/>
      <w:pPr>
        <w:pStyle w:val="Heading1"/>
      </w:pPr>
      <w:r>
        <w:rPr>
          <w:rFonts w:ascii="Arial" w:hAnsi="Arial" w:eastAsia="Arial" w:cs="Arial"/>
        </w:rPr>
        <w:t>12. Operations, Patching &amp; Change Management</w:t>
      </w:r>
      <w:bookmarkEnd w:id="111"/>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Create responsibility and maintenance expectations from the confirmed service model. Ask which layers are provider-managed: hardware, hypervisor, OS, database, web server, runtime, CMS/application, security tools and cloud resources.</w:t>
            </w:r>
          </w:p>
        </w:tc>
      </w:tr>
    </w:tbl>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trPr>
        <w:tc>
          <w:tcPr>
            <w:tcW w:type="dxa" w:w="288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Operational Layer</w:t>
            </w:r>
          </w:p>
        </w:tc>
        <w:tc>
          <w:tcPr>
            <w:tcW w:type="dxa" w:w="172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Organization</w:t>
            </w:r>
          </w:p>
        </w:tc>
        <w:tc>
          <w:tcPr>
            <w:tcW w:type="dxa" w:w="172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Provider</w:t>
            </w:r>
          </w:p>
        </w:tc>
        <w:tc>
          <w:tcPr>
            <w:tcW w:type="dxa" w:w="2015"/>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Cloud / Third Party</w:t>
            </w:r>
          </w:p>
        </w:tc>
        <w:tc>
          <w:tcPr>
            <w:tcW w:type="dxa" w:w="216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Notes</w:t>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Cloud account / subscription</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[R/A/C/I]</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[R/A/C/I]</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[R/A/C/I]</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Operating system</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[R/A/C/I]</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[R/A/C/I]</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[R/A/C/I]</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Database platform</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[R/A/C/I]</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[R/A/C/I]</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[R/A/C/I]</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Web/runtime layer</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[R/A/C/I]</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[R/A/C/I]</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[R/A/C/I]</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Application / CMS</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[R/A/C/I]</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[R/A/C/I]</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[R/A/C/I]</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Security controls</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[R/A/C/I]</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[R/A/C/I]</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[R/A/C/I]</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bl>
    <w:p/>
    <w:p>
      <w:pPr>
        <w:pStyle w:val="Heading2"/>
      </w:pPr>
      <w:r>
        <w:rPr>
          <w:rFonts w:ascii="Arial" w:hAnsi="Arial" w:eastAsia="Arial" w:cs="Arial"/>
        </w:rPr>
        <w:t>12.1 Patch &amp; Change Requirements</w:t>
      </w:r>
    </w:p>
    <w:p>
      <w:pPr>
        <w:spacing w:after="40"/>
        <w:ind w:left="72"/>
      </w:pPr>
      <w:r>
        <w:rPr>
          <w:rFonts w:ascii="Arial" w:hAnsi="Arial" w:eastAsia="Arial" w:cs="Arial"/>
          <w:sz w:val="20"/>
        </w:rPr>
        <w:t>☐ Critical security patches follow an approved expedited process.</w:t>
      </w:r>
    </w:p>
    <w:p>
      <w:pPr>
        <w:spacing w:after="40"/>
        <w:ind w:left="72"/>
      </w:pPr>
      <w:r>
        <w:rPr>
          <w:rFonts w:ascii="Arial" w:hAnsi="Arial" w:eastAsia="Arial" w:cs="Arial"/>
          <w:sz w:val="20"/>
        </w:rPr>
        <w:t>☐ Routine maintenance windows are documented.</w:t>
      </w:r>
    </w:p>
    <w:p>
      <w:pPr>
        <w:spacing w:after="40"/>
        <w:ind w:left="72"/>
      </w:pPr>
      <w:r>
        <w:rPr>
          <w:rFonts w:ascii="Arial" w:hAnsi="Arial" w:eastAsia="Arial" w:cs="Arial"/>
          <w:sz w:val="20"/>
        </w:rPr>
        <w:t>☐ Changes are recorded with requester, approver, implementation and rollback information.</w:t>
      </w:r>
    </w:p>
    <w:p>
      <w:pPr>
        <w:spacing w:after="40"/>
        <w:ind w:left="72"/>
      </w:pPr>
      <w:r>
        <w:rPr>
          <w:rFonts w:ascii="Arial" w:hAnsi="Arial" w:eastAsia="Arial" w:cs="Arial"/>
          <w:sz w:val="20"/>
        </w:rPr>
        <w:t>☐ Emergency changes receive retrospective review.</w:t>
      </w:r>
    </w:p>
    <w:p>
      <w:pPr>
        <w:spacing w:after="40"/>
        <w:ind w:left="72"/>
      </w:pPr>
      <w:r>
        <w:rPr>
          <w:rFonts w:ascii="Arial" w:hAnsi="Arial" w:eastAsia="Arial" w:cs="Arial"/>
          <w:sz w:val="20"/>
        </w:rPr>
        <w:t>☐ Unsupported components are identified and escalated.</w:t>
      </w:r>
    </w:p>
    <w:p>
      <w:pPr>
        <w:spacing w:after="40"/>
        <w:ind w:left="72"/>
      </w:pPr>
      <w:r>
        <w:rPr>
          <w:rFonts w:ascii="Arial" w:hAnsi="Arial" w:eastAsia="Arial" w:cs="Arial"/>
          <w:sz w:val="20"/>
        </w:rPr>
        <w:t>☐ Major platform upgrades are planned, tested and separately approved.</w:t>
      </w:r>
    </w:p>
    <w:p>
      <w:bookmarkStart w:id="112" w:name="support_escalation"/>
      <w:pPr>
        <w:pStyle w:val="Heading1"/>
      </w:pPr>
      <w:r>
        <w:rPr>
          <w:rFonts w:ascii="Arial" w:hAnsi="Arial" w:eastAsia="Arial" w:cs="Arial"/>
        </w:rPr>
        <w:t>13. Support, Service Desk &amp; Escalation</w:t>
      </w:r>
      <w:bookmarkEnd w:id="112"/>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Ask for support hours, contact methods, severity model, user groups, languages, on-call expectations and escalation contacts. Do not assume 24x7 service unless requested.</w:t>
            </w:r>
          </w:p>
        </w:tc>
      </w:tr>
    </w:tbl>
    <w:p/>
    <w:tbl>
      <w:tblPr>
        <w:tblW w:type="auto" w:w="0"/>
        <w:jc w:val="center"/>
        <w:tblLayout w:type="fixed"/>
        <w:tblLook w:firstColumn="1" w:firstRow="1" w:lastColumn="0" w:lastRow="0" w:noHBand="0" w:noVBand="1" w:val="04A0"/>
      </w:tblPr>
      <w:tblGrid>
        <w:gridCol w:w="5112"/>
        <w:gridCol w:w="5112"/>
      </w:tblGrid>
      <w:tr>
        <w:trPr>
          <w:tblHeader w:val="true"/>
        </w:trPr>
        <w:tc>
          <w:tcPr>
            <w:tcW w:type="dxa" w:w="3456"/>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Support Element</w:t>
            </w:r>
          </w:p>
        </w:tc>
        <w:tc>
          <w:tcPr>
            <w:tcW w:type="dxa" w:w="619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Requirement</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Coverage</w:t>
            </w:r>
          </w:p>
        </w:tc>
        <w:tc>
          <w:tcPr>
            <w:tcW w:type="dxa" w:w="61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[24x7 / BUSINESS HOURS / OTHER]</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Channels</w:t>
            </w:r>
          </w:p>
        </w:tc>
        <w:tc>
          <w:tcPr>
            <w:tcW w:type="dxa" w:w="61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[PORTAL / EMAIL / PHONE / CHAT]</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P1 escalation</w:t>
            </w:r>
          </w:p>
        </w:tc>
        <w:tc>
          <w:tcPr>
            <w:tcW w:type="dxa" w:w="61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[NAMED / ON-CALL PROCESS]</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Status communications</w:t>
            </w:r>
          </w:p>
        </w:tc>
        <w:tc>
          <w:tcPr>
            <w:tcW w:type="dxa" w:w="61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[FREQUENCY / CHANNEL]</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Service reviews</w:t>
            </w:r>
          </w:p>
        </w:tc>
        <w:tc>
          <w:tcPr>
            <w:tcW w:type="dxa" w:w="61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[MONTHLY / QUARTERLY]</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Named service manager</w:t>
            </w:r>
          </w:p>
        </w:tc>
        <w:tc>
          <w:tcPr>
            <w:tcW w:type="dxa" w:w="61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[REQUIRED / OPTIONAL]</w:t>
            </w:r>
          </w:p>
        </w:tc>
      </w:tr>
    </w:tbl>
    <w:p/>
    <w:p>
      <w:pPr>
        <w:pStyle w:val="Heading2"/>
      </w:pPr>
      <w:r>
        <w:rPr>
          <w:rFonts w:ascii="Arial" w:hAnsi="Arial" w:eastAsia="Arial" w:cs="Arial"/>
        </w:rPr>
        <w:t>13.1 Escalation Model</w:t>
      </w:r>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trPr>
        <w:tc>
          <w:tcPr>
            <w:tcW w:type="dxa" w:w="115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Severity</w:t>
            </w:r>
          </w:p>
        </w:tc>
        <w:tc>
          <w:tcPr>
            <w:tcW w:type="dxa" w:w="3456"/>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Example</w:t>
            </w:r>
          </w:p>
        </w:tc>
        <w:tc>
          <w:tcPr>
            <w:tcW w:type="dxa" w:w="172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Initial Response</w:t>
            </w:r>
          </w:p>
        </w:tc>
        <w:tc>
          <w:tcPr>
            <w:tcW w:type="dxa" w:w="172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Update Cadence</w:t>
            </w:r>
          </w:p>
        </w:tc>
        <w:tc>
          <w:tcPr>
            <w:tcW w:type="dxa" w:w="158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Escalation</w:t>
            </w:r>
          </w:p>
        </w:tc>
      </w:tr>
      <w:tr>
        <w:tc>
          <w:tcPr>
            <w:tcW w:type="dxa" w:w="11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P1</w:t>
            </w:r>
          </w:p>
        </w:tc>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Production outage / severe security issue</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[TARGET]</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[TARGET]</w:t>
            </w:r>
          </w:p>
        </w:tc>
        <w:tc>
          <w:tcPr>
            <w:tcW w:type="dxa" w:w="158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[LEVEL]</w:t>
            </w:r>
          </w:p>
        </w:tc>
      </w:tr>
      <w:tr>
        <w:tc>
          <w:tcPr>
            <w:tcW w:type="dxa" w:w="11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P2</w:t>
            </w:r>
          </w:p>
        </w:tc>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Major degradation</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w:t>
            </w:r>
          </w:p>
        </w:tc>
        <w:tc>
          <w:tcPr>
            <w:tcW w:type="dxa" w:w="158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[LEVEL]</w:t>
            </w:r>
          </w:p>
        </w:tc>
      </w:tr>
      <w:tr>
        <w:tc>
          <w:tcPr>
            <w:tcW w:type="dxa" w:w="11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P3</w:t>
            </w:r>
          </w:p>
        </w:tc>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Limited impact</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[TARGET]</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[TARGET]</w:t>
            </w:r>
          </w:p>
        </w:tc>
        <w:tc>
          <w:tcPr>
            <w:tcW w:type="dxa" w:w="158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[LEVEL]</w:t>
            </w:r>
          </w:p>
        </w:tc>
      </w:tr>
      <w:tr>
        <w:tc>
          <w:tcPr>
            <w:tcW w:type="dxa" w:w="11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P4</w:t>
            </w:r>
          </w:p>
        </w:tc>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Routine request</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w:t>
            </w:r>
          </w:p>
        </w:tc>
        <w:tc>
          <w:tcPr>
            <w:tcW w:type="dxa" w:w="158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[LEVEL]</w:t>
            </w:r>
          </w:p>
        </w:tc>
      </w:tr>
    </w:tbl>
    <w:p/>
    <w:p>
      <w:bookmarkStart w:id="113" w:name="data_portability"/>
      <w:pPr>
        <w:pStyle w:val="Heading1"/>
      </w:pPr>
      <w:r>
        <w:rPr>
          <w:rFonts w:ascii="Arial" w:hAnsi="Arial" w:eastAsia="Arial" w:cs="Arial"/>
        </w:rPr>
        <w:t>14. Data Residency, Portability &amp; Exit Planning</w:t>
      </w:r>
      <w:bookmarkEnd w:id="113"/>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Ask whether data must remain in specific countries/regions, whether cross-border support is restricted, and what export/exit expectations apply. Do not infer legal residency obligations.</w:t>
            </w:r>
          </w:p>
        </w:tc>
      </w:tr>
    </w:tbl>
    <w:p/>
    <w:p>
      <w:pPr>
        <w:spacing w:after="40"/>
        <w:ind w:left="72"/>
      </w:pPr>
      <w:r>
        <w:rPr>
          <w:rFonts w:ascii="Arial" w:hAnsi="Arial" w:eastAsia="Arial" w:cs="Arial"/>
          <w:sz w:val="20"/>
        </w:rPr>
        <w:t>☐ Identify all regions where primary data, backups and logs may be stored or processed.</w:t>
      </w:r>
    </w:p>
    <w:p>
      <w:pPr>
        <w:spacing w:after="40"/>
        <w:ind w:left="72"/>
      </w:pPr>
      <w:r>
        <w:rPr>
          <w:rFonts w:ascii="Arial" w:hAnsi="Arial" w:eastAsia="Arial" w:cs="Arial"/>
          <w:sz w:val="20"/>
        </w:rPr>
        <w:t>☐ Disclose material subprocessors and cloud providers.</w:t>
      </w:r>
    </w:p>
    <w:p>
      <w:pPr>
        <w:spacing w:after="40"/>
        <w:ind w:left="72"/>
      </w:pPr>
      <w:r>
        <w:rPr>
          <w:rFonts w:ascii="Arial" w:hAnsi="Arial" w:eastAsia="Arial" w:cs="Arial"/>
          <w:sz w:val="20"/>
        </w:rPr>
        <w:t>☐ Provide usable data/configuration exports on request and at termination.</w:t>
      </w:r>
    </w:p>
    <w:p>
      <w:pPr>
        <w:spacing w:after="40"/>
        <w:ind w:left="72"/>
      </w:pPr>
      <w:r>
        <w:rPr>
          <w:rFonts w:ascii="Arial" w:hAnsi="Arial" w:eastAsia="Arial" w:cs="Arial"/>
          <w:sz w:val="20"/>
        </w:rPr>
        <w:t>☐ Organization retains ownership of its data, domains and organization-funded configurations subject to contract terms.</w:t>
      </w:r>
    </w:p>
    <w:p>
      <w:pPr>
        <w:spacing w:after="40"/>
        <w:ind w:left="72"/>
      </w:pPr>
      <w:r>
        <w:rPr>
          <w:rFonts w:ascii="Arial" w:hAnsi="Arial" w:eastAsia="Arial" w:cs="Arial"/>
          <w:sz w:val="20"/>
        </w:rPr>
        <w:t>☐ Document credential, DNS, certificate, backup and infrastructure handoff procedures.</w:t>
      </w:r>
    </w:p>
    <w:p>
      <w:pPr>
        <w:spacing w:after="40"/>
        <w:ind w:left="72"/>
      </w:pPr>
      <w:r>
        <w:rPr>
          <w:rFonts w:ascii="Arial" w:hAnsi="Arial" w:eastAsia="Arial" w:cs="Arial"/>
          <w:sz w:val="20"/>
        </w:rPr>
        <w:t>☐ Define transition-assistance period, rates and obligations.</w:t>
      </w:r>
    </w:p>
    <w:p>
      <w:pPr>
        <w:spacing w:after="40"/>
        <w:ind w:left="72"/>
      </w:pPr>
      <w:r>
        <w:rPr>
          <w:rFonts w:ascii="Arial" w:hAnsi="Arial" w:eastAsia="Arial" w:cs="Arial"/>
          <w:sz w:val="20"/>
        </w:rPr>
        <w:t>☐ Delete/return organization data after termination according to approved retention requirements.</w:t>
      </w:r>
    </w:p>
    <w:p>
      <w:pPr>
        <w:pStyle w:val="Heading2"/>
      </w:pPr>
      <w:r>
        <w:rPr>
          <w:rFonts w:ascii="Arial" w:hAnsi="Arial" w:eastAsia="Arial" w:cs="Arial"/>
        </w:rPr>
        <w:t>14.1 Exit Deliverables</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3456"/>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Exit Item</w:t>
            </w:r>
          </w:p>
        </w:tc>
        <w:tc>
          <w:tcPr>
            <w:tcW w:type="dxa" w:w="4031"/>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Required Format / Method</w:t>
            </w:r>
          </w:p>
        </w:tc>
        <w:tc>
          <w:tcPr>
            <w:tcW w:type="dxa" w:w="216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Timing</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Data export</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[FORMAT / NATIVE / STANDARD]</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[TIMING]</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Infrastructure/configuration documentation</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[DOCS / IaC / EXPORTS]</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[TIMING]</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Credentials / account transfer</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Secure approved method</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[TIMING]</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DNS / domains / certificates</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Transfer / delegated access</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[TIMING]</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Backups / archives</w:t>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[FORMAT / RETENTION]</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[TIMING]</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Knowledge-transfer sessions</w:t>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[QTY / HOURS]</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[TIMING]</w:t>
            </w:r>
          </w:p>
        </w:tc>
      </w:tr>
    </w:tbl>
    <w:p/>
    <w:p>
      <w:bookmarkStart w:id="114" w:name="deliverables_acceptance"/>
      <w:pPr>
        <w:pStyle w:val="Heading1"/>
      </w:pPr>
      <w:r>
        <w:rPr>
          <w:rFonts w:ascii="Arial" w:hAnsi="Arial" w:eastAsia="Arial" w:cs="Arial"/>
        </w:rPr>
        <w:t>15. Deliverables &amp; Acceptance Criteria</w:t>
      </w:r>
      <w:bookmarkEnd w:id="114"/>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Create a deliverables register from confirmed scope. Each deliverable must have an objective acceptance criterion and evidence. Do not use vague terms such as “satisfactory.”</w:t>
            </w:r>
          </w:p>
        </w:tc>
      </w:tr>
    </w:tbl>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316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Deliverable</w:t>
            </w:r>
          </w:p>
        </w:tc>
        <w:tc>
          <w:tcPr>
            <w:tcW w:type="dxa" w:w="172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Timing</w:t>
            </w:r>
          </w:p>
        </w:tc>
        <w:tc>
          <w:tcPr>
            <w:tcW w:type="dxa" w:w="4896"/>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Acceptance Criteria / Evidence</w:t>
            </w:r>
          </w:p>
        </w:tc>
      </w:tr>
      <w:tr>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Current-state assessment</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c>
          <w:tcPr>
            <w:tcW w:type="dxa" w:w="489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Validated inventory, risks and assumptions</w:t>
            </w:r>
          </w:p>
        </w:tc>
      </w:tr>
      <w:tr>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Target architecture</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w:t>
            </w:r>
          </w:p>
        </w:tc>
        <w:tc>
          <w:tcPr>
            <w:tcW w:type="dxa" w:w="489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Approved diagrams, sizing and responsibility model</w:t>
            </w:r>
          </w:p>
        </w:tc>
      </w:tr>
      <w:tr>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Migration runbook</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c>
          <w:tcPr>
            <w:tcW w:type="dxa" w:w="489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Steps, owners, timings, validation and rollback</w:t>
            </w:r>
          </w:p>
        </w:tc>
      </w:tr>
      <w:tr>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Operational runbook</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w:t>
            </w:r>
          </w:p>
        </w:tc>
        <w:tc>
          <w:tcPr>
            <w:tcW w:type="dxa" w:w="489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Monitoring, patching, backup, escalation and change procedures</w:t>
            </w:r>
          </w:p>
        </w:tc>
      </w:tr>
      <w:tr>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DR plan / test evidence</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w:t>
            </w:r>
          </w:p>
        </w:tc>
        <w:tc>
          <w:tcPr>
            <w:tcW w:type="dxa" w:w="489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Approved recovery procedures and test results</w:t>
            </w:r>
          </w:p>
        </w:tc>
      </w:tr>
      <w:tr>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Security configuration baseline</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w:t>
            </w:r>
          </w:p>
        </w:tc>
        <w:tc>
          <w:tcPr>
            <w:tcW w:type="dxa" w:w="489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Documented controls and exceptions</w:t>
            </w:r>
          </w:p>
        </w:tc>
      </w:tr>
      <w:tr>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Service reporting pack</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[CADENCE]</w:t>
            </w:r>
          </w:p>
        </w:tc>
        <w:tc>
          <w:tcPr>
            <w:tcW w:type="dxa" w:w="489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Agreed KPI/SLA metrics and actions</w:t>
            </w:r>
          </w:p>
        </w:tc>
      </w:tr>
      <w:tr>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Exit / portability documentation</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w:t>
            </w:r>
          </w:p>
        </w:tc>
        <w:tc>
          <w:tcPr>
            <w:tcW w:type="dxa" w:w="489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Complete and usable handoff package</w:t>
            </w:r>
          </w:p>
        </w:tc>
      </w:tr>
    </w:tbl>
    <w:p/>
    <w:p>
      <w:bookmarkStart w:id="115" w:name="schedule_governance"/>
      <w:pPr>
        <w:pStyle w:val="Heading1"/>
      </w:pPr>
      <w:r>
        <w:rPr>
          <w:rFonts w:ascii="Arial" w:hAnsi="Arial" w:eastAsia="Arial" w:cs="Arial"/>
        </w:rPr>
        <w:t>16. Project Schedule &amp; Governance</w:t>
      </w:r>
      <w:bookmarkEnd w:id="115"/>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Build a realistic schedule from confirmed migration windows, contract dates, blackout periods and dependencies. Do not invent dates. Identify go/no-go approvals and stabilization periods.</w:t>
            </w:r>
          </w:p>
        </w:tc>
      </w:tr>
    </w:tbl>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16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Phase</w:t>
            </w:r>
          </w:p>
        </w:tc>
        <w:tc>
          <w:tcPr>
            <w:tcW w:type="dxa" w:w="475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Illustrative Activities</w:t>
            </w:r>
          </w:p>
        </w:tc>
        <w:tc>
          <w:tcPr>
            <w:tcW w:type="dxa" w:w="2736"/>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Target Timing</w:t>
            </w:r>
          </w:p>
        </w:tc>
      </w:tr>
      <w:tr>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Discovery</w:t>
            </w:r>
          </w:p>
        </w:tc>
        <w:tc>
          <w:tcPr>
            <w:tcW w:type="dxa" w:w="47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Inventory, dependency mapping, architecture</w:t>
            </w:r>
          </w:p>
        </w:tc>
        <w:tc>
          <w:tcPr>
            <w:tcW w:type="dxa" w:w="273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[DATES]</w:t>
            </w:r>
          </w:p>
        </w:tc>
      </w:tr>
      <w:tr>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Build</w:t>
            </w:r>
          </w:p>
        </w:tc>
        <w:tc>
          <w:tcPr>
            <w:tcW w:type="dxa" w:w="47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Provision/configure environments</w:t>
            </w:r>
          </w:p>
        </w:tc>
        <w:tc>
          <w:tcPr>
            <w:tcW w:type="dxa" w:w="273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[DATES]</w:t>
            </w:r>
          </w:p>
        </w:tc>
      </w:tr>
      <w:tr>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Migration testing</w:t>
            </w:r>
          </w:p>
        </w:tc>
        <w:tc>
          <w:tcPr>
            <w:tcW w:type="dxa" w:w="47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Test transfers and validation</w:t>
            </w:r>
          </w:p>
        </w:tc>
        <w:tc>
          <w:tcPr>
            <w:tcW w:type="dxa" w:w="273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[DATES]</w:t>
            </w:r>
          </w:p>
        </w:tc>
      </w:tr>
      <w:tr>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Cutover</w:t>
            </w:r>
          </w:p>
        </w:tc>
        <w:tc>
          <w:tcPr>
            <w:tcW w:type="dxa" w:w="47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Production migration</w:t>
            </w:r>
          </w:p>
        </w:tc>
        <w:tc>
          <w:tcPr>
            <w:tcW w:type="dxa" w:w="273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[DATES]</w:t>
            </w:r>
          </w:p>
        </w:tc>
      </w:tr>
      <w:tr>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Stabilization</w:t>
            </w:r>
          </w:p>
        </w:tc>
        <w:tc>
          <w:tcPr>
            <w:tcW w:type="dxa" w:w="47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Hypercare and tuning</w:t>
            </w:r>
          </w:p>
        </w:tc>
        <w:tc>
          <w:tcPr>
            <w:tcW w:type="dxa" w:w="273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[DATES]</w:t>
            </w:r>
          </w:p>
        </w:tc>
      </w:tr>
      <w:tr>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Managed operations</w:t>
            </w:r>
          </w:p>
        </w:tc>
        <w:tc>
          <w:tcPr>
            <w:tcW w:type="dxa" w:w="47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Steady-state service</w:t>
            </w:r>
          </w:p>
        </w:tc>
        <w:tc>
          <w:tcPr>
            <w:tcW w:type="dxa" w:w="273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[TERM]</w:t>
            </w:r>
          </w:p>
        </w:tc>
      </w:tr>
    </w:tbl>
    <w:p/>
    <w:p>
      <w:pPr>
        <w:pStyle w:val="Heading2"/>
      </w:pPr>
      <w:r>
        <w:rPr>
          <w:rFonts w:ascii="Arial" w:hAnsi="Arial" w:eastAsia="Arial" w:cs="Arial"/>
        </w:rPr>
        <w:t>16.1 Governance</w:t>
      </w:r>
    </w:p>
    <w:p>
      <w:pPr>
        <w:pStyle w:val="ListBullet"/>
      </w:pPr>
      <w:r>
        <w:rPr>
          <w:rFonts w:ascii="Arial" w:hAnsi="Arial" w:eastAsia="Arial" w:cs="Arial"/>
          <w:sz w:val="21"/>
        </w:rPr>
        <w:t>Named executive sponsor and project/service owners.</w:t>
      </w:r>
    </w:p>
    <w:p>
      <w:pPr>
        <w:pStyle w:val="ListBullet"/>
      </w:pPr>
      <w:r>
        <w:rPr>
          <w:rFonts w:ascii="Arial" w:hAnsi="Arial" w:eastAsia="Arial" w:cs="Arial"/>
          <w:sz w:val="21"/>
        </w:rPr>
        <w:t>Weekly migration/project meetings during transition.</w:t>
      </w:r>
    </w:p>
    <w:p>
      <w:pPr>
        <w:pStyle w:val="ListBullet"/>
      </w:pPr>
      <w:r>
        <w:rPr>
          <w:rFonts w:ascii="Arial" w:hAnsi="Arial" w:eastAsia="Arial" w:cs="Arial"/>
          <w:sz w:val="21"/>
        </w:rPr>
        <w:t>Defined change-control process.</w:t>
      </w:r>
    </w:p>
    <w:p>
      <w:pPr>
        <w:pStyle w:val="ListBullet"/>
      </w:pPr>
      <w:r>
        <w:rPr>
          <w:rFonts w:ascii="Arial" w:hAnsi="Arial" w:eastAsia="Arial" w:cs="Arial"/>
          <w:sz w:val="21"/>
        </w:rPr>
        <w:t>Monthly or quarterly service review after steady state.</w:t>
      </w:r>
    </w:p>
    <w:p>
      <w:pPr>
        <w:pStyle w:val="ListBullet"/>
      </w:pPr>
      <w:r>
        <w:rPr>
          <w:rFonts w:ascii="Arial" w:hAnsi="Arial" w:eastAsia="Arial" w:cs="Arial"/>
          <w:sz w:val="21"/>
        </w:rPr>
        <w:t>Risk, issue, action and decision logs.</w:t>
      </w:r>
    </w:p>
    <w:p>
      <w:pPr>
        <w:pStyle w:val="ListBullet"/>
      </w:pPr>
      <w:r>
        <w:rPr>
          <w:rFonts w:ascii="Arial" w:hAnsi="Arial" w:eastAsia="Arial" w:cs="Arial"/>
          <w:sz w:val="21"/>
        </w:rPr>
        <w:t>Documented escalation to provider management and organization leadership.</w:t>
      </w:r>
    </w:p>
    <w:p>
      <w:bookmarkStart w:id="116" w:name="bidder_qualifications"/>
      <w:pPr>
        <w:pStyle w:val="Heading1"/>
      </w:pPr>
      <w:r>
        <w:rPr>
          <w:rFonts w:ascii="Arial" w:hAnsi="Arial" w:eastAsia="Arial" w:cs="Arial"/>
        </w:rPr>
        <w:t>17. Bidder Qualifications &amp; Key Personnel</w:t>
      </w:r>
      <w:bookmarkEnd w:id="116"/>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Recommend qualification criteria only when tied to actual project risk. Ask whether public-sector experience, cloud certifications, clearances, geographic coverage or managed-service certifications are truly required.</w:t>
            </w:r>
          </w:p>
        </w:tc>
      </w:tr>
    </w:tbl>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360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Qualification</w:t>
            </w:r>
          </w:p>
        </w:tc>
        <w:tc>
          <w:tcPr>
            <w:tcW w:type="dxa" w:w="172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Mandatory / Rated</w:t>
            </w:r>
          </w:p>
        </w:tc>
        <w:tc>
          <w:tcPr>
            <w:tcW w:type="dxa" w:w="446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Bidder Evidence</w:t>
            </w:r>
          </w:p>
        </w:tc>
      </w:tr>
      <w:tr>
        <w:tc>
          <w:tcPr>
            <w:tcW w:type="dxa" w:w="360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Relevant managed hosting/cloud experience</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[M/R]</w:t>
            </w:r>
          </w:p>
        </w:tc>
        <w:tc>
          <w:tcPr>
            <w:tcW w:type="dxa" w:w="446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Comparable engagements</w:t>
            </w:r>
          </w:p>
        </w:tc>
      </w:tr>
      <w:tr>
        <w:tc>
          <w:tcPr>
            <w:tcW w:type="dxa" w:w="360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Experience with required platforms</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[M/R]</w:t>
            </w:r>
          </w:p>
        </w:tc>
        <w:tc>
          <w:tcPr>
            <w:tcW w:type="dxa" w:w="446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Projects / certifications</w:t>
            </w:r>
          </w:p>
        </w:tc>
      </w:tr>
      <w:tr>
        <w:tc>
          <w:tcPr>
            <w:tcW w:type="dxa" w:w="360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24x7 operations capability</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[M/R]</w:t>
            </w:r>
          </w:p>
        </w:tc>
        <w:tc>
          <w:tcPr>
            <w:tcW w:type="dxa" w:w="446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NOC/SOC/support model</w:t>
            </w:r>
          </w:p>
        </w:tc>
      </w:tr>
      <w:tr>
        <w:tc>
          <w:tcPr>
            <w:tcW w:type="dxa" w:w="360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Security and incident-response capability</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[M/R]</w:t>
            </w:r>
          </w:p>
        </w:tc>
        <w:tc>
          <w:tcPr>
            <w:tcW w:type="dxa" w:w="446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Policies / evidence</w:t>
            </w:r>
          </w:p>
        </w:tc>
      </w:tr>
      <w:tr>
        <w:tc>
          <w:tcPr>
            <w:tcW w:type="dxa" w:w="360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Migration experience</w:t>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[M/R]</w:t>
            </w:r>
          </w:p>
        </w:tc>
        <w:tc>
          <w:tcPr>
            <w:tcW w:type="dxa" w:w="446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References / case studies</w:t>
            </w:r>
          </w:p>
        </w:tc>
      </w:tr>
      <w:tr>
        <w:tc>
          <w:tcPr>
            <w:tcW w:type="dxa" w:w="360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Financial / organizational capacity</w:t>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[M/R]</w:t>
            </w:r>
          </w:p>
        </w:tc>
        <w:tc>
          <w:tcPr>
            <w:tcW w:type="dxa" w:w="446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Requested evidence</w:t>
            </w:r>
          </w:p>
        </w:tc>
      </w:tr>
    </w:tbl>
    <w:p/>
    <w:p>
      <w:pPr>
        <w:pStyle w:val="Heading2"/>
      </w:pPr>
      <w:r>
        <w:rPr>
          <w:rFonts w:ascii="Arial" w:hAnsi="Arial" w:eastAsia="Arial" w:cs="Arial"/>
        </w:rPr>
        <w:t>17.1 Proposed Key Personnel</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259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Role</w:t>
            </w:r>
          </w:p>
        </w:tc>
        <w:tc>
          <w:tcPr>
            <w:tcW w:type="dxa" w:w="216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Named Person</w:t>
            </w:r>
          </w:p>
        </w:tc>
        <w:tc>
          <w:tcPr>
            <w:tcW w:type="dxa" w:w="316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Experience / Certifications</w:t>
            </w:r>
          </w:p>
        </w:tc>
        <w:tc>
          <w:tcPr>
            <w:tcW w:type="dxa" w:w="187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Allocation / Coverage</w:t>
            </w:r>
          </w:p>
        </w:tc>
      </w:tr>
      <w:tr>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Account / Service Manager</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5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Cloud / Infrastructure Architect</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Migration Lead</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5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Security Lead</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16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Operations / Support Lead</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16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bl>
    <w:p/>
    <w:p>
      <w:bookmarkStart w:id="117" w:name="proposal_instructions"/>
      <w:pPr>
        <w:pStyle w:val="Heading1"/>
      </w:pPr>
      <w:r>
        <w:rPr>
          <w:rFonts w:ascii="Arial" w:hAnsi="Arial" w:eastAsia="Arial" w:cs="Arial"/>
        </w:rPr>
        <w:t>18. Proposal Response Instructions</w:t>
      </w:r>
      <w:bookmarkEnd w:id="117"/>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Keep the response structure aligned to the evaluation model. Do not request material that will not be evaluated or needed for due diligence.</w:t>
            </w:r>
          </w:p>
        </w:tc>
      </w:tr>
    </w:tbl>
    <w:p/>
    <w:p>
      <w:pPr>
        <w:spacing w:after="40"/>
      </w:pPr>
      <w:r>
        <w:rPr>
          <w:rFonts w:ascii="Arial" w:hAnsi="Arial" w:eastAsia="Arial" w:cs="Arial"/>
          <w:sz w:val="20"/>
        </w:rPr>
        <w:t>1. Executive summary and understanding of requirements.</w:t>
      </w:r>
    </w:p>
    <w:p>
      <w:pPr>
        <w:spacing w:after="40"/>
      </w:pPr>
      <w:r>
        <w:rPr>
          <w:rFonts w:ascii="Arial" w:hAnsi="Arial" w:eastAsia="Arial" w:cs="Arial"/>
          <w:sz w:val="20"/>
        </w:rPr>
        <w:t>2. Proposed architecture and hosting/service model.</w:t>
      </w:r>
    </w:p>
    <w:p>
      <w:pPr>
        <w:spacing w:after="40"/>
      </w:pPr>
      <w:r>
        <w:rPr>
          <w:rFonts w:ascii="Arial" w:hAnsi="Arial" w:eastAsia="Arial" w:cs="Arial"/>
          <w:sz w:val="20"/>
        </w:rPr>
        <w:t>3. Detailed migration and transition approach.</w:t>
      </w:r>
    </w:p>
    <w:p>
      <w:pPr>
        <w:spacing w:after="40"/>
      </w:pPr>
      <w:r>
        <w:rPr>
          <w:rFonts w:ascii="Arial" w:hAnsi="Arial" w:eastAsia="Arial" w:cs="Arial"/>
          <w:sz w:val="20"/>
        </w:rPr>
        <w:t>4. Managed operations, monitoring, patching and support approach.</w:t>
      </w:r>
    </w:p>
    <w:p>
      <w:pPr>
        <w:spacing w:after="40"/>
      </w:pPr>
      <w:r>
        <w:rPr>
          <w:rFonts w:ascii="Arial" w:hAnsi="Arial" w:eastAsia="Arial" w:cs="Arial"/>
          <w:sz w:val="20"/>
        </w:rPr>
        <w:t>5. Security, privacy, backup and disaster-recovery approach.</w:t>
      </w:r>
    </w:p>
    <w:p>
      <w:pPr>
        <w:spacing w:after="40"/>
      </w:pPr>
      <w:r>
        <w:rPr>
          <w:rFonts w:ascii="Arial" w:hAnsi="Arial" w:eastAsia="Arial" w:cs="Arial"/>
          <w:sz w:val="20"/>
        </w:rPr>
        <w:t>6. Service levels and escalation model.</w:t>
      </w:r>
    </w:p>
    <w:p>
      <w:pPr>
        <w:spacing w:after="40"/>
      </w:pPr>
      <w:r>
        <w:rPr>
          <w:rFonts w:ascii="Arial" w:hAnsi="Arial" w:eastAsia="Arial" w:cs="Arial"/>
          <w:sz w:val="20"/>
        </w:rPr>
        <w:t>7. Proposed team and relevant experience.</w:t>
      </w:r>
    </w:p>
    <w:p>
      <w:pPr>
        <w:spacing w:after="40"/>
      </w:pPr>
      <w:r>
        <w:rPr>
          <w:rFonts w:ascii="Arial" w:hAnsi="Arial" w:eastAsia="Arial" w:cs="Arial"/>
          <w:sz w:val="20"/>
        </w:rPr>
        <w:t>8. Completed requirements/compliance matrix.</w:t>
      </w:r>
    </w:p>
    <w:p>
      <w:pPr>
        <w:spacing w:after="40"/>
      </w:pPr>
      <w:r>
        <w:rPr>
          <w:rFonts w:ascii="Arial" w:hAnsi="Arial" w:eastAsia="Arial" w:cs="Arial"/>
          <w:sz w:val="20"/>
        </w:rPr>
        <w:t>9. Completed pricing schedules and assumptions.</w:t>
      </w:r>
    </w:p>
    <w:p>
      <w:pPr>
        <w:spacing w:after="40"/>
      </w:pPr>
      <w:r>
        <w:rPr>
          <w:rFonts w:ascii="Arial" w:hAnsi="Arial" w:eastAsia="Arial" w:cs="Arial"/>
          <w:sz w:val="20"/>
        </w:rPr>
        <w:t>10. Exceptions, dependencies and proposed contract deviations.</w:t>
      </w:r>
    </w:p>
    <w:p>
      <w:pPr>
        <w:pStyle w:val="Heading2"/>
      </w:pPr>
      <w:r>
        <w:rPr>
          <w:rFonts w:ascii="Arial" w:hAnsi="Arial" w:eastAsia="Arial" w:cs="Arial"/>
        </w:rPr>
        <w:t>18.1 Proposal Format</w:t>
      </w:r>
    </w:p>
    <w:tbl>
      <w:tblPr>
        <w:tblW w:type="auto" w:w="0"/>
        <w:jc w:val="center"/>
        <w:tblLayout w:type="fixed"/>
        <w:tblLook w:firstColumn="1" w:firstRow="1" w:lastColumn="0" w:lastRow="0" w:noHBand="0" w:noVBand="1" w:val="04A0"/>
      </w:tblPr>
      <w:tblGrid>
        <w:gridCol w:w="5112"/>
        <w:gridCol w:w="5112"/>
      </w:tblGrid>
      <w:tr>
        <w:trPr>
          <w:tblHeader w:val="true"/>
        </w:trPr>
        <w:tc>
          <w:tcPr>
            <w:tcW w:type="dxa" w:w="302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Item</w:t>
            </w:r>
          </w:p>
        </w:tc>
        <w:tc>
          <w:tcPr>
            <w:tcW w:type="dxa" w:w="6623"/>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Requirement</w:t>
            </w:r>
          </w:p>
        </w:tc>
      </w:tr>
      <w:tr>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File format</w:t>
            </w:r>
          </w:p>
        </w:tc>
        <w:tc>
          <w:tcPr>
            <w:tcW w:type="dxa" w:w="6623"/>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[PDF + required spreadsheets/forms]</w:t>
            </w:r>
          </w:p>
        </w:tc>
      </w:tr>
      <w:tr>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Page limit</w:t>
            </w:r>
          </w:p>
        </w:tc>
        <w:tc>
          <w:tcPr>
            <w:tcW w:type="dxa" w:w="6623"/>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[IF APPLICABLE]</w:t>
            </w:r>
          </w:p>
        </w:tc>
      </w:tr>
      <w:tr>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Pricing validity</w:t>
            </w:r>
          </w:p>
        </w:tc>
        <w:tc>
          <w:tcPr>
            <w:tcW w:type="dxa" w:w="6623"/>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[DAYS]</w:t>
            </w:r>
          </w:p>
        </w:tc>
      </w:tr>
      <w:tr>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Proposal validity</w:t>
            </w:r>
          </w:p>
        </w:tc>
        <w:tc>
          <w:tcPr>
            <w:tcW w:type="dxa" w:w="6623"/>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[DAYS]</w:t>
            </w:r>
          </w:p>
        </w:tc>
      </w:tr>
      <w:tr>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Authorized signature</w:t>
            </w:r>
          </w:p>
        </w:tc>
        <w:tc>
          <w:tcPr>
            <w:tcW w:type="dxa" w:w="6623"/>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Required</w:t>
            </w:r>
          </w:p>
        </w:tc>
      </w:tr>
      <w:tr>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Confidential information</w:t>
            </w:r>
          </w:p>
        </w:tc>
        <w:tc>
          <w:tcPr>
            <w:tcW w:type="dxa" w:w="6623"/>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Identify according to approved procurement rules</w:t>
            </w:r>
          </w:p>
        </w:tc>
      </w:tr>
    </w:tbl>
    <w:p/>
    <w:p>
      <w:bookmarkStart w:id="118" w:name="pricing_schedule"/>
      <w:pPr>
        <w:pStyle w:val="Heading1"/>
      </w:pPr>
      <w:r>
        <w:rPr>
          <w:rFonts w:ascii="Arial" w:hAnsi="Arial" w:eastAsia="Arial" w:cs="Arial"/>
        </w:rPr>
        <w:t>19. Pricing Schedule</w:t>
      </w:r>
      <w:bookmarkEnd w:id="118"/>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Ask for desired pricing model and term. Separate one-time migration, recurring managed service, cloud consumption, licenses, third-party services and optional work. Do not combine pass-through cloud consumption with management fees.</w:t>
            </w:r>
          </w:p>
        </w:tc>
      </w:tr>
    </w:tbl>
    <w:p/>
    <w:p>
      <w:pPr>
        <w:pStyle w:val="Heading2"/>
      </w:pPr>
      <w:r>
        <w:rPr>
          <w:rFonts w:ascii="Arial" w:hAnsi="Arial" w:eastAsia="Arial" w:cs="Arial"/>
        </w:rPr>
        <w:t>19.1 One-Time Implementation / Migration</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460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Cost Item</w:t>
            </w:r>
          </w:p>
        </w:tc>
        <w:tc>
          <w:tcPr>
            <w:tcW w:type="dxa" w:w="244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Fixed / Estimated Cost</w:t>
            </w:r>
          </w:p>
        </w:tc>
        <w:tc>
          <w:tcPr>
            <w:tcW w:type="dxa" w:w="302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Assumptions</w:t>
            </w:r>
          </w:p>
        </w:tc>
      </w:tr>
      <w:tr>
        <w:tc>
          <w:tcPr>
            <w:tcW w:type="dxa" w:w="460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Discovery / architecture</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60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Environment build</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460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Migration planning / testing</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60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Production cutover</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460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Security / hardening</w:t>
            </w:r>
          </w:p>
        </w:tc>
        <w:tc>
          <w:tcPr>
            <w:tcW w:type="dxa" w:w="244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60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Documentation / training</w:t>
            </w:r>
          </w:p>
        </w:tc>
        <w:tc>
          <w:tcPr>
            <w:tcW w:type="dxa" w:w="244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bl>
    <w:p/>
    <w:p>
      <w:pPr>
        <w:pStyle w:val="Heading2"/>
      </w:pPr>
      <w:r>
        <w:rPr>
          <w:rFonts w:ascii="Arial" w:hAnsi="Arial" w:eastAsia="Arial" w:cs="Arial"/>
        </w:rPr>
        <w:t>19.2 Recurring Managed Services</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3311"/>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Service</w:t>
            </w:r>
          </w:p>
        </w:tc>
        <w:tc>
          <w:tcPr>
            <w:tcW w:type="dxa" w:w="187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Monthly Cost</w:t>
            </w:r>
          </w:p>
        </w:tc>
        <w:tc>
          <w:tcPr>
            <w:tcW w:type="dxa" w:w="187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Annual Cost</w:t>
            </w:r>
          </w:p>
        </w:tc>
        <w:tc>
          <w:tcPr>
            <w:tcW w:type="dxa" w:w="302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Included Capacity / Scope</w:t>
            </w:r>
          </w:p>
        </w:tc>
      </w:tr>
      <w:tr>
        <w:tc>
          <w:tcPr>
            <w:tcW w:type="dxa" w:w="331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Managed hosting / operations</w:t>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331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Monitoring / alerting</w:t>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331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Backup / DR</w:t>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331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Security services</w:t>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331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Support / service desk</w:t>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87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02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331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Service management / reporting</w:t>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87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02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bl>
    <w:p/>
    <w:p>
      <w:pPr>
        <w:pStyle w:val="Heading2"/>
      </w:pPr>
      <w:r>
        <w:rPr>
          <w:rFonts w:ascii="Arial" w:hAnsi="Arial" w:eastAsia="Arial" w:cs="Arial"/>
        </w:rPr>
        <w:t>19.3 Cloud / Third-Party Consumption</w:t>
      </w:r>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trPr>
        <w:tc>
          <w:tcPr>
            <w:tcW w:type="dxa" w:w="259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Provider / Service</w:t>
            </w:r>
          </w:p>
        </w:tc>
        <w:tc>
          <w:tcPr>
            <w:tcW w:type="dxa" w:w="216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Billing Model</w:t>
            </w:r>
          </w:p>
        </w:tc>
        <w:tc>
          <w:tcPr>
            <w:tcW w:type="dxa" w:w="2015"/>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Estimated Monthly</w:t>
            </w:r>
          </w:p>
        </w:tc>
        <w:tc>
          <w:tcPr>
            <w:tcW w:type="dxa" w:w="216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Markup / Management Fee</w:t>
            </w:r>
          </w:p>
        </w:tc>
        <w:tc>
          <w:tcPr>
            <w:tcW w:type="dxa" w:w="172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Notes</w:t>
            </w:r>
          </w:p>
        </w:tc>
      </w:tr>
      <w:tr>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Cloud infrastructure</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5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CDN / WAF</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Monitoring / security tools</w:t>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72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5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Licenses</w:t>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72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bl>
    <w:p/>
    <w:p>
      <w:pPr>
        <w:pStyle w:val="Heading2"/>
      </w:pPr>
      <w:r>
        <w:rPr>
          <w:rFonts w:ascii="Arial" w:hAnsi="Arial" w:eastAsia="Arial" w:cs="Arial"/>
        </w:rPr>
        <w:t>19.4 Rate Card &amp; Optional Services</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4031"/>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Role / Service</w:t>
            </w:r>
          </w:p>
        </w:tc>
        <w:tc>
          <w:tcPr>
            <w:tcW w:type="dxa" w:w="259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Hourly / Unit Rate</w:t>
            </w:r>
          </w:p>
        </w:tc>
        <w:tc>
          <w:tcPr>
            <w:tcW w:type="dxa" w:w="374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Notes</w:t>
            </w:r>
          </w:p>
        </w:tc>
      </w:tr>
      <w:tr>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Cloud architect</w:t>
            </w:r>
          </w:p>
        </w:tc>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74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Systems engineer</w:t>
            </w:r>
          </w:p>
        </w:tc>
        <w:tc>
          <w:tcPr>
            <w:tcW w:type="dxa" w:w="25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74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Security specialist</w:t>
            </w:r>
          </w:p>
        </w:tc>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74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Database administrator</w:t>
            </w:r>
          </w:p>
        </w:tc>
        <w:tc>
          <w:tcPr>
            <w:tcW w:type="dxa" w:w="25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74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After-hours / emergency work</w:t>
            </w:r>
          </w:p>
        </w:tc>
        <w:tc>
          <w:tcPr>
            <w:tcW w:type="dxa" w:w="25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74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Project / service management</w:t>
            </w:r>
          </w:p>
        </w:tc>
        <w:tc>
          <w:tcPr>
            <w:tcW w:type="dxa" w:w="25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74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bl>
    <w:p/>
    <w:p>
      <w:bookmarkStart w:id="119" w:name="evaluation_methodology"/>
      <w:pPr>
        <w:pStyle w:val="Heading1"/>
      </w:pPr>
      <w:r>
        <w:rPr>
          <w:rFonts w:ascii="Arial" w:hAnsi="Arial" w:eastAsia="Arial" w:cs="Arial"/>
        </w:rPr>
        <w:t>20. Evaluation Methodology</w:t>
      </w:r>
      <w:bookmarkEnd w:id="119"/>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Propose weights based on confirmed project risk, but clearly mark them for procurement approval. Ensure total equals 100 and align every scored category with requested proposal content.</w:t>
            </w:r>
          </w:p>
        </w:tc>
      </w:tr>
    </w:tbl>
    <w:p/>
    <w:tbl>
      <w:tblPr>
        <w:tblW w:type="auto" w:w="0"/>
        <w:jc w:val="center"/>
        <w:tblLayout w:type="fixed"/>
        <w:tblLook w:firstColumn="1" w:firstRow="1" w:lastColumn="0" w:lastRow="0" w:noHBand="0" w:noVBand="1" w:val="04A0"/>
      </w:tblPr>
      <w:tblGrid>
        <w:gridCol w:w="5112"/>
        <w:gridCol w:w="5112"/>
      </w:tblGrid>
      <w:tr>
        <w:trPr>
          <w:tblHeader w:val="true"/>
        </w:trPr>
        <w:tc>
          <w:tcPr>
            <w:tcW w:type="dxa" w:w="763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Evaluation Category</w:t>
            </w:r>
          </w:p>
        </w:tc>
        <w:tc>
          <w:tcPr>
            <w:tcW w:type="dxa" w:w="2015"/>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Points</w:t>
            </w:r>
          </w:p>
        </w:tc>
      </w:tr>
      <w:tr>
        <w:tc>
          <w:tcPr>
            <w:tcW w:type="dxa" w:w="763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Understanding of Requirements &amp; Service Model</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10</w:t>
            </w:r>
          </w:p>
        </w:tc>
      </w:tr>
      <w:tr>
        <w:tc>
          <w:tcPr>
            <w:tcW w:type="dxa" w:w="763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Architecture &amp; Technical Approach</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15</w:t>
            </w:r>
          </w:p>
        </w:tc>
      </w:tr>
      <w:tr>
        <w:tc>
          <w:tcPr>
            <w:tcW w:type="dxa" w:w="763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Migration &amp; Transition Approach</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10</w:t>
            </w:r>
          </w:p>
        </w:tc>
      </w:tr>
      <w:tr>
        <w:tc>
          <w:tcPr>
            <w:tcW w:type="dxa" w:w="763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Security, Backup &amp; Disaster Recovery</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15</w:t>
            </w:r>
          </w:p>
        </w:tc>
      </w:tr>
      <w:tr>
        <w:tc>
          <w:tcPr>
            <w:tcW w:type="dxa" w:w="763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Operations, Monitoring &amp; Support</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15</w:t>
            </w:r>
          </w:p>
        </w:tc>
      </w:tr>
      <w:tr>
        <w:tc>
          <w:tcPr>
            <w:tcW w:type="dxa" w:w="763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Relevant Experience &amp; Proposed Team</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10</w:t>
            </w:r>
          </w:p>
        </w:tc>
      </w:tr>
      <w:tr>
        <w:tc>
          <w:tcPr>
            <w:tcW w:type="dxa" w:w="763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Commercial / Total Cost of Ownership</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20</w:t>
            </w:r>
          </w:p>
        </w:tc>
      </w:tr>
      <w:tr>
        <w:tc>
          <w:tcPr>
            <w:tcW w:type="dxa" w:w="763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Value-Added / Innovation</w:t>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5</w:t>
            </w:r>
          </w:p>
        </w:tc>
      </w:tr>
      <w:tr>
        <w:tc>
          <w:tcPr>
            <w:tcW w:type="dxa" w:w="763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TOTAL</w:t>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100</w:t>
            </w:r>
          </w:p>
        </w:tc>
      </w:tr>
    </w:tbl>
    <w:p/>
    <w:p>
      <w:pPr>
        <w:pStyle w:val="Heading2"/>
      </w:pPr>
      <w:r>
        <w:rPr>
          <w:rFonts w:ascii="Arial" w:hAnsi="Arial" w:eastAsia="Arial" w:cs="Arial"/>
        </w:rPr>
        <w:t>20.1 Evaluation Process</w:t>
      </w:r>
    </w:p>
    <w:p>
      <w:pPr>
        <w:spacing w:after="40"/>
      </w:pPr>
      <w:r>
        <w:rPr>
          <w:rFonts w:ascii="Arial" w:hAnsi="Arial" w:eastAsia="Arial" w:cs="Arial"/>
          <w:sz w:val="20"/>
        </w:rPr>
        <w:t>1. Administrative / mandatory-compliance review.</w:t>
      </w:r>
    </w:p>
    <w:p>
      <w:pPr>
        <w:spacing w:after="40"/>
      </w:pPr>
      <w:r>
        <w:rPr>
          <w:rFonts w:ascii="Arial" w:hAnsi="Arial" w:eastAsia="Arial" w:cs="Arial"/>
          <w:sz w:val="20"/>
        </w:rPr>
        <w:t>2. Technical evaluation against published criteria.</w:t>
      </w:r>
    </w:p>
    <w:p>
      <w:pPr>
        <w:spacing w:after="40"/>
      </w:pPr>
      <w:r>
        <w:rPr>
          <w:rFonts w:ascii="Arial" w:hAnsi="Arial" w:eastAsia="Arial" w:cs="Arial"/>
          <w:sz w:val="20"/>
        </w:rPr>
        <w:t>3. Commercial evaluation using normalized pricing and total cost.</w:t>
      </w:r>
    </w:p>
    <w:p>
      <w:pPr>
        <w:spacing w:after="40"/>
      </w:pPr>
      <w:r>
        <w:rPr>
          <w:rFonts w:ascii="Arial" w:hAnsi="Arial" w:eastAsia="Arial" w:cs="Arial"/>
          <w:sz w:val="20"/>
        </w:rPr>
        <w:t>4. Reference checks, interviews or technical demonstrations if stated in the RFP.</w:t>
      </w:r>
    </w:p>
    <w:p>
      <w:pPr>
        <w:spacing w:after="40"/>
      </w:pPr>
      <w:r>
        <w:rPr>
          <w:rFonts w:ascii="Arial" w:hAnsi="Arial" w:eastAsia="Arial" w:cs="Arial"/>
          <w:sz w:val="20"/>
        </w:rPr>
        <w:t>5. Final scoring and documented award recommendation in accordance with applicable procurement rules.</w:t>
      </w:r>
    </w:p>
    <w:p>
      <w:bookmarkStart w:id="120" w:name="commercial_requirements"/>
      <w:pPr>
        <w:pStyle w:val="Heading1"/>
      </w:pPr>
      <w:r>
        <w:rPr>
          <w:rFonts w:ascii="Arial" w:hAnsi="Arial" w:eastAsia="Arial" w:cs="Arial"/>
        </w:rPr>
        <w:t>21. Commercial, Insurance &amp; Contract Requirements</w:t>
      </w:r>
      <w:bookmarkEnd w:id="120"/>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Treat insurance limits, indemnity, liability, warranty, records, public-sector clauses and legal terms as placeholders for human legal/procurement review. Never invent entity-specific legal requirements.</w:t>
            </w:r>
          </w:p>
        </w:tc>
      </w:tr>
    </w:tbl>
    <w:p/>
    <w:p>
      <w:pPr>
        <w:pStyle w:val="Heading2"/>
      </w:pPr>
      <w:r>
        <w:rPr>
          <w:rFonts w:ascii="Arial" w:hAnsi="Arial" w:eastAsia="Arial" w:cs="Arial"/>
        </w:rPr>
        <w:t>21.1 Insurance</w:t>
      </w:r>
    </w:p>
    <w:tbl>
      <w:tblPr>
        <w:tblW w:type="auto" w:w="0"/>
        <w:jc w:val="center"/>
        <w:tblLayout w:type="fixed"/>
        <w:tblLook w:firstColumn="1" w:firstRow="1" w:lastColumn="0" w:lastRow="0" w:noHBand="0" w:noVBand="1" w:val="04A0"/>
      </w:tblPr>
      <w:tblGrid>
        <w:gridCol w:w="5112"/>
        <w:gridCol w:w="5112"/>
      </w:tblGrid>
      <w:tr>
        <w:trPr>
          <w:tblHeader w:val="true"/>
        </w:trPr>
        <w:tc>
          <w:tcPr>
            <w:tcW w:type="dxa" w:w="475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Coverage</w:t>
            </w:r>
          </w:p>
        </w:tc>
        <w:tc>
          <w:tcPr>
            <w:tcW w:type="dxa" w:w="4896"/>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Minimum Limit / Requirement</w:t>
            </w:r>
          </w:p>
        </w:tc>
      </w:tr>
      <w:tr>
        <w:tc>
          <w:tcPr>
            <w:tcW w:type="dxa" w:w="47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Commercial General Liability</w:t>
            </w:r>
          </w:p>
        </w:tc>
        <w:tc>
          <w:tcPr>
            <w:tcW w:type="dxa" w:w="489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[TO BE CONFIRMED]</w:t>
            </w:r>
          </w:p>
        </w:tc>
      </w:tr>
      <w:tr>
        <w:tc>
          <w:tcPr>
            <w:tcW w:type="dxa" w:w="47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Professional Liability / Errors &amp; Omissions</w:t>
            </w:r>
          </w:p>
        </w:tc>
        <w:tc>
          <w:tcPr>
            <w:tcW w:type="dxa" w:w="489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[TO BE CONFIRMED]</w:t>
            </w:r>
          </w:p>
        </w:tc>
      </w:tr>
      <w:tr>
        <w:tc>
          <w:tcPr>
            <w:tcW w:type="dxa" w:w="47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Cyber Liability</w:t>
            </w:r>
          </w:p>
        </w:tc>
        <w:tc>
          <w:tcPr>
            <w:tcW w:type="dxa" w:w="489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[TO BE CONFIRMED]</w:t>
            </w:r>
          </w:p>
        </w:tc>
      </w:tr>
      <w:tr>
        <w:tc>
          <w:tcPr>
            <w:tcW w:type="dxa" w:w="47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Workers’ Compensation</w:t>
            </w:r>
          </w:p>
        </w:tc>
        <w:tc>
          <w:tcPr>
            <w:tcW w:type="dxa" w:w="489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As required by applicable law / policy</w:t>
            </w:r>
          </w:p>
        </w:tc>
      </w:tr>
      <w:tr>
        <w:tc>
          <w:tcPr>
            <w:tcW w:type="dxa" w:w="47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Automobile Liability</w:t>
            </w:r>
          </w:p>
        </w:tc>
        <w:tc>
          <w:tcPr>
            <w:tcW w:type="dxa" w:w="489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[IF APPLICABLE]</w:t>
            </w:r>
          </w:p>
        </w:tc>
      </w:tr>
    </w:tbl>
    <w:p/>
    <w:p>
      <w:pPr>
        <w:pStyle w:val="Heading2"/>
      </w:pPr>
      <w:r>
        <w:rPr>
          <w:rFonts w:ascii="Arial" w:hAnsi="Arial" w:eastAsia="Arial" w:cs="Arial"/>
        </w:rPr>
        <w:t>21.2 Key Contract Terms</w:t>
      </w:r>
    </w:p>
    <w:p>
      <w:pPr>
        <w:spacing w:after="40"/>
        <w:ind w:left="72"/>
      </w:pPr>
      <w:r>
        <w:rPr>
          <w:rFonts w:ascii="Arial" w:hAnsi="Arial" w:eastAsia="Arial" w:cs="Arial"/>
          <w:sz w:val="20"/>
        </w:rPr>
        <w:t>☐ Organization data ownership and confidentiality.</w:t>
      </w:r>
    </w:p>
    <w:p>
      <w:pPr>
        <w:spacing w:after="40"/>
        <w:ind w:left="72"/>
      </w:pPr>
      <w:r>
        <w:rPr>
          <w:rFonts w:ascii="Arial" w:hAnsi="Arial" w:eastAsia="Arial" w:cs="Arial"/>
          <w:sz w:val="20"/>
        </w:rPr>
        <w:t>☐ Infrastructure/configuration documentation and transition assistance.</w:t>
      </w:r>
    </w:p>
    <w:p>
      <w:pPr>
        <w:spacing w:after="40"/>
        <w:ind w:left="72"/>
      </w:pPr>
      <w:r>
        <w:rPr>
          <w:rFonts w:ascii="Arial" w:hAnsi="Arial" w:eastAsia="Arial" w:cs="Arial"/>
          <w:sz w:val="20"/>
        </w:rPr>
        <w:t>☐ Source configuration / infrastructure-as-code ownership or license rights as applicable.</w:t>
      </w:r>
    </w:p>
    <w:p>
      <w:pPr>
        <w:spacing w:after="40"/>
        <w:ind w:left="72"/>
      </w:pPr>
      <w:r>
        <w:rPr>
          <w:rFonts w:ascii="Arial" w:hAnsi="Arial" w:eastAsia="Arial" w:cs="Arial"/>
          <w:sz w:val="20"/>
        </w:rPr>
        <w:t>☐ Subcontractor / subprocessor disclosure and flow-down obligations.</w:t>
      </w:r>
    </w:p>
    <w:p>
      <w:pPr>
        <w:spacing w:after="40"/>
        <w:ind w:left="72"/>
      </w:pPr>
      <w:r>
        <w:rPr>
          <w:rFonts w:ascii="Arial" w:hAnsi="Arial" w:eastAsia="Arial" w:cs="Arial"/>
          <w:sz w:val="20"/>
        </w:rPr>
        <w:t>☐ Security incident notification and cooperation.</w:t>
      </w:r>
    </w:p>
    <w:p>
      <w:pPr>
        <w:spacing w:after="40"/>
        <w:ind w:left="72"/>
      </w:pPr>
      <w:r>
        <w:rPr>
          <w:rFonts w:ascii="Arial" w:hAnsi="Arial" w:eastAsia="Arial" w:cs="Arial"/>
          <w:sz w:val="20"/>
        </w:rPr>
        <w:t>☐ Service-level remedies / credits where approved.</w:t>
      </w:r>
    </w:p>
    <w:p>
      <w:pPr>
        <w:spacing w:after="40"/>
        <w:ind w:left="72"/>
      </w:pPr>
      <w:r>
        <w:rPr>
          <w:rFonts w:ascii="Arial" w:hAnsi="Arial" w:eastAsia="Arial" w:cs="Arial"/>
          <w:sz w:val="20"/>
        </w:rPr>
        <w:t>☐ Warranty/remediation obligations for provider-caused configuration or migration defects.</w:t>
      </w:r>
    </w:p>
    <w:p>
      <w:pPr>
        <w:spacing w:after="40"/>
        <w:ind w:left="72"/>
      </w:pPr>
      <w:r>
        <w:rPr>
          <w:rFonts w:ascii="Arial" w:hAnsi="Arial" w:eastAsia="Arial" w:cs="Arial"/>
          <w:sz w:val="20"/>
        </w:rPr>
        <w:t>☐ Change-order and out-of-scope authorization process.</w:t>
      </w:r>
    </w:p>
    <w:p>
      <w:pPr>
        <w:spacing w:after="40"/>
        <w:ind w:left="72"/>
      </w:pPr>
      <w:r>
        <w:rPr>
          <w:rFonts w:ascii="Arial" w:hAnsi="Arial" w:eastAsia="Arial" w:cs="Arial"/>
          <w:sz w:val="20"/>
        </w:rPr>
        <w:t>☐ Termination assistance and orderly exit.</w:t>
      </w:r>
    </w:p>
    <w:p>
      <w:pPr>
        <w:spacing w:after="40"/>
        <w:ind w:left="72"/>
      </w:pPr>
      <w:r>
        <w:rPr>
          <w:rFonts w:ascii="Arial" w:hAnsi="Arial" w:eastAsia="Arial" w:cs="Arial"/>
          <w:sz w:val="20"/>
        </w:rPr>
        <w:t>☐ Records/audit requirements if applicable.</w:t>
      </w:r>
    </w:p>
    <w:p>
      <w:bookmarkStart w:id="121" w:name="submission_addenda"/>
      <w:pPr>
        <w:pStyle w:val="Heading1"/>
      </w:pPr>
      <w:r>
        <w:rPr>
          <w:rFonts w:ascii="Arial" w:hAnsi="Arial" w:eastAsia="Arial" w:cs="Arial"/>
        </w:rPr>
        <w:t>22. Submission, Questions &amp; Addenda</w:t>
      </w:r>
      <w:bookmarkEnd w:id="121"/>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Populate only from confirmed procurement instructions. Never infer email addresses, portal links, deadlines or time zones.</w:t>
            </w:r>
          </w:p>
        </w:tc>
      </w:tr>
    </w:tbl>
    <w:p/>
    <w:tbl>
      <w:tblPr>
        <w:tblW w:type="auto" w:w="0"/>
        <w:jc w:val="center"/>
        <w:tblLayout w:type="fixed"/>
        <w:tblLook w:firstColumn="1" w:firstRow="1" w:lastColumn="0" w:lastRow="0" w:noHBand="0" w:noVBand="1" w:val="04A0"/>
      </w:tblPr>
      <w:tblGrid>
        <w:gridCol w:w="5112"/>
        <w:gridCol w:w="5112"/>
      </w:tblGrid>
      <w:tr>
        <w:trPr>
          <w:tblHeader w:val="true"/>
        </w:trPr>
        <w:tc>
          <w:tcPr>
            <w:tcW w:type="dxa" w:w="3456"/>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Item</w:t>
            </w:r>
          </w:p>
        </w:tc>
        <w:tc>
          <w:tcPr>
            <w:tcW w:type="dxa" w:w="619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Requirement</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Questions submitted to</w:t>
            </w:r>
          </w:p>
        </w:tc>
        <w:tc>
          <w:tcPr>
            <w:tcW w:type="dxa" w:w="61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[PROCUREMENT CONTACT / PORTAL]</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Questions deadline</w:t>
            </w:r>
          </w:p>
        </w:tc>
        <w:tc>
          <w:tcPr>
            <w:tcW w:type="dxa" w:w="61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[DATE / TIME / TIME ZONE]</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Addenda published via</w:t>
            </w:r>
          </w:p>
        </w:tc>
        <w:tc>
          <w:tcPr>
            <w:tcW w:type="dxa" w:w="61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[PORTAL / EMAIL / WEBSITE]</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Proposal submission method</w:t>
            </w:r>
          </w:p>
        </w:tc>
        <w:tc>
          <w:tcPr>
            <w:tcW w:type="dxa" w:w="61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[PORTAL / EMAIL / OTHER]</w:t>
            </w:r>
          </w:p>
        </w:tc>
      </w:tr>
      <w:tr>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Proposal deadline</w:t>
            </w:r>
          </w:p>
        </w:tc>
        <w:tc>
          <w:tcPr>
            <w:tcW w:type="dxa" w:w="619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[DATE / TIME / TIME ZONE]</w:t>
            </w:r>
          </w:p>
        </w:tc>
      </w:tr>
      <w:tr>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Late submissions</w:t>
            </w:r>
          </w:p>
        </w:tc>
        <w:tc>
          <w:tcPr>
            <w:tcW w:type="dxa" w:w="619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[APPROVED PROCUREMENT RULE]</w:t>
            </w:r>
          </w:p>
        </w:tc>
      </w:tr>
    </w:tbl>
    <w:p/>
    <w:p>
      <w:bookmarkStart w:id="122" w:name="appendices_response_forms"/>
      <w:pPr>
        <w:pStyle w:val="Heading1"/>
      </w:pPr>
      <w:r>
        <w:rPr>
          <w:rFonts w:ascii="Arial" w:hAnsi="Arial" w:eastAsia="Arial" w:cs="Arial"/>
        </w:rPr>
        <w:t>23. Appendices &amp; Response Forms</w:t>
      </w:r>
      <w:bookmarkEnd w:id="122"/>
    </w:p>
    <w:p>
      <w:pPr>
        <w:pStyle w:val="Heading2"/>
      </w:pPr>
      <w:r>
        <w:rPr>
          <w:rFonts w:ascii="Arial" w:hAnsi="Arial" w:eastAsia="Arial" w:cs="Arial"/>
        </w:rPr>
        <w:t>Appendix A — Bidder Response Checklist</w:t>
      </w:r>
    </w:p>
    <w:p>
      <w:pPr>
        <w:spacing w:after="40"/>
        <w:ind w:left="72"/>
      </w:pPr>
      <w:r>
        <w:rPr>
          <w:rFonts w:ascii="Arial" w:hAnsi="Arial" w:eastAsia="Arial" w:cs="Arial"/>
          <w:sz w:val="20"/>
        </w:rPr>
        <w:t>☐ Signed proposal / cover letter.</w:t>
      </w:r>
    </w:p>
    <w:p>
      <w:pPr>
        <w:spacing w:after="40"/>
        <w:ind w:left="72"/>
      </w:pPr>
      <w:r>
        <w:rPr>
          <w:rFonts w:ascii="Arial" w:hAnsi="Arial" w:eastAsia="Arial" w:cs="Arial"/>
          <w:sz w:val="20"/>
        </w:rPr>
        <w:t>☐ Completed technical and service response.</w:t>
      </w:r>
    </w:p>
    <w:p>
      <w:pPr>
        <w:spacing w:after="40"/>
        <w:ind w:left="72"/>
      </w:pPr>
      <w:r>
        <w:rPr>
          <w:rFonts w:ascii="Arial" w:hAnsi="Arial" w:eastAsia="Arial" w:cs="Arial"/>
          <w:sz w:val="20"/>
        </w:rPr>
        <w:t>☐ Completed requirements matrix.</w:t>
      </w:r>
    </w:p>
    <w:p>
      <w:pPr>
        <w:spacing w:after="40"/>
        <w:ind w:left="72"/>
      </w:pPr>
      <w:r>
        <w:rPr>
          <w:rFonts w:ascii="Arial" w:hAnsi="Arial" w:eastAsia="Arial" w:cs="Arial"/>
          <w:sz w:val="20"/>
        </w:rPr>
        <w:t>☐ Completed pricing schedules.</w:t>
      </w:r>
    </w:p>
    <w:p>
      <w:pPr>
        <w:spacing w:after="40"/>
        <w:ind w:left="72"/>
      </w:pPr>
      <w:r>
        <w:rPr>
          <w:rFonts w:ascii="Arial" w:hAnsi="Arial" w:eastAsia="Arial" w:cs="Arial"/>
          <w:sz w:val="20"/>
        </w:rPr>
        <w:t>☐ Proposed SLA / support model.</w:t>
      </w:r>
    </w:p>
    <w:p>
      <w:pPr>
        <w:spacing w:after="40"/>
        <w:ind w:left="72"/>
      </w:pPr>
      <w:r>
        <w:rPr>
          <w:rFonts w:ascii="Arial" w:hAnsi="Arial" w:eastAsia="Arial" w:cs="Arial"/>
          <w:sz w:val="20"/>
        </w:rPr>
        <w:t>☐ Security / assurance documentation requested by the RFP.</w:t>
      </w:r>
    </w:p>
    <w:p>
      <w:pPr>
        <w:spacing w:after="40"/>
        <w:ind w:left="72"/>
      </w:pPr>
      <w:r>
        <w:rPr>
          <w:rFonts w:ascii="Arial" w:hAnsi="Arial" w:eastAsia="Arial" w:cs="Arial"/>
          <w:sz w:val="20"/>
        </w:rPr>
        <w:t>☐ References and key personnel.</w:t>
      </w:r>
    </w:p>
    <w:p>
      <w:pPr>
        <w:spacing w:after="40"/>
        <w:ind w:left="72"/>
      </w:pPr>
      <w:r>
        <w:rPr>
          <w:rFonts w:ascii="Arial" w:hAnsi="Arial" w:eastAsia="Arial" w:cs="Arial"/>
          <w:sz w:val="20"/>
        </w:rPr>
        <w:t>☐ Exceptions / assumptions / contract deviations.</w:t>
      </w:r>
    </w:p>
    <w:p>
      <w:pPr>
        <w:pStyle w:val="Heading2"/>
      </w:pPr>
      <w:r>
        <w:rPr>
          <w:rFonts w:ascii="Arial" w:hAnsi="Arial" w:eastAsia="Arial" w:cs="Arial"/>
        </w:rPr>
        <w:t>Appendix B — Requirements Compliance Matrix</w:t>
      </w:r>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trPr>
        <w:tc>
          <w:tcPr>
            <w:tcW w:type="dxa" w:w="115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ID</w:t>
            </w:r>
          </w:p>
        </w:tc>
        <w:tc>
          <w:tcPr>
            <w:tcW w:type="dxa" w:w="432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Requirement</w:t>
            </w:r>
          </w:p>
        </w:tc>
        <w:tc>
          <w:tcPr>
            <w:tcW w:type="dxa" w:w="158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Mandatory / Rated</w:t>
            </w:r>
          </w:p>
        </w:tc>
        <w:tc>
          <w:tcPr>
            <w:tcW w:type="dxa" w:w="144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Comply?</w:t>
            </w:r>
          </w:p>
        </w:tc>
        <w:tc>
          <w:tcPr>
            <w:tcW w:type="dxa" w:w="230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Bidder Response / Reference</w:t>
            </w:r>
          </w:p>
        </w:tc>
      </w:tr>
      <w:tr>
        <w:tc>
          <w:tcPr>
            <w:tcW w:type="dxa" w:w="11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R-001</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58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230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11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R-002</w:t>
            </w:r>
          </w:p>
        </w:tc>
        <w:tc>
          <w:tcPr>
            <w:tcW w:type="dxa" w:w="432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58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44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230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11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R-003</w:t>
            </w:r>
          </w:p>
        </w:tc>
        <w:tc>
          <w:tcPr>
            <w:tcW w:type="dxa" w:w="432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58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230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bl>
    <w:p/>
    <w:p>
      <w:pPr>
        <w:pStyle w:val="Heading2"/>
      </w:pPr>
      <w:r>
        <w:rPr>
          <w:rFonts w:ascii="Arial" w:hAnsi="Arial" w:eastAsia="Arial" w:cs="Arial"/>
        </w:rPr>
        <w:t>Appendix C — Workload Inventory Response</w:t>
      </w:r>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trPr>
        <w:tc>
          <w:tcPr>
            <w:tcW w:type="dxa" w:w="2015"/>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Workload</w:t>
            </w:r>
          </w:p>
        </w:tc>
        <w:tc>
          <w:tcPr>
            <w:tcW w:type="dxa" w:w="288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Proposed Hosting / Service</w:t>
            </w:r>
          </w:p>
        </w:tc>
        <w:tc>
          <w:tcPr>
            <w:tcW w:type="dxa" w:w="2015"/>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Sizing / Capacity</w:t>
            </w:r>
          </w:p>
        </w:tc>
        <w:tc>
          <w:tcPr>
            <w:tcW w:type="dxa" w:w="2015"/>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HA / DR Design</w:t>
            </w:r>
          </w:p>
        </w:tc>
        <w:tc>
          <w:tcPr>
            <w:tcW w:type="dxa" w:w="144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Notes</w:t>
            </w:r>
          </w:p>
        </w:tc>
      </w:tr>
      <w:tr>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288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2015"/>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44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288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2015"/>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44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bl>
    <w:p/>
    <w:p>
      <w:pPr>
        <w:pStyle w:val="Heading2"/>
      </w:pPr>
      <w:r>
        <w:rPr>
          <w:rFonts w:ascii="Arial" w:hAnsi="Arial" w:eastAsia="Arial" w:cs="Arial"/>
        </w:rPr>
        <w:t>Appendix D — Exceptions &amp; Assumptions</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160"/>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RFP Section</w:t>
            </w:r>
          </w:p>
        </w:tc>
        <w:tc>
          <w:tcPr>
            <w:tcW w:type="dxa" w:w="4031"/>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Exception / Assumption</w:t>
            </w:r>
          </w:p>
        </w:tc>
        <w:tc>
          <w:tcPr>
            <w:tcW w:type="dxa" w:w="3456"/>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Impact on Scope / Price / Schedule</w:t>
            </w:r>
          </w:p>
        </w:tc>
      </w:tr>
      <w:tr>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2160"/>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4031"/>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456"/>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2160"/>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4031"/>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456"/>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bl>
    <w:p/>
    <w:p>
      <w:pPr>
        <w:pStyle w:val="Heading2"/>
      </w:pPr>
      <w:r>
        <w:rPr>
          <w:rFonts w:ascii="Arial" w:hAnsi="Arial" w:eastAsia="Arial" w:cs="Arial"/>
        </w:rPr>
        <w:t>Appendix E — Vendor Questions Log (Internal Use)</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864"/>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w:t>
            </w:r>
          </w:p>
        </w:tc>
        <w:tc>
          <w:tcPr>
            <w:tcW w:type="dxa" w:w="388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Vendor Question</w:t>
            </w:r>
          </w:p>
        </w:tc>
        <w:tc>
          <w:tcPr>
            <w:tcW w:type="dxa" w:w="3888"/>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Organization Response</w:t>
            </w:r>
          </w:p>
        </w:tc>
        <w:tc>
          <w:tcPr>
            <w:tcW w:type="dxa" w:w="1152"/>
            <w:shd w:fill="0B2A4A"/>
            <w:tcMar>
              <w:top w:w="80" w:type="dxa"/>
              <w:start w:w="90" w:type="dxa"/>
              <w:bottom w:w="80" w:type="dxa"/>
              <w:end w:w="9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FFFFFF"/>
                <w:sz w:val="18"/>
              </w:rPr>
              <w:t>Addendum Ref.</w:t>
            </w:r>
          </w:p>
        </w:tc>
      </w:tr>
      <w:tr>
        <w:tc>
          <w:tcPr>
            <w:tcW w:type="dxa" w:w="86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1</w:t>
            </w:r>
          </w:p>
        </w:tc>
        <w:tc>
          <w:tcPr>
            <w:tcW w:type="dxa" w:w="388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88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1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r>
        <w:tc>
          <w:tcPr>
            <w:tcW w:type="dxa" w:w="864"/>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t>2</w:t>
            </w:r>
          </w:p>
        </w:tc>
        <w:tc>
          <w:tcPr>
            <w:tcW w:type="dxa" w:w="388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3888"/>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c>
          <w:tcPr>
            <w:tcW w:type="dxa" w:w="1152"/>
            <w:tcMar>
              <w:top w:w="80" w:type="dxa"/>
              <w:start w:w="90" w:type="dxa"/>
              <w:bottom w:w="80" w:type="dxa"/>
              <w:end w:w="90" w:type="dxa"/>
            </w:tcMar>
            <w:vAlign w:val="center"/>
            <w:shd w:fill="F3F6FA"/>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color w:val="28303A"/>
                <w:sz w:val="18"/>
              </w:rPr>
            </w:r>
          </w:p>
        </w:tc>
      </w:tr>
      <w:tr>
        <w:tc>
          <w:tcPr>
            <w:tcW w:type="dxa" w:w="864"/>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t>3</w:t>
            </w:r>
          </w:p>
        </w:tc>
        <w:tc>
          <w:tcPr>
            <w:tcW w:type="dxa" w:w="388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3888"/>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c>
          <w:tcPr>
            <w:tcW w:type="dxa" w:w="1152"/>
            <w:tcMar>
              <w:top w:w="80" w:type="dxa"/>
              <w:start w:w="90" w:type="dxa"/>
              <w:bottom w:w="80" w:type="dxa"/>
              <w:end w:w="90" w:type="dxa"/>
            </w:tcMar>
            <w:vAlign w:val="center"/>
            <w:tcBorders>
              <w:top w:val="single" w:sz="4" w:color="B7C5D4"/>
              <w:left w:val="single" w:sz="4" w:color="B7C5D4"/>
              <w:bottom w:val="single" w:sz="4" w:color="B7C5D4"/>
              <w:right w:val="single" w:sz="4" w:color="B7C5D4"/>
              <w:insideH w:val="single" w:sz="4" w:color="B7C5D4"/>
              <w:insideV w:val="single" w:sz="4" w:color="B7C5D4"/>
            </w:tcBorders>
            <w:shd w:fill="FFFFFF"/>
          </w:tcPr>
          <w:p>
            <w:r>
              <w:rPr>
                <w:rFonts w:ascii="Arial" w:hAnsi="Arial" w:eastAsia="Arial" w:cs="Arial"/>
                <w:color w:val="28303A"/>
                <w:sz w:val="18"/>
              </w:rPr>
            </w:r>
          </w:p>
        </w:tc>
      </w:tr>
    </w:tbl>
    <w:p/>
    <w:p>
      <w:pPr>
        <w:pStyle w:val="Heading2"/>
      </w:pPr>
      <w:r>
        <w:rPr>
          <w:rFonts w:ascii="Arial" w:hAnsi="Arial" w:eastAsia="Arial" w:cs="Arial"/>
        </w:rPr>
        <w:t>Appendix F — Final Pre-Issue Quality Check</w:t>
      </w:r>
    </w:p>
    <w:p>
      <w:pPr>
        <w:spacing w:after="40"/>
        <w:ind w:left="72"/>
      </w:pPr>
      <w:r>
        <w:rPr>
          <w:rFonts w:ascii="Arial" w:hAnsi="Arial" w:eastAsia="Arial" w:cs="Arial"/>
          <w:sz w:val="20"/>
        </w:rPr>
        <w:t>☐ Scope, responsibilities and service levels align.</w:t>
      </w:r>
    </w:p>
    <w:p>
      <w:pPr>
        <w:spacing w:after="40"/>
        <w:ind w:left="72"/>
      </w:pPr>
      <w:r>
        <w:rPr>
          <w:rFonts w:ascii="Arial" w:hAnsi="Arial" w:eastAsia="Arial" w:cs="Arial"/>
          <w:sz w:val="20"/>
        </w:rPr>
        <w:t>☐ Pricing separates migration, managed services and pass-through cloud/third-party costs.</w:t>
      </w:r>
    </w:p>
    <w:p>
      <w:pPr>
        <w:spacing w:after="40"/>
        <w:ind w:left="72"/>
      </w:pPr>
      <w:r>
        <w:rPr>
          <w:rFonts w:ascii="Arial" w:hAnsi="Arial" w:eastAsia="Arial" w:cs="Arial"/>
          <w:sz w:val="20"/>
        </w:rPr>
        <w:t>☐ Evaluation weights total 100 and match proposal instructions.</w:t>
      </w:r>
    </w:p>
    <w:p>
      <w:pPr>
        <w:spacing w:after="40"/>
        <w:ind w:left="72"/>
      </w:pPr>
      <w:r>
        <w:rPr>
          <w:rFonts w:ascii="Arial" w:hAnsi="Arial" w:eastAsia="Arial" w:cs="Arial"/>
          <w:sz w:val="20"/>
        </w:rPr>
        <w:t>☐ Every mandatory requirement is necessary and testable.</w:t>
      </w:r>
    </w:p>
    <w:p>
      <w:pPr>
        <w:spacing w:after="40"/>
        <w:ind w:left="72"/>
      </w:pPr>
      <w:r>
        <w:rPr>
          <w:rFonts w:ascii="Arial" w:hAnsi="Arial" w:eastAsia="Arial" w:cs="Arial"/>
          <w:sz w:val="20"/>
        </w:rPr>
        <w:t>☐ Security, privacy, backup, DR and data-location requirements were reviewed by appropriate stakeholders.</w:t>
      </w:r>
    </w:p>
    <w:p>
      <w:pPr>
        <w:spacing w:after="40"/>
        <w:ind w:left="72"/>
      </w:pPr>
      <w:r>
        <w:rPr>
          <w:rFonts w:ascii="Arial" w:hAnsi="Arial" w:eastAsia="Arial" w:cs="Arial"/>
          <w:sz w:val="20"/>
        </w:rPr>
        <w:t>☐ Workload inventory and migration dependencies are sufficiently disclosed for pricing.</w:t>
      </w:r>
    </w:p>
    <w:p>
      <w:pPr>
        <w:spacing w:after="40"/>
        <w:ind w:left="72"/>
      </w:pPr>
      <w:r>
        <w:rPr>
          <w:rFonts w:ascii="Arial" w:hAnsi="Arial" w:eastAsia="Arial" w:cs="Arial"/>
          <w:sz w:val="20"/>
        </w:rPr>
        <w:t>☐ RTO/RPO and SLA targets are approved or clearly marked for confirmation.</w:t>
      </w:r>
    </w:p>
    <w:p>
      <w:pPr>
        <w:spacing w:after="40"/>
        <w:ind w:left="72"/>
      </w:pPr>
      <w:r>
        <w:rPr>
          <w:rFonts w:ascii="Arial" w:hAnsi="Arial" w:eastAsia="Arial" w:cs="Arial"/>
          <w:sz w:val="20"/>
        </w:rPr>
        <w:t>☐ Insurance and contract terms are approved.</w:t>
      </w:r>
    </w:p>
    <w:p>
      <w:pPr>
        <w:spacing w:after="40"/>
        <w:ind w:left="72"/>
      </w:pPr>
      <w:r>
        <w:rPr>
          <w:rFonts w:ascii="Arial" w:hAnsi="Arial" w:eastAsia="Arial" w:cs="Arial"/>
          <w:sz w:val="20"/>
        </w:rPr>
        <w:t>☐ Exit/portability requirements are included.</w:t>
      </w:r>
    </w:p>
    <w:p>
      <w:pPr>
        <w:spacing w:after="40"/>
        <w:ind w:left="72"/>
      </w:pPr>
      <w:r>
        <w:rPr>
          <w:rFonts w:ascii="Arial" w:hAnsi="Arial" w:eastAsia="Arial" w:cs="Arial"/>
          <w:sz w:val="20"/>
        </w:rPr>
        <w:t>☐ Submission instructions, dates and time zone are unambiguous.</w:t>
      </w:r>
    </w:p>
    <w:p>
      <w:pPr>
        <w:spacing w:after="40"/>
        <w:ind w:left="72"/>
      </w:pPr>
      <w:r>
        <w:rPr>
          <w:rFonts w:ascii="Arial" w:hAnsi="Arial" w:eastAsia="Arial" w:cs="Arial"/>
          <w:sz w:val="20"/>
        </w:rPr>
        <w:t>☐ All bracketed placeholders are completed or intentionally retained.</w:t>
      </w:r>
    </w:p>
    <w:p>
      <w:pPr>
        <w:pStyle w:val="Heading2"/>
      </w:pPr>
      <w:r>
        <w:rPr>
          <w:rFonts w:ascii="Arial" w:hAnsi="Arial" w:eastAsia="Arial" w:cs="Arial"/>
        </w:rPr>
        <w:t>Appendix G — AI Finalization Prompt</w:t>
      </w:r>
    </w:p>
    <w:tbl>
      <w:tblPr>
        <w:tblW w:type="auto" w:w="0"/>
        <w:jc w:val="center"/>
        <w:tblLook w:firstColumn="1" w:firstRow="1" w:lastColumn="0" w:lastRow="0" w:noHBand="0" w:noVBand="1" w:val="04A0"/>
      </w:tblPr>
      <w:tblGrid>
        <w:gridCol w:w="10224"/>
      </w:tblGrid>
      <w:tr>
        <w:tc>
          <w:tcPr>
            <w:tcW w:type="dxa" w:w="10224"/>
            <w:shd w:fill="E9F5FF"/>
            <w:tcMar>
              <w:top w:w="120" w:type="dxa"/>
              <w:start w:w="140" w:type="dxa"/>
              <w:bottom w:w="120" w:type="dxa"/>
              <w:end w:w="140" w:type="dxa"/>
            </w:tcMar>
            <w:tcBorders>
              <w:top w:val="single" w:sz="4" w:color="B7C5D4"/>
              <w:left w:val="single" w:sz="4" w:color="B7C5D4"/>
              <w:bottom w:val="single" w:sz="4" w:color="B7C5D4"/>
              <w:right w:val="single" w:sz="4" w:color="B7C5D4"/>
              <w:insideH w:val="single" w:sz="4" w:color="B7C5D4"/>
              <w:insideV w:val="single" w:sz="4" w:color="B7C5D4"/>
            </w:tcBorders>
          </w:tcPr>
          <w:p>
            <w:r>
              <w:rPr>
                <w:rFonts w:ascii="Arial" w:hAnsi="Arial" w:eastAsia="Arial" w:cs="Arial"/>
                <w:b/>
                <w:color w:val="123D6B"/>
                <w:sz w:val="18"/>
              </w:rPr>
              <w:t xml:space="preserve">AI INSTRUCTION: </w:t>
            </w:r>
            <w:r>
              <w:rPr>
                <w:rFonts w:ascii="Arial" w:hAnsi="Arial" w:eastAsia="Arial" w:cs="Arial"/>
                <w:color w:val="28303A"/>
                <w:sz w:val="18"/>
              </w:rPr>
              <w:t>Review the entire RFP for contradictions, missing placeholders, inconsistent dates, undefined responsibility boundaries, unsupported SLA/RTO/RPO values, security gaps, unclear data-location rules, migration assumptions, pricing omissions, vendor lock-in risks and evaluation misalignment. Produce a punch-list of unresolved items. Do not silently invent facts. After the user resolves the punch-list, prepare a clean release version with all AI instructions removed.</w:t>
            </w:r>
          </w:p>
        </w:tc>
      </w:tr>
    </w:tbl>
    <w:p/>
    <w:p>
      <w:r>
        <w:rPr>
          <w:rFonts w:ascii="Arial" w:hAnsi="Arial" w:eastAsia="Arial" w:cs="Arial"/>
          <w:sz w:val="21"/>
        </w:rPr>
        <w:br w:type="page"/>
      </w:r>
    </w:p>
    <w:p>
      <w:pPr>
        <w:jc w:val="center"/>
      </w:pPr>
      <w:r>
        <w:rPr>
          <w:rFonts w:ascii="Arial" w:hAnsi="Arial" w:eastAsia="Arial" w:cs="Arial"/>
          <w:sz w:val="21"/>
        </w:rPr>
        <w:drawing>
          <wp:inline xmlns:a="http://schemas.openxmlformats.org/drawingml/2006/main" xmlns:pic="http://schemas.openxmlformats.org/drawingml/2006/picture">
            <wp:extent cx="3474720" cy="1544320"/>
            <wp:docPr id="2" name="Picture 2"/>
            <wp:cNvGraphicFramePr>
              <a:graphicFrameLocks noChangeAspect="1"/>
            </wp:cNvGraphicFramePr>
            <a:graphic>
              <a:graphicData uri="http://schemas.openxmlformats.org/drawingml/2006/picture">
                <pic:pic>
                  <pic:nvPicPr>
                    <pic:cNvPr id="0" name="ThoughtMedia-logo-2026(1).jpg"/>
                    <pic:cNvPicPr/>
                  </pic:nvPicPr>
                  <pic:blipFill>
                    <a:blip r:embed="rId9"/>
                    <a:stretch>
                      <a:fillRect/>
                    </a:stretch>
                  </pic:blipFill>
                  <pic:spPr>
                    <a:xfrm>
                      <a:off x="0" y="0"/>
                      <a:ext cx="3474720" cy="1544320"/>
                    </a:xfrm>
                    <a:prstGeom prst="rect"/>
                  </pic:spPr>
                </pic:pic>
              </a:graphicData>
            </a:graphic>
          </wp:inline>
        </w:drawing>
      </w:r>
    </w:p>
    <w:p>
      <w:pPr>
        <w:jc w:val="center"/>
      </w:pPr>
      <w:r>
        <w:rPr>
          <w:rFonts w:ascii="Arial" w:hAnsi="Arial" w:eastAsia="Arial" w:cs="Arial"/>
          <w:b/>
          <w:color w:val="0B2A4A"/>
          <w:sz w:val="21"/>
        </w:rPr>
        <w:t>THOUGHT MEDIA™</w:t>
      </w:r>
    </w:p>
    <w:p>
      <w:pPr>
        <w:jc w:val="center"/>
      </w:pPr>
      <w:r>
        <w:rPr>
          <w:rFonts w:ascii="Arial" w:hAnsi="Arial" w:eastAsia="Arial" w:cs="Arial"/>
          <w:b w:val="0"/>
          <w:sz w:val="21"/>
        </w:rPr>
        <w:t>RFP Writing • Requirements Gathering • Scope of Work Development • Procurement Advisory</w:t>
      </w:r>
    </w:p>
    <w:p>
      <w:pPr>
        <w:jc w:val="center"/>
      </w:pPr>
      <w:r>
        <w:rPr>
          <w:rFonts w:ascii="Arial" w:hAnsi="Arial" w:eastAsia="Arial" w:cs="Arial"/>
          <w:b w:val="0"/>
          <w:sz w:val="21"/>
        </w:rPr>
        <w:t>For complex enterprise and public-sector procurements, Thought Media™ can help develop a requirements-specific RFP from discovery through final solicitation structure.</w:t>
      </w:r>
    </w:p>
    <w:p>
      <w:pPr>
        <w:jc w:val="center"/>
      </w:pPr>
      <w:hyperlink r:id="rId11">
        <w:r>
          <w:rPr>
            <w:color w:val="0563C1"/>
            <w:u w:val="single"/>
          </w:rPr>
          <w:t>thoughtmedia.com</w:t>
        </w:r>
      </w:hyperlink>
    </w:p>
    <w:p>
      <w:pPr>
        <w:jc w:val="center"/>
      </w:pPr>
      <w:r>
        <w:rPr>
          <w:rFonts w:ascii="Arial" w:hAnsi="Arial" w:eastAsia="Arial" w:cs="Arial"/>
          <w:b w:val="0"/>
          <w:sz w:val="21"/>
        </w:rPr>
        <w:t>1 (800) 916 3864 x9902</w:t>
      </w:r>
    </w:p>
    <w:p/>
    <w:p/>
    <w:p/>
    <w:p/>
    <w:sectPr w:rsidR="00FC693F" w:rsidRPr="0006063C" w:rsidSect="00034616">
      <w:headerReference w:type="default" r:id="rId12"/>
      <w:footerReference w:type="default" r:id="rId13"/>
      <w:pgSz w:w="12240" w:h="15840"/>
      <w:pgMar w:top="936" w:right="979" w:bottom="893" w:left="979"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eastAsia="Arial" w:cs="Arial"/>
        <w:color w:val="4B5563"/>
        <w:sz w:val="16"/>
      </w:rPr>
      <w:t xml:space="preserve">Thought Media™  •  Enterprise &amp; Public Sector Procurement  •  Page </w:t>
    </w:r>
    <w:r>
      <w:rPr>
        <w:rFonts w:ascii="Arial" w:hAnsi="Arial" w:eastAsia="Arial" w:cs="Arial"/>
        <w:color w:val="4B5563"/>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eastAsia="Arial" w:cs="Arial"/>
        <w:b/>
        <w:color w:val="0B2A4A"/>
        <w:sz w:val="16"/>
      </w:rPr>
      <w:t>THOUGHT MEDIA™  |  MANAGED HOSTING &amp; CLOUD RFP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123D6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line="240" w:lineRule="auto"/>
      <w:contextualSpacing/>
    </w:pPr>
    <w:rPr>
      <w:rFonts w:ascii="Arial" w:hAnsi="Arial"/>
      <w:color w:val="1F2937"/>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line="240" w:lineRule="auto"/>
      <w:contextualSpacing/>
    </w:pPr>
    <w:rPr>
      <w:rFonts w:ascii="Arial" w:hAnsi="Arial"/>
      <w:color w:val="1F2937"/>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yperlink" Target="https://www.thoughtmedia.com/contact/" TargetMode="External"/><Relationship Id="rId11" Type="http://schemas.openxmlformats.org/officeDocument/2006/relationships/hyperlink" Target="https://www.thoughtmedia.com/"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